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2D2FD" w14:textId="60BF25FC" w:rsidR="00FA56C3" w:rsidRPr="008A2469" w:rsidRDefault="008A2469" w:rsidP="00FA56C3">
      <w:pPr>
        <w:rPr>
          <w:rFonts w:ascii="Palatino Linotype" w:hAnsi="Palatino Linotype"/>
          <w:lang w:val="az-Latn-AZ"/>
        </w:rPr>
      </w:pPr>
      <w:r w:rsidRPr="000D5C4F">
        <w:rPr>
          <w:rFonts w:ascii="Palatino Linotype" w:hAnsi="Palatino Linotype"/>
          <w:b/>
          <w:lang w:val="az-Latn-AZ"/>
        </w:rPr>
        <w:t>“Baku Steel Company” QSC</w:t>
      </w:r>
      <w:r w:rsidRPr="000D5C4F">
        <w:rPr>
          <w:rFonts w:ascii="Palatino Linotype" w:hAnsi="Palatino Linotype"/>
          <w:lang w:val="az-Latn-AZ"/>
        </w:rPr>
        <w:t>, texnoloji yenilikləri, innovativ həlləri tətbiq etməklə Qafqazın ən böyük metallurgiya şirkəti olaraq daimi peşəkar və qabaqcıl şirkətlər ilə əməkdaşlıq əlaqələri qurmaqdadır. Şirkət qonşu dövlətlərə öz məhsullarını satmaqla yanaşı həm də Avropa, Asiya, Amerika ölkələrinə öz məhsullarını ixrac etmək marağındadır. Eyni zamanda, geniş potensiala malik olan “Baku Steel Company” QSC beynəlxalq standartlara cavab verən məhsulları ilə dünya bazarına çıxaraq tanınmış beynəlxalq şirkətlərlə əməkdaşlıq edir və dayanıqlı inkişaf edən şirkətlər sırasındadır</w:t>
      </w:r>
      <w:r w:rsidRPr="00851302">
        <w:rPr>
          <w:rFonts w:ascii="Palatino Linotype" w:hAnsi="Palatino Linotype"/>
          <w:sz w:val="26"/>
          <w:szCs w:val="26"/>
          <w:lang w:val="az-Latn-AZ"/>
        </w:rPr>
        <w:t>.</w:t>
      </w:r>
    </w:p>
    <w:p w14:paraId="7724F180" w14:textId="77777777" w:rsidR="00FA56C3" w:rsidRPr="001656FD" w:rsidRDefault="00FA56C3" w:rsidP="00FA56C3">
      <w:pPr>
        <w:rPr>
          <w:rFonts w:ascii="Palatino Linotype" w:hAnsi="Palatino Linotype"/>
          <w:lang w:val="en-US"/>
        </w:rPr>
      </w:pPr>
      <w:hyperlink r:id="rId8" w:history="1">
        <w:proofErr w:type="spellStart"/>
        <w:r w:rsidRPr="001656FD">
          <w:rPr>
            <w:rStyle w:val="Hyperlink"/>
            <w:rFonts w:ascii="Palatino Linotype" w:hAnsi="Palatino Linotype"/>
            <w:lang w:val="en-US"/>
          </w:rPr>
          <w:t>Veb</w:t>
        </w:r>
        <w:proofErr w:type="spellEnd"/>
        <w:r w:rsidRPr="001656FD">
          <w:rPr>
            <w:rStyle w:val="Hyperlink"/>
            <w:rFonts w:ascii="Palatino Linotype" w:hAnsi="Palatino Linotype"/>
            <w:lang w:val="en-US"/>
          </w:rPr>
          <w:t xml:space="preserve"> </w:t>
        </w:r>
      </w:hyperlink>
      <w:hyperlink r:id="rId9" w:history="1"/>
      <w:hyperlink r:id="rId10" w:history="1">
        <w:proofErr w:type="spellStart"/>
        <w:r w:rsidRPr="001656FD">
          <w:rPr>
            <w:rStyle w:val="Hyperlink"/>
            <w:rFonts w:ascii="Palatino Linotype" w:hAnsi="Palatino Linotype"/>
            <w:lang w:val="en-US"/>
          </w:rPr>
          <w:t>sayt</w:t>
        </w:r>
        <w:proofErr w:type="spellEnd"/>
        <w:r w:rsidRPr="001656FD">
          <w:rPr>
            <w:rStyle w:val="Hyperlink"/>
            <w:rFonts w:ascii="Palatino Linotype" w:hAnsi="Palatino Linotype"/>
            <w:lang w:val="en-US"/>
          </w:rPr>
          <w:t xml:space="preserve"> </w:t>
        </w:r>
      </w:hyperlink>
      <w:r w:rsidRPr="001656FD">
        <w:rPr>
          <w:rFonts w:ascii="Palatino Linotype" w:hAnsi="Palatino Linotype"/>
          <w:lang w:val="en-US"/>
        </w:rPr>
        <w:t xml:space="preserve">: </w:t>
      </w:r>
      <w:hyperlink r:id="rId11" w:history="1">
        <w:r w:rsidRPr="00FA56C3">
          <w:rPr>
            <w:rStyle w:val="Hyperlink"/>
            <w:rFonts w:ascii="Palatino Linotype" w:hAnsi="Palatino Linotype"/>
            <w:lang w:val="en-US"/>
          </w:rPr>
          <w:t xml:space="preserve">http </w:t>
        </w:r>
      </w:hyperlink>
      <w:hyperlink r:id="rId12" w:history="1">
        <w:r w:rsidRPr="001656FD">
          <w:rPr>
            <w:rStyle w:val="Hyperlink"/>
            <w:rFonts w:ascii="Palatino Linotype" w:hAnsi="Palatino Linotype"/>
            <w:lang w:val="en-US"/>
          </w:rPr>
          <w:t xml:space="preserve">: </w:t>
        </w:r>
      </w:hyperlink>
      <w:hyperlink r:id="rId13" w:history="1">
        <w:r w:rsidRPr="00FA56C3">
          <w:rPr>
            <w:rStyle w:val="Hyperlink"/>
            <w:rFonts w:ascii="Palatino Linotype" w:hAnsi="Palatino Linotype"/>
            <w:lang w:val="en-US"/>
          </w:rPr>
          <w:t xml:space="preserve">//www.bakusteel </w:t>
        </w:r>
      </w:hyperlink>
      <w:hyperlink r:id="rId14" w:history="1">
        <w:r w:rsidRPr="00FA56C3">
          <w:rPr>
            <w:rStyle w:val="Hyperlink"/>
            <w:rFonts w:ascii="Palatino Linotype" w:hAnsi="Palatino Linotype"/>
            <w:lang w:val="en-US"/>
          </w:rPr>
          <w:t>​com</w:t>
        </w:r>
      </w:hyperlink>
      <w:hyperlink r:id="rId15" w:history="1"/>
    </w:p>
    <w:p w14:paraId="7E6C0F9E" w14:textId="6EEE1BEF" w:rsidR="0052127D" w:rsidRDefault="0052127D" w:rsidP="00FA56C3">
      <w:pPr>
        <w:rPr>
          <w:rFonts w:ascii="Palatino Linotype" w:hAnsi="Palatino Linotype"/>
          <w:b/>
          <w:bCs/>
        </w:rPr>
      </w:pPr>
      <w:r w:rsidRPr="0052127D">
        <w:rPr>
          <w:rFonts w:ascii="Palatino Linotype" w:hAnsi="Palatino Linotype"/>
          <w:b/>
          <w:bCs/>
        </w:rPr>
        <w:t xml:space="preserve">Məqsəd. </w:t>
      </w:r>
      <w:r w:rsidRPr="0052127D">
        <w:rPr>
          <w:rFonts w:ascii="Palatino Linotype" w:hAnsi="Palatino Linotype"/>
        </w:rPr>
        <w:t>Bu anket risklərin idarə edilməsi, keyfiyyət və uyğunluq sahələrindəki tələblər</w:t>
      </w:r>
      <w:r w:rsidRPr="0052127D">
        <w:rPr>
          <w:rFonts w:ascii="Palatino Linotype" w:hAnsi="Palatino Linotype"/>
          <w:lang w:val="az-Latn-AZ"/>
        </w:rPr>
        <w:t>i</w:t>
      </w:r>
      <w:r w:rsidRPr="0052127D">
        <w:rPr>
          <w:rFonts w:ascii="Palatino Linotype" w:hAnsi="Palatino Linotype"/>
        </w:rPr>
        <w:t xml:space="preserve"> nəzərə alınmaqla təchizatçı və podratçıların ilkin qiymətləndirilməsi üçün istifadə olunur. </w:t>
      </w:r>
      <w:r w:rsidR="00286D4A">
        <w:rPr>
          <w:rFonts w:ascii="Palatino Linotype" w:hAnsi="Palatino Linotype"/>
        </w:rPr>
        <w:t>A</w:t>
      </w:r>
      <w:r w:rsidRPr="0052127D">
        <w:rPr>
          <w:rFonts w:ascii="Palatino Linotype" w:hAnsi="Palatino Linotype"/>
        </w:rPr>
        <w:t xml:space="preserve">nketin </w:t>
      </w:r>
      <w:r w:rsidR="00286D4A">
        <w:rPr>
          <w:rFonts w:ascii="Palatino Linotype" w:hAnsi="Palatino Linotype"/>
          <w:lang w:val="az-Latn-AZ"/>
        </w:rPr>
        <w:t>ƏSAS BÖLMƏSİNİ</w:t>
      </w:r>
      <w:r w:rsidRPr="0052127D">
        <w:rPr>
          <w:rFonts w:ascii="Palatino Linotype" w:hAnsi="Palatino Linotype"/>
        </w:rPr>
        <w:t xml:space="preserve"> doldurun. </w:t>
      </w:r>
      <w:r w:rsidR="00E60260">
        <w:rPr>
          <w:rFonts w:ascii="Palatino Linotype" w:hAnsi="Palatino Linotype"/>
        </w:rPr>
        <w:t>Aid o</w:t>
      </w:r>
      <w:r w:rsidR="00286D4A">
        <w:rPr>
          <w:rFonts w:ascii="Palatino Linotype" w:hAnsi="Palatino Linotype"/>
        </w:rPr>
        <w:t>lduğunuz t</w:t>
      </w:r>
      <w:r w:rsidR="00286D4A" w:rsidRPr="00286D4A">
        <w:rPr>
          <w:rFonts w:ascii="Palatino Linotype" w:hAnsi="Palatino Linotype"/>
        </w:rPr>
        <w:t>əchizatçı növü</w:t>
      </w:r>
      <w:r w:rsidR="00286D4A">
        <w:rPr>
          <w:rFonts w:ascii="Palatino Linotype" w:hAnsi="Palatino Linotype"/>
        </w:rPr>
        <w:t>nə</w:t>
      </w:r>
      <w:r w:rsidR="00286D4A" w:rsidRPr="00286D4A">
        <w:rPr>
          <w:rFonts w:ascii="Palatino Linotype" w:hAnsi="Palatino Linotype"/>
        </w:rPr>
        <w:t xml:space="preserve"> uyğun olaraq yalnız müvafiq ƏLAVƏLƏR</w:t>
      </w:r>
      <w:r w:rsidR="006B3665">
        <w:rPr>
          <w:rFonts w:ascii="Palatino Linotype" w:hAnsi="Palatino Linotype"/>
        </w:rPr>
        <w:t>İ</w:t>
      </w:r>
      <w:r w:rsidR="00286D4A" w:rsidRPr="00286D4A">
        <w:rPr>
          <w:rFonts w:ascii="Palatino Linotype" w:hAnsi="Palatino Linotype"/>
        </w:rPr>
        <w:t xml:space="preserve"> dolduru</w:t>
      </w:r>
      <w:r w:rsidR="006B3665">
        <w:rPr>
          <w:rFonts w:ascii="Palatino Linotype" w:hAnsi="Palatino Linotype"/>
        </w:rPr>
        <w:t>n</w:t>
      </w:r>
      <w:r w:rsidRPr="0052127D">
        <w:rPr>
          <w:rFonts w:ascii="Palatino Linotype" w:hAnsi="Palatino Linotype"/>
        </w:rPr>
        <w:t>.</w:t>
      </w:r>
    </w:p>
    <w:p w14:paraId="7871D479" w14:textId="28487690" w:rsidR="006D21CB" w:rsidRPr="0052127D" w:rsidRDefault="0052127D">
      <w:pPr>
        <w:rPr>
          <w:rFonts w:ascii="Palatino Linotype" w:hAnsi="Palatino Linotype"/>
        </w:rPr>
      </w:pPr>
      <w:r w:rsidRPr="0052127D">
        <w:rPr>
          <w:rFonts w:ascii="Palatino Linotype" w:hAnsi="Palatino Linotype"/>
          <w:b/>
          <w:bCs/>
        </w:rPr>
        <w:t xml:space="preserve">Təlimatlar. </w:t>
      </w:r>
      <w:r w:rsidRPr="0052127D">
        <w:rPr>
          <w:rFonts w:ascii="Palatino Linotype" w:hAnsi="Palatino Linotype"/>
        </w:rPr>
        <w:t xml:space="preserve">Əsas bölmədəki bütün sualları cavablandırın, tələb olunan sənədləri əlavə edin (yoxlama siyahısına baxın) və Bəyannaməni imzalayın. Zərurət yarandıqda, BSC </w:t>
      </w:r>
      <w:r w:rsidR="001D1C53">
        <w:rPr>
          <w:rFonts w:ascii="Palatino Linotype" w:hAnsi="Palatino Linotype"/>
        </w:rPr>
        <w:t>sübutedici</w:t>
      </w:r>
      <w:r w:rsidRPr="0052127D">
        <w:rPr>
          <w:rFonts w:ascii="Palatino Linotype" w:hAnsi="Palatino Linotype"/>
        </w:rPr>
        <w:t xml:space="preserve"> sənədləri tələb edə, həmçinin yerində və ya məsafədən yoxlama və ya audit apara bilər.</w:t>
      </w:r>
    </w:p>
    <w:p w14:paraId="0E8F77BF" w14:textId="3537F834" w:rsidR="00AC743A" w:rsidRPr="001376DC" w:rsidRDefault="00AF27BC" w:rsidP="007130FA">
      <w:pPr>
        <w:pStyle w:val="Heading1"/>
        <w:jc w:val="center"/>
        <w:rPr>
          <w:rFonts w:ascii="Palatino Linotype" w:hAnsi="Palatino Linotype"/>
          <w:color w:val="auto"/>
        </w:rPr>
      </w:pPr>
      <w:r w:rsidRPr="001376DC">
        <w:rPr>
          <w:rFonts w:ascii="Palatino Linotype" w:hAnsi="Palatino Linotype"/>
          <w:color w:val="auto"/>
        </w:rPr>
        <w:t>ƏSAS BÖLMƏ</w:t>
      </w:r>
    </w:p>
    <w:p w14:paraId="30F184A6" w14:textId="32D5B0AD" w:rsidR="00AC743A" w:rsidRPr="00F06DD8" w:rsidRDefault="00AF27BC">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 xml:space="preserve">1. Şirkət </w:t>
      </w:r>
      <w:r w:rsidR="00B47845">
        <w:rPr>
          <w:rFonts w:ascii="Palatino Linotype" w:hAnsi="Palatino Linotype"/>
          <w:color w:val="984806" w:themeColor="accent6" w:themeShade="80"/>
        </w:rPr>
        <w:t>haqqında m</w:t>
      </w:r>
      <w:r w:rsidRPr="00F06DD8">
        <w:rPr>
          <w:rFonts w:ascii="Palatino Linotype" w:hAnsi="Palatino Linotype"/>
          <w:color w:val="984806" w:themeColor="accent6" w:themeShade="80"/>
        </w:rPr>
        <w:t>əlumat</w:t>
      </w:r>
    </w:p>
    <w:tbl>
      <w:tblPr>
        <w:tblStyle w:val="TableGrid"/>
        <w:tblW w:w="0" w:type="auto"/>
        <w:jc w:val="center"/>
        <w:tblLook w:val="04A0" w:firstRow="1" w:lastRow="0" w:firstColumn="1" w:lastColumn="0" w:noHBand="0" w:noVBand="1"/>
      </w:tblPr>
      <w:tblGrid>
        <w:gridCol w:w="531"/>
        <w:gridCol w:w="5305"/>
        <w:gridCol w:w="7726"/>
      </w:tblGrid>
      <w:tr w:rsidR="00E4721D" w:rsidRPr="007130FA" w14:paraId="35361FFA" w14:textId="77777777" w:rsidTr="00930DEB">
        <w:trPr>
          <w:trHeight w:val="476"/>
          <w:jc w:val="center"/>
        </w:trPr>
        <w:tc>
          <w:tcPr>
            <w:tcW w:w="5909" w:type="dxa"/>
            <w:gridSpan w:val="2"/>
            <w:shd w:val="clear" w:color="auto" w:fill="F2F2F2"/>
            <w:vAlign w:val="center"/>
          </w:tcPr>
          <w:p w14:paraId="3C7A98DD" w14:textId="6C0FD7BC" w:rsidR="00E4721D" w:rsidRPr="007130FA" w:rsidRDefault="00E4721D" w:rsidP="00C6251D">
            <w:pPr>
              <w:jc w:val="center"/>
              <w:rPr>
                <w:rFonts w:ascii="Palatino Linotype" w:hAnsi="Palatino Linotype"/>
              </w:rPr>
            </w:pPr>
            <w:r w:rsidRPr="007130FA">
              <w:rPr>
                <w:rFonts w:ascii="Palatino Linotype" w:hAnsi="Palatino Linotype"/>
                <w:b/>
              </w:rPr>
              <w:t>Sual / Tələb</w:t>
            </w:r>
          </w:p>
        </w:tc>
        <w:tc>
          <w:tcPr>
            <w:tcW w:w="7857" w:type="dxa"/>
            <w:shd w:val="clear" w:color="auto" w:fill="F2F2F2"/>
            <w:vAlign w:val="center"/>
          </w:tcPr>
          <w:p w14:paraId="464737D7" w14:textId="77777777" w:rsidR="00E4721D" w:rsidRPr="007130FA" w:rsidRDefault="00E4721D" w:rsidP="00C6251D">
            <w:pPr>
              <w:jc w:val="center"/>
              <w:rPr>
                <w:rFonts w:ascii="Palatino Linotype" w:hAnsi="Palatino Linotype"/>
              </w:rPr>
            </w:pPr>
            <w:r w:rsidRPr="007130FA">
              <w:rPr>
                <w:rFonts w:ascii="Palatino Linotype" w:hAnsi="Palatino Linotype"/>
                <w:b/>
              </w:rPr>
              <w:t>Təchizatçının cavabı</w:t>
            </w:r>
          </w:p>
        </w:tc>
      </w:tr>
      <w:tr w:rsidR="00E4721D" w:rsidRPr="007130FA" w14:paraId="63861FE7" w14:textId="77777777" w:rsidTr="007C0D54">
        <w:trPr>
          <w:trHeight w:val="500"/>
          <w:jc w:val="center"/>
        </w:trPr>
        <w:tc>
          <w:tcPr>
            <w:tcW w:w="531" w:type="dxa"/>
            <w:vAlign w:val="center"/>
          </w:tcPr>
          <w:p w14:paraId="54A42095" w14:textId="353E44A4"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1.1</w:t>
            </w:r>
          </w:p>
        </w:tc>
        <w:tc>
          <w:tcPr>
            <w:tcW w:w="5378" w:type="dxa"/>
            <w:vAlign w:val="center"/>
          </w:tcPr>
          <w:p w14:paraId="787590BC" w14:textId="6F73E78F" w:rsidR="00E4721D" w:rsidRPr="007130FA" w:rsidRDefault="00B47845" w:rsidP="00E4721D">
            <w:pPr>
              <w:rPr>
                <w:rFonts w:ascii="Palatino Linotype" w:hAnsi="Palatino Linotype"/>
              </w:rPr>
            </w:pPr>
            <w:r w:rsidRPr="00B47845">
              <w:rPr>
                <w:rFonts w:ascii="Palatino Linotype" w:hAnsi="Palatino Linotype"/>
                <w:b/>
                <w:bCs/>
                <w:lang w:val="az-Latn-AZ"/>
              </w:rPr>
              <w:t>Rəsmi ad</w:t>
            </w:r>
            <w:r w:rsidR="00346786">
              <w:rPr>
                <w:rFonts w:ascii="Palatino Linotype" w:hAnsi="Palatino Linotype"/>
                <w:b/>
                <w:bCs/>
                <w:lang w:val="az-Latn-AZ"/>
              </w:rPr>
              <w:t>ı</w:t>
            </w:r>
            <w:r w:rsidRPr="00FA56C3">
              <w:rPr>
                <w:rFonts w:ascii="Palatino Linotype" w:hAnsi="Palatino Linotype"/>
              </w:rPr>
              <w:t xml:space="preserve"> </w:t>
            </w:r>
            <w:r w:rsidR="00FA56C3" w:rsidRPr="00FA56C3">
              <w:rPr>
                <w:rFonts w:ascii="Palatino Linotype" w:hAnsi="Palatino Linotype"/>
              </w:rPr>
              <w:t>(qeydiyyat sənədlərinə uyğun olaraq)</w:t>
            </w:r>
          </w:p>
        </w:tc>
        <w:tc>
          <w:tcPr>
            <w:tcW w:w="7857" w:type="dxa"/>
            <w:vAlign w:val="center"/>
          </w:tcPr>
          <w:p w14:paraId="513E711C" w14:textId="77777777" w:rsidR="00E4721D" w:rsidRPr="007130FA" w:rsidRDefault="00E4721D" w:rsidP="007C0D54">
            <w:pPr>
              <w:rPr>
                <w:rFonts w:ascii="Palatino Linotype" w:hAnsi="Palatino Linotype"/>
              </w:rPr>
            </w:pPr>
          </w:p>
        </w:tc>
      </w:tr>
      <w:tr w:rsidR="00E4721D" w:rsidRPr="007130FA" w14:paraId="7C3BE34F" w14:textId="77777777" w:rsidTr="007C0D54">
        <w:trPr>
          <w:trHeight w:val="476"/>
          <w:jc w:val="center"/>
        </w:trPr>
        <w:tc>
          <w:tcPr>
            <w:tcW w:w="531" w:type="dxa"/>
            <w:vAlign w:val="center"/>
          </w:tcPr>
          <w:p w14:paraId="2ED703C5" w14:textId="672D6D0B"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1.2</w:t>
            </w:r>
          </w:p>
        </w:tc>
        <w:tc>
          <w:tcPr>
            <w:tcW w:w="5378" w:type="dxa"/>
            <w:vAlign w:val="center"/>
          </w:tcPr>
          <w:p w14:paraId="2B82CDDE" w14:textId="6B73F395" w:rsidR="00E4721D" w:rsidRPr="007130FA" w:rsidRDefault="00B47845" w:rsidP="00E4721D">
            <w:pPr>
              <w:rPr>
                <w:rFonts w:ascii="Palatino Linotype" w:hAnsi="Palatino Linotype"/>
              </w:rPr>
            </w:pPr>
            <w:r>
              <w:rPr>
                <w:rFonts w:ascii="Palatino Linotype" w:hAnsi="Palatino Linotype"/>
                <w:b/>
                <w:bCs/>
              </w:rPr>
              <w:t xml:space="preserve">Bazarda tanınan </w:t>
            </w:r>
            <w:r w:rsidR="00FA56C3" w:rsidRPr="00FA56C3">
              <w:rPr>
                <w:rFonts w:ascii="Palatino Linotype" w:hAnsi="Palatino Linotype"/>
                <w:b/>
                <w:bCs/>
              </w:rPr>
              <w:t>ad</w:t>
            </w:r>
            <w:r w:rsidR="00346786">
              <w:rPr>
                <w:rFonts w:ascii="Palatino Linotype" w:hAnsi="Palatino Linotype"/>
                <w:b/>
                <w:bCs/>
              </w:rPr>
              <w:t>ı</w:t>
            </w:r>
            <w:r w:rsidR="00FA56C3" w:rsidRPr="00FA56C3">
              <w:rPr>
                <w:rFonts w:ascii="Palatino Linotype" w:hAnsi="Palatino Linotype"/>
                <w:b/>
                <w:bCs/>
              </w:rPr>
              <w:t xml:space="preserve"> </w:t>
            </w:r>
            <w:r w:rsidR="00FA56C3" w:rsidRPr="00FA56C3">
              <w:rPr>
                <w:rFonts w:ascii="Palatino Linotype" w:hAnsi="Palatino Linotype"/>
              </w:rPr>
              <w:t xml:space="preserve">(əgər </w:t>
            </w:r>
            <w:r w:rsidR="00F86161">
              <w:rPr>
                <w:rFonts w:ascii="Palatino Linotype" w:hAnsi="Palatino Linotype"/>
              </w:rPr>
              <w:t>rəsmi</w:t>
            </w:r>
            <w:r w:rsidR="00FA56C3" w:rsidRPr="00FA56C3">
              <w:rPr>
                <w:rFonts w:ascii="Palatino Linotype" w:hAnsi="Palatino Linotype"/>
              </w:rPr>
              <w:t xml:space="preserve"> addan fərqlidirsə)</w:t>
            </w:r>
          </w:p>
        </w:tc>
        <w:tc>
          <w:tcPr>
            <w:tcW w:w="7857" w:type="dxa"/>
            <w:vAlign w:val="center"/>
          </w:tcPr>
          <w:p w14:paraId="5420752B" w14:textId="77777777" w:rsidR="00E4721D" w:rsidRPr="007130FA" w:rsidRDefault="00E4721D" w:rsidP="007C0D54">
            <w:pPr>
              <w:rPr>
                <w:rFonts w:ascii="Palatino Linotype" w:hAnsi="Palatino Linotype"/>
              </w:rPr>
            </w:pPr>
          </w:p>
        </w:tc>
      </w:tr>
      <w:tr w:rsidR="00E4721D" w:rsidRPr="007130FA" w14:paraId="7644D79E" w14:textId="77777777" w:rsidTr="007C0D54">
        <w:trPr>
          <w:trHeight w:val="476"/>
          <w:jc w:val="center"/>
        </w:trPr>
        <w:tc>
          <w:tcPr>
            <w:tcW w:w="531" w:type="dxa"/>
            <w:vAlign w:val="center"/>
          </w:tcPr>
          <w:p w14:paraId="0178A9ED" w14:textId="700242B6"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1.3</w:t>
            </w:r>
          </w:p>
        </w:tc>
        <w:tc>
          <w:tcPr>
            <w:tcW w:w="5378" w:type="dxa"/>
            <w:vAlign w:val="center"/>
          </w:tcPr>
          <w:p w14:paraId="208C5519" w14:textId="6A4EA680" w:rsidR="00E4721D" w:rsidRPr="00310709" w:rsidRDefault="00FA56C3" w:rsidP="00E4721D">
            <w:pPr>
              <w:rPr>
                <w:rFonts w:ascii="Palatino Linotype" w:hAnsi="Palatino Linotype"/>
                <w:b/>
                <w:bCs/>
              </w:rPr>
            </w:pPr>
            <w:r w:rsidRPr="00310709">
              <w:rPr>
                <w:rFonts w:ascii="Palatino Linotype" w:hAnsi="Palatino Linotype"/>
                <w:b/>
                <w:bCs/>
              </w:rPr>
              <w:t>Qeydiyyat</w:t>
            </w:r>
            <w:r w:rsidR="00310709" w:rsidRPr="00310709">
              <w:rPr>
                <w:rFonts w:ascii="Palatino Linotype" w:hAnsi="Palatino Linotype"/>
                <w:b/>
                <w:bCs/>
              </w:rPr>
              <w:t xml:space="preserve"> </w:t>
            </w:r>
            <w:r w:rsidR="008A11C2">
              <w:rPr>
                <w:rFonts w:ascii="Palatino Linotype" w:hAnsi="Palatino Linotype"/>
                <w:b/>
                <w:bCs/>
              </w:rPr>
              <w:t xml:space="preserve">olduğu </w:t>
            </w:r>
            <w:r w:rsidRPr="00310709">
              <w:rPr>
                <w:rFonts w:ascii="Palatino Linotype" w:hAnsi="Palatino Linotype"/>
                <w:b/>
                <w:bCs/>
              </w:rPr>
              <w:t>ölkə</w:t>
            </w:r>
          </w:p>
        </w:tc>
        <w:tc>
          <w:tcPr>
            <w:tcW w:w="7857" w:type="dxa"/>
            <w:vAlign w:val="center"/>
          </w:tcPr>
          <w:p w14:paraId="42A95C40" w14:textId="77777777" w:rsidR="00E4721D" w:rsidRPr="007130FA" w:rsidRDefault="00E4721D" w:rsidP="007C0D54">
            <w:pPr>
              <w:rPr>
                <w:rFonts w:ascii="Palatino Linotype" w:hAnsi="Palatino Linotype"/>
              </w:rPr>
            </w:pPr>
          </w:p>
        </w:tc>
      </w:tr>
      <w:tr w:rsidR="00E4721D" w:rsidRPr="007130FA" w14:paraId="4F74861E" w14:textId="77777777" w:rsidTr="007C0D54">
        <w:trPr>
          <w:trHeight w:val="500"/>
          <w:jc w:val="center"/>
        </w:trPr>
        <w:tc>
          <w:tcPr>
            <w:tcW w:w="531" w:type="dxa"/>
            <w:vAlign w:val="center"/>
          </w:tcPr>
          <w:p w14:paraId="78F07273" w14:textId="2F85130A"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1.4</w:t>
            </w:r>
          </w:p>
        </w:tc>
        <w:tc>
          <w:tcPr>
            <w:tcW w:w="5378" w:type="dxa"/>
            <w:vAlign w:val="center"/>
          </w:tcPr>
          <w:p w14:paraId="4A10B678" w14:textId="0A090949" w:rsidR="00E4721D" w:rsidRPr="007130FA" w:rsidRDefault="00FA56C3" w:rsidP="00E4721D">
            <w:pPr>
              <w:rPr>
                <w:rFonts w:ascii="Palatino Linotype" w:hAnsi="Palatino Linotype"/>
              </w:rPr>
            </w:pPr>
            <w:r w:rsidRPr="00FA56C3">
              <w:rPr>
                <w:rFonts w:ascii="Palatino Linotype" w:hAnsi="Palatino Linotype"/>
                <w:b/>
                <w:bCs/>
              </w:rPr>
              <w:t>Şirkətin qeydiyyat nömrəsi</w:t>
            </w:r>
          </w:p>
        </w:tc>
        <w:tc>
          <w:tcPr>
            <w:tcW w:w="7857" w:type="dxa"/>
            <w:vAlign w:val="center"/>
          </w:tcPr>
          <w:p w14:paraId="7E34ECFC" w14:textId="77777777" w:rsidR="00E4721D" w:rsidRPr="007130FA" w:rsidRDefault="00E4721D" w:rsidP="007C0D54">
            <w:pPr>
              <w:rPr>
                <w:rFonts w:ascii="Palatino Linotype" w:hAnsi="Palatino Linotype"/>
              </w:rPr>
            </w:pPr>
          </w:p>
        </w:tc>
      </w:tr>
      <w:tr w:rsidR="00E4721D" w:rsidRPr="007130FA" w14:paraId="4AD85B96" w14:textId="77777777" w:rsidTr="007C0D54">
        <w:trPr>
          <w:trHeight w:val="476"/>
          <w:jc w:val="center"/>
        </w:trPr>
        <w:tc>
          <w:tcPr>
            <w:tcW w:w="531" w:type="dxa"/>
            <w:vAlign w:val="center"/>
          </w:tcPr>
          <w:p w14:paraId="77D97BED" w14:textId="370DE75D"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1.5</w:t>
            </w:r>
          </w:p>
        </w:tc>
        <w:tc>
          <w:tcPr>
            <w:tcW w:w="5378" w:type="dxa"/>
            <w:vAlign w:val="center"/>
          </w:tcPr>
          <w:p w14:paraId="444A0F6E" w14:textId="3A1CC046" w:rsidR="00E4721D" w:rsidRPr="007130FA" w:rsidRDefault="00FA56C3" w:rsidP="00E4721D">
            <w:pPr>
              <w:rPr>
                <w:rFonts w:ascii="Palatino Linotype" w:hAnsi="Palatino Linotype"/>
              </w:rPr>
            </w:pPr>
            <w:r w:rsidRPr="00FA56C3">
              <w:rPr>
                <w:rFonts w:ascii="Palatino Linotype" w:hAnsi="Palatino Linotype"/>
                <w:b/>
                <w:bCs/>
              </w:rPr>
              <w:t>VÖEN</w:t>
            </w:r>
          </w:p>
        </w:tc>
        <w:tc>
          <w:tcPr>
            <w:tcW w:w="7857" w:type="dxa"/>
            <w:vAlign w:val="center"/>
          </w:tcPr>
          <w:p w14:paraId="683EC354" w14:textId="77777777" w:rsidR="00E4721D" w:rsidRPr="007130FA" w:rsidRDefault="00E4721D" w:rsidP="007C0D54">
            <w:pPr>
              <w:rPr>
                <w:rFonts w:ascii="Palatino Linotype" w:hAnsi="Palatino Linotype"/>
              </w:rPr>
            </w:pPr>
          </w:p>
        </w:tc>
      </w:tr>
      <w:tr w:rsidR="00E4721D" w:rsidRPr="007130FA" w14:paraId="52A34F20" w14:textId="77777777" w:rsidTr="007C0D54">
        <w:trPr>
          <w:trHeight w:val="476"/>
          <w:jc w:val="center"/>
        </w:trPr>
        <w:tc>
          <w:tcPr>
            <w:tcW w:w="531" w:type="dxa"/>
            <w:vAlign w:val="center"/>
          </w:tcPr>
          <w:p w14:paraId="1F033596" w14:textId="126A81F6"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lastRenderedPageBreak/>
              <w:t>1.6</w:t>
            </w:r>
          </w:p>
        </w:tc>
        <w:tc>
          <w:tcPr>
            <w:tcW w:w="5378" w:type="dxa"/>
            <w:vAlign w:val="center"/>
          </w:tcPr>
          <w:p w14:paraId="693E5CCF" w14:textId="650FF398" w:rsidR="00E4721D" w:rsidRPr="007130FA" w:rsidRDefault="00FA56C3" w:rsidP="00E4721D">
            <w:pPr>
              <w:rPr>
                <w:rFonts w:ascii="Palatino Linotype" w:hAnsi="Palatino Linotype"/>
              </w:rPr>
            </w:pPr>
            <w:r w:rsidRPr="00FA56C3">
              <w:rPr>
                <w:rFonts w:ascii="Palatino Linotype" w:hAnsi="Palatino Linotype"/>
                <w:b/>
                <w:bCs/>
              </w:rPr>
              <w:t xml:space="preserve">Hüquqi ünvan </w:t>
            </w:r>
            <w:r w:rsidRPr="00FA56C3">
              <w:rPr>
                <w:rFonts w:ascii="Palatino Linotype" w:hAnsi="Palatino Linotype"/>
              </w:rPr>
              <w:t>(</w:t>
            </w:r>
            <w:r w:rsidR="008A11C2" w:rsidRPr="00FA56C3">
              <w:rPr>
                <w:rFonts w:ascii="Palatino Linotype" w:hAnsi="Palatino Linotype"/>
              </w:rPr>
              <w:t>poçt indeksi, şəhər</w:t>
            </w:r>
            <w:r w:rsidR="008A11C2">
              <w:rPr>
                <w:rFonts w:ascii="Palatino Linotype" w:hAnsi="Palatino Linotype"/>
              </w:rPr>
              <w:t>,</w:t>
            </w:r>
            <w:r w:rsidR="008A11C2" w:rsidRPr="00FA56C3">
              <w:rPr>
                <w:rFonts w:ascii="Palatino Linotype" w:hAnsi="Palatino Linotype"/>
              </w:rPr>
              <w:t xml:space="preserve"> rayon</w:t>
            </w:r>
            <w:r w:rsidR="008A11C2">
              <w:rPr>
                <w:rFonts w:ascii="Palatino Linotype" w:hAnsi="Palatino Linotype"/>
              </w:rPr>
              <w:t>,</w:t>
            </w:r>
            <w:r w:rsidR="008A11C2" w:rsidRPr="00FA56C3">
              <w:rPr>
                <w:rFonts w:ascii="Palatino Linotype" w:hAnsi="Palatino Linotype"/>
              </w:rPr>
              <w:t xml:space="preserve"> </w:t>
            </w:r>
            <w:r w:rsidRPr="00FA56C3">
              <w:rPr>
                <w:rFonts w:ascii="Palatino Linotype" w:hAnsi="Palatino Linotype"/>
              </w:rPr>
              <w:t>küçə, ev nömrəsi)</w:t>
            </w:r>
          </w:p>
        </w:tc>
        <w:tc>
          <w:tcPr>
            <w:tcW w:w="7857" w:type="dxa"/>
            <w:vAlign w:val="center"/>
          </w:tcPr>
          <w:p w14:paraId="187B70CE" w14:textId="3BCBC9A3" w:rsidR="00E4721D" w:rsidRPr="007C0D54" w:rsidRDefault="00E4721D" w:rsidP="007C0D54">
            <w:pPr>
              <w:jc w:val="center"/>
              <w:rPr>
                <w:rFonts w:ascii="Palatino Linotype" w:hAnsi="Palatino Linotype"/>
              </w:rPr>
            </w:pPr>
          </w:p>
        </w:tc>
      </w:tr>
      <w:tr w:rsidR="00E4721D" w:rsidRPr="007130FA" w14:paraId="1B1599D7" w14:textId="77777777" w:rsidTr="007C0D54">
        <w:trPr>
          <w:trHeight w:val="476"/>
          <w:jc w:val="center"/>
        </w:trPr>
        <w:tc>
          <w:tcPr>
            <w:tcW w:w="531" w:type="dxa"/>
            <w:vAlign w:val="center"/>
          </w:tcPr>
          <w:p w14:paraId="731BE874" w14:textId="18266FB0"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1.7</w:t>
            </w:r>
          </w:p>
        </w:tc>
        <w:tc>
          <w:tcPr>
            <w:tcW w:w="5378" w:type="dxa"/>
            <w:vAlign w:val="center"/>
          </w:tcPr>
          <w:p w14:paraId="5E1F529E" w14:textId="5152742A" w:rsidR="00E4721D" w:rsidRPr="007130FA" w:rsidRDefault="00FA56C3" w:rsidP="00E4721D">
            <w:pPr>
              <w:rPr>
                <w:rFonts w:ascii="Palatino Linotype" w:hAnsi="Palatino Linotype"/>
              </w:rPr>
            </w:pPr>
            <w:r w:rsidRPr="00FA56C3">
              <w:rPr>
                <w:rFonts w:ascii="Palatino Linotype" w:hAnsi="Palatino Linotype"/>
                <w:b/>
                <w:bCs/>
              </w:rPr>
              <w:t xml:space="preserve">Biznes əməliyyatlarının faktiki ünvanı </w:t>
            </w:r>
            <w:r w:rsidRPr="00FA56C3">
              <w:rPr>
                <w:rFonts w:ascii="Palatino Linotype" w:hAnsi="Palatino Linotype"/>
              </w:rPr>
              <w:t>(hüquqi ünvandan fərqlidirsə)</w:t>
            </w:r>
          </w:p>
        </w:tc>
        <w:tc>
          <w:tcPr>
            <w:tcW w:w="7857" w:type="dxa"/>
            <w:vAlign w:val="center"/>
          </w:tcPr>
          <w:p w14:paraId="72B168FD" w14:textId="77777777" w:rsidR="00E4721D" w:rsidRPr="007130FA" w:rsidRDefault="00E4721D" w:rsidP="007C0D54">
            <w:pPr>
              <w:rPr>
                <w:rFonts w:ascii="Palatino Linotype" w:hAnsi="Palatino Linotype"/>
              </w:rPr>
            </w:pPr>
          </w:p>
        </w:tc>
      </w:tr>
      <w:tr w:rsidR="00E4721D" w:rsidRPr="007130FA" w14:paraId="3C58465D" w14:textId="77777777" w:rsidTr="00930DEB">
        <w:trPr>
          <w:trHeight w:val="500"/>
          <w:jc w:val="center"/>
        </w:trPr>
        <w:tc>
          <w:tcPr>
            <w:tcW w:w="531" w:type="dxa"/>
            <w:vAlign w:val="center"/>
          </w:tcPr>
          <w:p w14:paraId="0696B51F" w14:textId="04D7C02A"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1.8</w:t>
            </w:r>
          </w:p>
        </w:tc>
        <w:tc>
          <w:tcPr>
            <w:tcW w:w="5378" w:type="dxa"/>
            <w:vAlign w:val="center"/>
          </w:tcPr>
          <w:p w14:paraId="26BB7E2F" w14:textId="2BE2A17B" w:rsidR="00E4721D" w:rsidRPr="007130FA" w:rsidRDefault="00FF73F5" w:rsidP="00E4721D">
            <w:pPr>
              <w:rPr>
                <w:rFonts w:ascii="Palatino Linotype" w:hAnsi="Palatino Linotype"/>
              </w:rPr>
            </w:pPr>
            <w:r w:rsidRPr="00FF73F5">
              <w:rPr>
                <w:rFonts w:ascii="Palatino Linotype" w:hAnsi="Palatino Linotype"/>
                <w:b/>
                <w:bCs/>
                <w:lang w:val="en-GB"/>
              </w:rPr>
              <w:t xml:space="preserve">Rəsmi internet </w:t>
            </w:r>
            <w:proofErr w:type="spellStart"/>
            <w:r w:rsidRPr="00FF73F5">
              <w:rPr>
                <w:rFonts w:ascii="Palatino Linotype" w:hAnsi="Palatino Linotype"/>
                <w:b/>
                <w:bCs/>
                <w:lang w:val="en-GB"/>
              </w:rPr>
              <w:t>səhifəsi</w:t>
            </w:r>
            <w:proofErr w:type="spellEnd"/>
            <w:r w:rsidRPr="00851302">
              <w:rPr>
                <w:rFonts w:ascii="Palatino Linotype" w:hAnsi="Palatino Linotype"/>
                <w:lang w:val="en-GB"/>
              </w:rPr>
              <w:t xml:space="preserve"> (</w:t>
            </w:r>
            <w:proofErr w:type="spellStart"/>
            <w:r w:rsidRPr="00851302">
              <w:rPr>
                <w:rFonts w:ascii="Palatino Linotype" w:hAnsi="Palatino Linotype"/>
                <w:lang w:val="en-GB"/>
              </w:rPr>
              <w:t>mövcud</w:t>
            </w:r>
            <w:proofErr w:type="spellEnd"/>
            <w:r w:rsidRPr="00851302">
              <w:rPr>
                <w:rFonts w:ascii="Palatino Linotype" w:hAnsi="Palatino Linotype"/>
                <w:lang w:val="en-GB"/>
              </w:rPr>
              <w:t xml:space="preserve"> </w:t>
            </w:r>
            <w:proofErr w:type="spellStart"/>
            <w:r w:rsidRPr="00851302">
              <w:rPr>
                <w:rFonts w:ascii="Palatino Linotype" w:hAnsi="Palatino Linotype"/>
                <w:lang w:val="en-GB"/>
              </w:rPr>
              <w:t>olduqda</w:t>
            </w:r>
            <w:proofErr w:type="spellEnd"/>
            <w:r w:rsidRPr="00851302">
              <w:rPr>
                <w:rFonts w:ascii="Palatino Linotype" w:hAnsi="Palatino Linotype"/>
                <w:lang w:val="en-GB"/>
              </w:rPr>
              <w:t>):</w:t>
            </w:r>
          </w:p>
        </w:tc>
        <w:tc>
          <w:tcPr>
            <w:tcW w:w="7857" w:type="dxa"/>
          </w:tcPr>
          <w:p w14:paraId="01E4A9F1" w14:textId="77777777" w:rsidR="00E4721D" w:rsidRPr="007130FA" w:rsidRDefault="00E4721D">
            <w:pPr>
              <w:rPr>
                <w:rFonts w:ascii="Palatino Linotype" w:hAnsi="Palatino Linotype"/>
              </w:rPr>
            </w:pPr>
          </w:p>
        </w:tc>
      </w:tr>
      <w:tr w:rsidR="00E4721D" w:rsidRPr="007130FA" w14:paraId="1C4F863D" w14:textId="77777777" w:rsidTr="00930DEB">
        <w:trPr>
          <w:trHeight w:val="476"/>
          <w:jc w:val="center"/>
        </w:trPr>
        <w:tc>
          <w:tcPr>
            <w:tcW w:w="531" w:type="dxa"/>
            <w:vAlign w:val="center"/>
          </w:tcPr>
          <w:p w14:paraId="7FA90BC0" w14:textId="32644DAC"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1.9</w:t>
            </w:r>
          </w:p>
        </w:tc>
        <w:tc>
          <w:tcPr>
            <w:tcW w:w="5378" w:type="dxa"/>
            <w:vAlign w:val="center"/>
          </w:tcPr>
          <w:p w14:paraId="21902007" w14:textId="7001C319" w:rsidR="00E4721D" w:rsidRPr="00FF73F5" w:rsidRDefault="00FF73F5" w:rsidP="00E4721D">
            <w:pPr>
              <w:rPr>
                <w:rFonts w:ascii="Palatino Linotype" w:hAnsi="Palatino Linotype"/>
                <w:b/>
                <w:bCs/>
              </w:rPr>
            </w:pPr>
            <w:r w:rsidRPr="00FF73F5">
              <w:rPr>
                <w:rFonts w:ascii="Palatino Linotype" w:hAnsi="Palatino Linotype"/>
                <w:b/>
                <w:bCs/>
              </w:rPr>
              <w:t>Sorğulara dair əlaqəli şəxs</w:t>
            </w:r>
            <w:r w:rsidR="008C0503">
              <w:rPr>
                <w:rFonts w:ascii="Palatino Linotype" w:hAnsi="Palatino Linotype"/>
                <w:b/>
                <w:bCs/>
              </w:rPr>
              <w:t xml:space="preserve"> (</w:t>
            </w:r>
            <w:r w:rsidRPr="008C0503">
              <w:rPr>
                <w:rFonts w:ascii="Palatino Linotype" w:hAnsi="Palatino Linotype"/>
              </w:rPr>
              <w:t xml:space="preserve">tam adı, </w:t>
            </w:r>
            <w:r w:rsidR="00FA56C3" w:rsidRPr="008C0503">
              <w:rPr>
                <w:rFonts w:ascii="Palatino Linotype" w:hAnsi="Palatino Linotype"/>
              </w:rPr>
              <w:t>vəzif</w:t>
            </w:r>
            <w:r w:rsidRPr="008C0503">
              <w:rPr>
                <w:rFonts w:ascii="Palatino Linotype" w:hAnsi="Palatino Linotype"/>
              </w:rPr>
              <w:t>əsi</w:t>
            </w:r>
            <w:r w:rsidR="00FA56C3" w:rsidRPr="008C0503">
              <w:rPr>
                <w:rFonts w:ascii="Palatino Linotype" w:hAnsi="Palatino Linotype"/>
              </w:rPr>
              <w:t>, e-poçt</w:t>
            </w:r>
            <w:r w:rsidR="00D45CC0" w:rsidRPr="008C0503">
              <w:rPr>
                <w:rFonts w:ascii="Palatino Linotype" w:hAnsi="Palatino Linotype"/>
              </w:rPr>
              <w:t xml:space="preserve"> ünvanı</w:t>
            </w:r>
            <w:r w:rsidR="00FA56C3" w:rsidRPr="008C0503">
              <w:rPr>
                <w:rFonts w:ascii="Palatino Linotype" w:hAnsi="Palatino Linotype"/>
              </w:rPr>
              <w:t>, telefon</w:t>
            </w:r>
            <w:r w:rsidR="00D45CC0" w:rsidRPr="008C0503">
              <w:rPr>
                <w:rFonts w:ascii="Palatino Linotype" w:hAnsi="Palatino Linotype"/>
              </w:rPr>
              <w:t xml:space="preserve"> nömrəsi</w:t>
            </w:r>
            <w:r w:rsidR="008C0503">
              <w:rPr>
                <w:rFonts w:ascii="Palatino Linotype" w:hAnsi="Palatino Linotype"/>
              </w:rPr>
              <w:t>)</w:t>
            </w:r>
          </w:p>
        </w:tc>
        <w:tc>
          <w:tcPr>
            <w:tcW w:w="7857" w:type="dxa"/>
          </w:tcPr>
          <w:p w14:paraId="3129668A" w14:textId="77777777" w:rsidR="00E4721D" w:rsidRPr="007130FA" w:rsidRDefault="00E4721D">
            <w:pPr>
              <w:rPr>
                <w:rFonts w:ascii="Palatino Linotype" w:hAnsi="Palatino Linotype"/>
              </w:rPr>
            </w:pPr>
          </w:p>
        </w:tc>
      </w:tr>
      <w:tr w:rsidR="00E4721D" w:rsidRPr="007130FA" w14:paraId="2486E6E2" w14:textId="77777777" w:rsidTr="00930DEB">
        <w:trPr>
          <w:trHeight w:val="476"/>
          <w:jc w:val="center"/>
        </w:trPr>
        <w:tc>
          <w:tcPr>
            <w:tcW w:w="531" w:type="dxa"/>
            <w:vAlign w:val="center"/>
          </w:tcPr>
          <w:p w14:paraId="68C849BB" w14:textId="08D66F68" w:rsidR="00E4721D" w:rsidRPr="00E4721D" w:rsidRDefault="00E4721D" w:rsidP="00E4721D">
            <w:pPr>
              <w:jc w:val="center"/>
              <w:rPr>
                <w:rFonts w:ascii="Palatino Linotype" w:hAnsi="Palatino Linotype"/>
                <w:sz w:val="18"/>
                <w:szCs w:val="18"/>
              </w:rPr>
            </w:pPr>
            <w:r w:rsidRPr="00E4721D">
              <w:rPr>
                <w:rFonts w:ascii="Palatino Linotype" w:hAnsi="Palatino Linotype"/>
                <w:sz w:val="18"/>
                <w:szCs w:val="18"/>
              </w:rPr>
              <w:t>1.10</w:t>
            </w:r>
          </w:p>
        </w:tc>
        <w:tc>
          <w:tcPr>
            <w:tcW w:w="5378" w:type="dxa"/>
            <w:vAlign w:val="center"/>
          </w:tcPr>
          <w:p w14:paraId="31DD9E4A" w14:textId="5CEFEA40" w:rsidR="00E4721D" w:rsidRPr="007130FA" w:rsidRDefault="00FA56C3" w:rsidP="00E4721D">
            <w:pPr>
              <w:rPr>
                <w:rFonts w:ascii="Palatino Linotype" w:hAnsi="Palatino Linotype"/>
              </w:rPr>
            </w:pPr>
            <w:r w:rsidRPr="00FA56C3">
              <w:rPr>
                <w:rFonts w:ascii="Palatino Linotype" w:hAnsi="Palatino Linotype"/>
                <w:b/>
                <w:bCs/>
              </w:rPr>
              <w:t xml:space="preserve">Səlahiyyətli </w:t>
            </w:r>
            <w:r w:rsidR="00B05404">
              <w:rPr>
                <w:rFonts w:ascii="Palatino Linotype" w:hAnsi="Palatino Linotype"/>
                <w:b/>
                <w:bCs/>
              </w:rPr>
              <w:t>şəxs</w:t>
            </w:r>
            <w:r w:rsidR="001D1C53">
              <w:rPr>
                <w:rFonts w:ascii="Palatino Linotype" w:hAnsi="Palatino Linotype"/>
                <w:b/>
                <w:bCs/>
              </w:rPr>
              <w:t xml:space="preserve"> </w:t>
            </w:r>
            <w:r w:rsidRPr="00FA56C3">
              <w:rPr>
                <w:rFonts w:ascii="Palatino Linotype" w:hAnsi="Palatino Linotype"/>
              </w:rPr>
              <w:t>(</w:t>
            </w:r>
            <w:r w:rsidR="00FF73F5">
              <w:rPr>
                <w:rFonts w:ascii="Palatino Linotype" w:hAnsi="Palatino Linotype"/>
              </w:rPr>
              <w:t xml:space="preserve">tam </w:t>
            </w:r>
            <w:r w:rsidRPr="00FA56C3">
              <w:rPr>
                <w:rFonts w:ascii="Palatino Linotype" w:hAnsi="Palatino Linotype"/>
              </w:rPr>
              <w:t xml:space="preserve">adı, vəzifəsi, </w:t>
            </w:r>
            <w:r w:rsidR="008C0503" w:rsidRPr="008C0503">
              <w:rPr>
                <w:rFonts w:ascii="Palatino Linotype" w:hAnsi="Palatino Linotype"/>
              </w:rPr>
              <w:t>e-poçt ünvanı</w:t>
            </w:r>
            <w:r w:rsidRPr="00FA56C3">
              <w:rPr>
                <w:rFonts w:ascii="Palatino Linotype" w:hAnsi="Palatino Linotype"/>
              </w:rPr>
              <w:t>, telefon nömrəsi)</w:t>
            </w:r>
          </w:p>
        </w:tc>
        <w:tc>
          <w:tcPr>
            <w:tcW w:w="7857" w:type="dxa"/>
          </w:tcPr>
          <w:p w14:paraId="1E0E4557" w14:textId="77777777" w:rsidR="00E4721D" w:rsidRPr="007130FA" w:rsidRDefault="00E4721D">
            <w:pPr>
              <w:rPr>
                <w:rFonts w:ascii="Palatino Linotype" w:hAnsi="Palatino Linotype"/>
              </w:rPr>
            </w:pPr>
          </w:p>
        </w:tc>
      </w:tr>
    </w:tbl>
    <w:p w14:paraId="1B350285" w14:textId="77777777" w:rsidR="00346786" w:rsidRDefault="00346786">
      <w:pPr>
        <w:rPr>
          <w:rFonts w:ascii="Palatino Linotype" w:eastAsiaTheme="majorEastAsia" w:hAnsi="Palatino Linotype" w:cstheme="majorBidi"/>
          <w:b/>
          <w:bCs/>
          <w:color w:val="984806" w:themeColor="accent6" w:themeShade="80"/>
          <w:sz w:val="26"/>
          <w:szCs w:val="26"/>
        </w:rPr>
      </w:pPr>
    </w:p>
    <w:p w14:paraId="4987C62C" w14:textId="11EEBCC6" w:rsidR="00AC743A" w:rsidRPr="00F06DD8" w:rsidRDefault="00AF27BC">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 xml:space="preserve">2. Təchizatçının növü və </w:t>
      </w:r>
      <w:r w:rsidR="00EF114A">
        <w:rPr>
          <w:rFonts w:ascii="Palatino Linotype" w:hAnsi="Palatino Linotype"/>
          <w:color w:val="984806" w:themeColor="accent6" w:themeShade="80"/>
        </w:rPr>
        <w:t>fəaliyyət sahəsi</w:t>
      </w:r>
    </w:p>
    <w:tbl>
      <w:tblPr>
        <w:tblStyle w:val="TableGrid"/>
        <w:tblW w:w="0" w:type="auto"/>
        <w:jc w:val="center"/>
        <w:tblLook w:val="04A0" w:firstRow="1" w:lastRow="0" w:firstColumn="1" w:lastColumn="0" w:noHBand="0" w:noVBand="1"/>
      </w:tblPr>
      <w:tblGrid>
        <w:gridCol w:w="5823"/>
        <w:gridCol w:w="7739"/>
      </w:tblGrid>
      <w:tr w:rsidR="00AC743A" w:rsidRPr="007130FA" w14:paraId="30FEACA1" w14:textId="77777777" w:rsidTr="00930DEB">
        <w:trPr>
          <w:trHeight w:val="347"/>
          <w:jc w:val="center"/>
        </w:trPr>
        <w:tc>
          <w:tcPr>
            <w:tcW w:w="5894" w:type="dxa"/>
            <w:shd w:val="clear" w:color="auto" w:fill="F2F2F2"/>
            <w:vAlign w:val="center"/>
          </w:tcPr>
          <w:p w14:paraId="78CA5D1F" w14:textId="19DA439D" w:rsidR="00AC743A" w:rsidRPr="007130FA" w:rsidRDefault="00156460" w:rsidP="00F94A66">
            <w:pPr>
              <w:jc w:val="center"/>
              <w:rPr>
                <w:rFonts w:ascii="Palatino Linotype" w:hAnsi="Palatino Linotype"/>
              </w:rPr>
            </w:pPr>
            <w:r w:rsidRPr="00156460">
              <w:rPr>
                <w:rFonts w:ascii="Palatino Linotype" w:hAnsi="Palatino Linotype"/>
                <w:b/>
              </w:rPr>
              <w:t>Təchizatçı növünü seçin (uyğun olanların hamısını işarələyin):</w:t>
            </w:r>
          </w:p>
        </w:tc>
        <w:tc>
          <w:tcPr>
            <w:tcW w:w="7841" w:type="dxa"/>
            <w:shd w:val="clear" w:color="auto" w:fill="F2F2F2"/>
            <w:vAlign w:val="center"/>
          </w:tcPr>
          <w:p w14:paraId="066377FC" w14:textId="366B2E6F" w:rsidR="00AC743A" w:rsidRPr="00EF114A" w:rsidRDefault="00A7370D" w:rsidP="00EF114A">
            <w:pPr>
              <w:jc w:val="center"/>
              <w:rPr>
                <w:rFonts w:ascii="Palatino Linotype" w:hAnsi="Palatino Linotype"/>
                <w:b/>
              </w:rPr>
            </w:pPr>
            <w:r w:rsidRPr="006D21CB">
              <w:rPr>
                <w:rFonts w:ascii="Palatino Linotype" w:hAnsi="Palatino Linotype"/>
                <w:b/>
                <w:bCs/>
              </w:rPr>
              <w:t xml:space="preserve">Fəaliyyət </w:t>
            </w:r>
            <w:r w:rsidR="00EF114A">
              <w:rPr>
                <w:rFonts w:ascii="Palatino Linotype" w:hAnsi="Palatino Linotype"/>
                <w:b/>
                <w:bCs/>
              </w:rPr>
              <w:t>sahəsinin</w:t>
            </w:r>
            <w:r w:rsidRPr="006D21CB">
              <w:rPr>
                <w:rFonts w:ascii="Palatino Linotype" w:hAnsi="Palatino Linotype"/>
                <w:b/>
                <w:bCs/>
              </w:rPr>
              <w:t xml:space="preserve"> qısa təsviri </w:t>
            </w:r>
            <w:r w:rsidRPr="006D21CB">
              <w:rPr>
                <w:rFonts w:ascii="Palatino Linotype" w:hAnsi="Palatino Linotype"/>
                <w:b/>
              </w:rPr>
              <w:t>(təklif olunan məhsullar və/və ya xidmətlər)</w:t>
            </w:r>
          </w:p>
        </w:tc>
      </w:tr>
      <w:tr w:rsidR="00AC743A" w:rsidRPr="007130FA" w14:paraId="6514F40A" w14:textId="77777777" w:rsidTr="00930DEB">
        <w:trPr>
          <w:trHeight w:val="2252"/>
          <w:jc w:val="center"/>
        </w:trPr>
        <w:tc>
          <w:tcPr>
            <w:tcW w:w="5894" w:type="dxa"/>
            <w:vAlign w:val="center"/>
          </w:tcPr>
          <w:p w14:paraId="1A9159AF" w14:textId="18FC8CEE" w:rsidR="00156460" w:rsidRPr="006D21CB" w:rsidRDefault="00E62197" w:rsidP="0067648E">
            <w:pPr>
              <w:rPr>
                <w:rFonts w:ascii="Palatino Linotype" w:hAnsi="Palatino Linotype"/>
              </w:rPr>
            </w:pPr>
            <w:sdt>
              <w:sdtPr>
                <w:rPr>
                  <w:rFonts w:ascii="Palatino Linotype" w:hAnsi="Palatino Linotype"/>
                  <w:b/>
                  <w:bCs/>
                </w:rPr>
                <w:id w:val="164375549"/>
                <w15:color w:val="FF6600"/>
                <w14:checkbox>
                  <w14:checked w14:val="0"/>
                  <w14:checkedState w14:val="2612" w14:font="MS Gothic"/>
                  <w14:uncheckedState w14:val="2610" w14:font="MS Gothic"/>
                </w14:checkbox>
              </w:sdtPr>
              <w:sdtEndPr/>
              <w:sdtContent>
                <w:r w:rsidR="00AF49F8">
                  <w:rPr>
                    <w:rFonts w:ascii="MS Gothic" w:eastAsia="MS Gothic" w:hAnsi="MS Gothic" w:hint="eastAsia"/>
                    <w:b/>
                    <w:bCs/>
                  </w:rPr>
                  <w:t>☐</w:t>
                </w:r>
              </w:sdtContent>
            </w:sdt>
            <w:r w:rsidR="00AF6C0B">
              <w:rPr>
                <w:rFonts w:ascii="Palatino Linotype" w:hAnsi="Palatino Linotype"/>
                <w:b/>
                <w:bCs/>
              </w:rPr>
              <w:t xml:space="preserve"> </w:t>
            </w:r>
            <w:r w:rsidR="00156460" w:rsidRPr="00156460">
              <w:rPr>
                <w:rFonts w:ascii="Palatino Linotype" w:hAnsi="Palatino Linotype"/>
              </w:rPr>
              <w:t>İstehsalçı / OEM</w:t>
            </w:r>
          </w:p>
          <w:p w14:paraId="5BB6D71E" w14:textId="1FFA64BE" w:rsidR="00AC743A" w:rsidRPr="007130FA" w:rsidRDefault="00E62197" w:rsidP="0067648E">
            <w:pPr>
              <w:rPr>
                <w:rFonts w:ascii="Palatino Linotype" w:hAnsi="Palatino Linotype"/>
              </w:rPr>
            </w:pPr>
            <w:sdt>
              <w:sdtPr>
                <w:rPr>
                  <w:rFonts w:ascii="Palatino Linotype" w:hAnsi="Palatino Linotype"/>
                  <w:b/>
                  <w:bCs/>
                </w:rPr>
                <w:id w:val="158211591"/>
                <w14:checkbox>
                  <w14:checked w14:val="0"/>
                  <w14:checkedState w14:val="2612" w14:font="MS Gothic"/>
                  <w14:uncheckedState w14:val="2610" w14:font="MS Gothic"/>
                </w14:checkbox>
              </w:sdtPr>
              <w:sdtEndPr/>
              <w:sdtContent>
                <w:r w:rsidR="00AF49F8">
                  <w:rPr>
                    <w:rFonts w:ascii="MS Gothic" w:eastAsia="MS Gothic" w:hAnsi="MS Gothic" w:hint="eastAsia"/>
                    <w:b/>
                    <w:bCs/>
                  </w:rPr>
                  <w:t>☐</w:t>
                </w:r>
              </w:sdtContent>
            </w:sdt>
            <w:r w:rsidR="00F26999" w:rsidRPr="000528E8">
              <w:rPr>
                <w:rFonts w:ascii="Palatino Linotype" w:hAnsi="Palatino Linotype"/>
                <w:b/>
                <w:bCs/>
              </w:rPr>
              <w:t xml:space="preserve"> </w:t>
            </w:r>
            <w:r w:rsidR="00156460" w:rsidRPr="00156460">
              <w:rPr>
                <w:rFonts w:ascii="Palatino Linotype" w:hAnsi="Palatino Linotype"/>
              </w:rPr>
              <w:t xml:space="preserve">Səlahiyyətli </w:t>
            </w:r>
            <w:r w:rsidR="0003351E">
              <w:rPr>
                <w:rFonts w:ascii="Palatino Linotype" w:hAnsi="Palatino Linotype"/>
              </w:rPr>
              <w:t>d</w:t>
            </w:r>
            <w:r w:rsidR="00156460" w:rsidRPr="00156460">
              <w:rPr>
                <w:rFonts w:ascii="Palatino Linotype" w:hAnsi="Palatino Linotype"/>
              </w:rPr>
              <w:t>istribyutor</w:t>
            </w:r>
            <w:r w:rsidR="0003351E">
              <w:rPr>
                <w:rFonts w:ascii="Palatino Linotype" w:hAnsi="Palatino Linotype"/>
              </w:rPr>
              <w:t xml:space="preserve"> </w:t>
            </w:r>
            <w:r w:rsidR="00156460" w:rsidRPr="00156460">
              <w:rPr>
                <w:rFonts w:ascii="Palatino Linotype" w:hAnsi="Palatino Linotype"/>
              </w:rPr>
              <w:t>/</w:t>
            </w:r>
            <w:r w:rsidR="0003351E">
              <w:rPr>
                <w:rFonts w:ascii="Palatino Linotype" w:hAnsi="Palatino Linotype"/>
              </w:rPr>
              <w:t xml:space="preserve"> s</w:t>
            </w:r>
            <w:r w:rsidR="00156460" w:rsidRPr="00156460">
              <w:rPr>
                <w:rFonts w:ascii="Palatino Linotype" w:hAnsi="Palatino Linotype"/>
              </w:rPr>
              <w:t>atıcı (sübut</w:t>
            </w:r>
            <w:r w:rsidR="00B05404">
              <w:rPr>
                <w:rFonts w:ascii="Palatino Linotype" w:hAnsi="Palatino Linotype"/>
              </w:rPr>
              <w:t>edici sənəd</w:t>
            </w:r>
            <w:r w:rsidR="00156460" w:rsidRPr="00156460">
              <w:rPr>
                <w:rFonts w:ascii="Palatino Linotype" w:hAnsi="Palatino Linotype"/>
              </w:rPr>
              <w:t xml:space="preserve"> əlavə edin)</w:t>
            </w:r>
          </w:p>
          <w:p w14:paraId="10677D08" w14:textId="41B68C1C" w:rsidR="00AC743A" w:rsidRPr="007130FA" w:rsidRDefault="00E62197" w:rsidP="0067648E">
            <w:pPr>
              <w:rPr>
                <w:rFonts w:ascii="Palatino Linotype" w:hAnsi="Palatino Linotype"/>
              </w:rPr>
            </w:pPr>
            <w:sdt>
              <w:sdtPr>
                <w:rPr>
                  <w:rFonts w:ascii="Palatino Linotype" w:hAnsi="Palatino Linotype"/>
                  <w:b/>
                  <w:bCs/>
                </w:rPr>
                <w:id w:val="-2132549175"/>
                <w14:checkbox>
                  <w14:checked w14:val="0"/>
                  <w14:checkedState w14:val="2612" w14:font="MS Gothic"/>
                  <w14:uncheckedState w14:val="2610" w14:font="MS Gothic"/>
                </w14:checkbox>
              </w:sdtPr>
              <w:sdtEndPr/>
              <w:sdtContent>
                <w:r w:rsidR="00F26999">
                  <w:rPr>
                    <w:rFonts w:ascii="MS Gothic" w:eastAsia="MS Gothic" w:hAnsi="MS Gothic" w:hint="eastAsia"/>
                    <w:b/>
                    <w:bCs/>
                  </w:rPr>
                  <w:t>☐</w:t>
                </w:r>
              </w:sdtContent>
            </w:sdt>
            <w:r w:rsidR="00F26999" w:rsidRPr="000528E8">
              <w:rPr>
                <w:rFonts w:ascii="Palatino Linotype" w:hAnsi="Palatino Linotype"/>
                <w:b/>
                <w:bCs/>
              </w:rPr>
              <w:t xml:space="preserve"> </w:t>
            </w:r>
            <w:r w:rsidR="00156460" w:rsidRPr="00156460">
              <w:rPr>
                <w:rFonts w:ascii="Palatino Linotype" w:hAnsi="Palatino Linotype"/>
              </w:rPr>
              <w:t>Treyder</w:t>
            </w:r>
            <w:r w:rsidR="0003351E">
              <w:rPr>
                <w:rFonts w:ascii="Palatino Linotype" w:hAnsi="Palatino Linotype"/>
              </w:rPr>
              <w:t xml:space="preserve"> </w:t>
            </w:r>
            <w:r w:rsidR="00156460" w:rsidRPr="00156460">
              <w:rPr>
                <w:rFonts w:ascii="Palatino Linotype" w:hAnsi="Palatino Linotype"/>
              </w:rPr>
              <w:t>/</w:t>
            </w:r>
            <w:r w:rsidR="0003351E">
              <w:rPr>
                <w:rFonts w:ascii="Palatino Linotype" w:hAnsi="Palatino Linotype"/>
              </w:rPr>
              <w:t xml:space="preserve"> s</w:t>
            </w:r>
            <w:r w:rsidR="00156460" w:rsidRPr="00156460">
              <w:rPr>
                <w:rFonts w:ascii="Palatino Linotype" w:hAnsi="Palatino Linotype"/>
              </w:rPr>
              <w:t xml:space="preserve">əlahiyyətsiz </w:t>
            </w:r>
            <w:r w:rsidR="0003351E">
              <w:rPr>
                <w:rFonts w:ascii="Palatino Linotype" w:hAnsi="Palatino Linotype"/>
              </w:rPr>
              <w:t>s</w:t>
            </w:r>
            <w:r w:rsidR="00156460" w:rsidRPr="00156460">
              <w:rPr>
                <w:rFonts w:ascii="Palatino Linotype" w:hAnsi="Palatino Linotype"/>
              </w:rPr>
              <w:t>atıcı</w:t>
            </w:r>
          </w:p>
          <w:p w14:paraId="6D345B4B" w14:textId="4691B0F9" w:rsidR="00AC743A" w:rsidRPr="007130FA" w:rsidRDefault="00E62197" w:rsidP="0067648E">
            <w:pPr>
              <w:rPr>
                <w:rFonts w:ascii="Palatino Linotype" w:hAnsi="Palatino Linotype"/>
              </w:rPr>
            </w:pPr>
            <w:sdt>
              <w:sdtPr>
                <w:rPr>
                  <w:rFonts w:ascii="Palatino Linotype" w:hAnsi="Palatino Linotype"/>
                  <w:b/>
                  <w:bCs/>
                </w:rPr>
                <w:id w:val="1063829647"/>
                <w14:checkbox>
                  <w14:checked w14:val="0"/>
                  <w14:checkedState w14:val="2612" w14:font="MS Gothic"/>
                  <w14:uncheckedState w14:val="2610" w14:font="MS Gothic"/>
                </w14:checkbox>
              </w:sdtPr>
              <w:sdtEndPr/>
              <w:sdtContent>
                <w:r w:rsidR="00F26999">
                  <w:rPr>
                    <w:rFonts w:ascii="MS Gothic" w:eastAsia="MS Gothic" w:hAnsi="MS Gothic" w:hint="eastAsia"/>
                    <w:b/>
                    <w:bCs/>
                  </w:rPr>
                  <w:t>☐</w:t>
                </w:r>
              </w:sdtContent>
            </w:sdt>
            <w:r w:rsidR="00F26999" w:rsidRPr="000528E8">
              <w:rPr>
                <w:rFonts w:ascii="Palatino Linotype" w:hAnsi="Palatino Linotype"/>
                <w:b/>
                <w:bCs/>
              </w:rPr>
              <w:t xml:space="preserve"> </w:t>
            </w:r>
            <w:r w:rsidR="00156460" w:rsidRPr="00156460">
              <w:rPr>
                <w:rFonts w:ascii="Palatino Linotype" w:hAnsi="Palatino Linotype"/>
              </w:rPr>
              <w:t>Xidmət təminatçısı</w:t>
            </w:r>
            <w:r w:rsidR="0003351E">
              <w:rPr>
                <w:rFonts w:ascii="Palatino Linotype" w:hAnsi="Palatino Linotype"/>
              </w:rPr>
              <w:t xml:space="preserve"> </w:t>
            </w:r>
            <w:r w:rsidR="00156460" w:rsidRPr="00156460">
              <w:rPr>
                <w:rFonts w:ascii="Palatino Linotype" w:hAnsi="Palatino Linotype"/>
              </w:rPr>
              <w:t>/</w:t>
            </w:r>
            <w:r w:rsidR="0003351E">
              <w:rPr>
                <w:rFonts w:ascii="Palatino Linotype" w:hAnsi="Palatino Linotype"/>
              </w:rPr>
              <w:t xml:space="preserve"> </w:t>
            </w:r>
            <w:r w:rsidR="00156460" w:rsidRPr="00156460">
              <w:rPr>
                <w:rFonts w:ascii="Palatino Linotype" w:hAnsi="Palatino Linotype"/>
              </w:rPr>
              <w:t>podratçı</w:t>
            </w:r>
          </w:p>
          <w:p w14:paraId="0C9F3FB7" w14:textId="356F9E2C" w:rsidR="00AC743A" w:rsidRPr="007130FA" w:rsidRDefault="00E62197" w:rsidP="0067648E">
            <w:pPr>
              <w:rPr>
                <w:rFonts w:ascii="Palatino Linotype" w:hAnsi="Palatino Linotype"/>
              </w:rPr>
            </w:pPr>
            <w:sdt>
              <w:sdtPr>
                <w:rPr>
                  <w:rFonts w:ascii="Palatino Linotype" w:hAnsi="Palatino Linotype"/>
                  <w:b/>
                  <w:bCs/>
                </w:rPr>
                <w:id w:val="402028526"/>
                <w14:checkbox>
                  <w14:checked w14:val="0"/>
                  <w14:checkedState w14:val="2612" w14:font="MS Gothic"/>
                  <w14:uncheckedState w14:val="2610" w14:font="MS Gothic"/>
                </w14:checkbox>
              </w:sdtPr>
              <w:sdtEndPr/>
              <w:sdtContent>
                <w:r w:rsidR="00F478C4">
                  <w:rPr>
                    <w:rFonts w:ascii="MS Gothic" w:eastAsia="MS Gothic" w:hAnsi="MS Gothic" w:hint="eastAsia"/>
                    <w:b/>
                    <w:bCs/>
                  </w:rPr>
                  <w:t>☐</w:t>
                </w:r>
              </w:sdtContent>
            </w:sdt>
            <w:r w:rsidR="00F26999" w:rsidRPr="000528E8">
              <w:rPr>
                <w:rFonts w:ascii="Palatino Linotype" w:hAnsi="Palatino Linotype"/>
                <w:b/>
                <w:bCs/>
              </w:rPr>
              <w:t xml:space="preserve"> </w:t>
            </w:r>
            <w:r w:rsidR="00A7370D" w:rsidRPr="00A7370D">
              <w:rPr>
                <w:rFonts w:ascii="Palatino Linotype" w:hAnsi="Palatino Linotype"/>
              </w:rPr>
              <w:t>Laboratoriya, yoxlama və ya kalibrləmə xidmətləri</w:t>
            </w:r>
          </w:p>
          <w:p w14:paraId="545BFF82" w14:textId="7936F6BF" w:rsidR="00AC743A" w:rsidRPr="007130FA" w:rsidRDefault="00E62197" w:rsidP="0067648E">
            <w:pPr>
              <w:rPr>
                <w:rFonts w:ascii="Palatino Linotype" w:hAnsi="Palatino Linotype"/>
              </w:rPr>
            </w:pPr>
            <w:sdt>
              <w:sdtPr>
                <w:rPr>
                  <w:rFonts w:ascii="Palatino Linotype" w:hAnsi="Palatino Linotype"/>
                  <w:b/>
                  <w:bCs/>
                </w:rPr>
                <w:id w:val="1555975080"/>
                <w14:checkbox>
                  <w14:checked w14:val="0"/>
                  <w14:checkedState w14:val="2612" w14:font="MS Gothic"/>
                  <w14:uncheckedState w14:val="2610" w14:font="MS Gothic"/>
                </w14:checkbox>
              </w:sdtPr>
              <w:sdtEndPr/>
              <w:sdtContent>
                <w:r w:rsidR="00F26999">
                  <w:rPr>
                    <w:rFonts w:ascii="MS Gothic" w:eastAsia="MS Gothic" w:hAnsi="MS Gothic" w:hint="eastAsia"/>
                    <w:b/>
                    <w:bCs/>
                  </w:rPr>
                  <w:t>☐</w:t>
                </w:r>
              </w:sdtContent>
            </w:sdt>
            <w:r w:rsidR="00F26999" w:rsidRPr="000528E8">
              <w:rPr>
                <w:rFonts w:ascii="Palatino Linotype" w:hAnsi="Palatino Linotype"/>
                <w:b/>
                <w:bCs/>
              </w:rPr>
              <w:t xml:space="preserve"> </w:t>
            </w:r>
            <w:r w:rsidR="00A7370D" w:rsidRPr="00A7370D">
              <w:rPr>
                <w:rFonts w:ascii="Palatino Linotype" w:hAnsi="Palatino Linotype"/>
              </w:rPr>
              <w:t>Logistika şirkəti / yük ekspeditoru / gömrük brokeri</w:t>
            </w:r>
          </w:p>
          <w:p w14:paraId="6866089F" w14:textId="62D7BB5E" w:rsidR="00AC743A" w:rsidRPr="007130FA" w:rsidRDefault="00E62197" w:rsidP="0067648E">
            <w:pPr>
              <w:rPr>
                <w:rFonts w:ascii="Palatino Linotype" w:hAnsi="Palatino Linotype"/>
              </w:rPr>
            </w:pPr>
            <w:sdt>
              <w:sdtPr>
                <w:rPr>
                  <w:rFonts w:ascii="Palatino Linotype" w:hAnsi="Palatino Linotype"/>
                  <w:b/>
                  <w:bCs/>
                </w:rPr>
                <w:id w:val="2139762142"/>
                <w14:checkbox>
                  <w14:checked w14:val="0"/>
                  <w14:checkedState w14:val="2612" w14:font="MS Gothic"/>
                  <w14:uncheckedState w14:val="2610" w14:font="MS Gothic"/>
                </w14:checkbox>
              </w:sdtPr>
              <w:sdtEndPr/>
              <w:sdtContent>
                <w:r w:rsidR="00AF49F8">
                  <w:rPr>
                    <w:rFonts w:ascii="MS Gothic" w:eastAsia="MS Gothic" w:hAnsi="MS Gothic" w:hint="eastAsia"/>
                    <w:b/>
                    <w:bCs/>
                  </w:rPr>
                  <w:t>☐</w:t>
                </w:r>
              </w:sdtContent>
            </w:sdt>
            <w:r w:rsidR="00F26999" w:rsidRPr="000528E8">
              <w:rPr>
                <w:rFonts w:ascii="Palatino Linotype" w:hAnsi="Palatino Linotype"/>
                <w:b/>
                <w:bCs/>
              </w:rPr>
              <w:t xml:space="preserve"> </w:t>
            </w:r>
            <w:r w:rsidR="00A7370D" w:rsidRPr="00A7370D">
              <w:rPr>
                <w:rFonts w:ascii="Palatino Linotype" w:hAnsi="Palatino Linotype"/>
              </w:rPr>
              <w:t>Digər (dəqiqləşdirin)</w:t>
            </w:r>
          </w:p>
        </w:tc>
        <w:tc>
          <w:tcPr>
            <w:tcW w:w="7841" w:type="dxa"/>
            <w:vAlign w:val="center"/>
          </w:tcPr>
          <w:p w14:paraId="3281490F" w14:textId="3797DEEB" w:rsidR="00AC743A" w:rsidRPr="006D21CB" w:rsidRDefault="00A7370D" w:rsidP="0067648E">
            <w:pPr>
              <w:jc w:val="center"/>
              <w:rPr>
                <w:rFonts w:ascii="Palatino Linotype" w:hAnsi="Palatino Linotype"/>
                <w:color w:val="808080" w:themeColor="background1" w:themeShade="80"/>
              </w:rPr>
            </w:pPr>
            <w:r w:rsidRPr="00A7370D">
              <w:rPr>
                <w:rFonts w:ascii="Palatino Linotype" w:hAnsi="Palatino Linotype"/>
                <w:color w:val="808080" w:themeColor="background1" w:themeShade="80"/>
              </w:rPr>
              <w:t xml:space="preserve">BSC-yə (əsas məhsul/xidmət qrupları) </w:t>
            </w:r>
            <w:r w:rsidR="0003351E">
              <w:rPr>
                <w:rFonts w:ascii="Palatino Linotype" w:hAnsi="Palatino Linotype"/>
                <w:color w:val="808080" w:themeColor="background1" w:themeShade="80"/>
              </w:rPr>
              <w:t>təklif</w:t>
            </w:r>
            <w:r w:rsidRPr="00A7370D">
              <w:rPr>
                <w:rFonts w:ascii="Palatino Linotype" w:hAnsi="Palatino Linotype"/>
                <w:color w:val="808080" w:themeColor="background1" w:themeShade="80"/>
              </w:rPr>
              <w:t xml:space="preserve"> etdiyiniz məhsul və/və ya xidmətləri təsvir edin.</w:t>
            </w:r>
          </w:p>
          <w:p w14:paraId="24DC98BF" w14:textId="10BBD2A4" w:rsidR="00AC743A" w:rsidRPr="00A7370D" w:rsidRDefault="0087493C" w:rsidP="0067648E">
            <w:pPr>
              <w:jc w:val="center"/>
              <w:rPr>
                <w:rFonts w:ascii="Palatino Linotype" w:hAnsi="Palatino Linotype"/>
                <w:color w:val="808080" w:themeColor="background1" w:themeShade="80"/>
              </w:rPr>
            </w:pPr>
            <w:r>
              <w:rPr>
                <w:rFonts w:ascii="Palatino Linotype" w:hAnsi="Palatino Linotype"/>
                <w:color w:val="808080" w:themeColor="background1" w:themeShade="80"/>
              </w:rPr>
              <w:t>T</w:t>
            </w:r>
            <w:r w:rsidR="0003351E">
              <w:rPr>
                <w:rFonts w:ascii="Palatino Linotype" w:hAnsi="Palatino Linotype"/>
                <w:color w:val="808080" w:themeColor="background1" w:themeShade="80"/>
              </w:rPr>
              <w:t xml:space="preserve">əmsil etdiyiniz </w:t>
            </w:r>
            <w:r w:rsidR="00A7370D" w:rsidRPr="00A7370D">
              <w:rPr>
                <w:rFonts w:ascii="Palatino Linotype" w:hAnsi="Palatino Linotype"/>
                <w:color w:val="808080" w:themeColor="background1" w:themeShade="80"/>
              </w:rPr>
              <w:t>əsas brendləri və/və ya orijinal avadanlıq istehsalçılarını (OEM) sadalayın (əgər varsa).</w:t>
            </w:r>
          </w:p>
          <w:p w14:paraId="3DDC9820" w14:textId="2955AD2C" w:rsidR="00AC743A" w:rsidRPr="00A7370D" w:rsidRDefault="00A7370D" w:rsidP="0067648E">
            <w:pPr>
              <w:jc w:val="center"/>
              <w:rPr>
                <w:rFonts w:ascii="Palatino Linotype" w:hAnsi="Palatino Linotype"/>
                <w:color w:val="808080" w:themeColor="background1" w:themeShade="80"/>
              </w:rPr>
            </w:pPr>
            <w:r w:rsidRPr="00A7370D">
              <w:rPr>
                <w:rFonts w:ascii="Palatino Linotype" w:hAnsi="Palatino Linotype"/>
                <w:color w:val="808080" w:themeColor="background1" w:themeShade="80"/>
              </w:rPr>
              <w:t>Xidmət göstərdiyiniz əsas ölkələri sadalayın.</w:t>
            </w:r>
          </w:p>
          <w:p w14:paraId="52C4DB11" w14:textId="60E5DF33" w:rsidR="00AC743A" w:rsidRPr="007130FA" w:rsidRDefault="0087493C" w:rsidP="0067648E">
            <w:pPr>
              <w:jc w:val="center"/>
              <w:rPr>
                <w:rFonts w:ascii="Palatino Linotype" w:hAnsi="Palatino Linotype"/>
              </w:rPr>
            </w:pPr>
            <w:r>
              <w:rPr>
                <w:rFonts w:ascii="Palatino Linotype" w:hAnsi="Palatino Linotype"/>
                <w:color w:val="808080" w:themeColor="background1" w:themeShade="80"/>
              </w:rPr>
              <w:t>Ə</w:t>
            </w:r>
            <w:r w:rsidR="00A7370D" w:rsidRPr="00A7370D">
              <w:rPr>
                <w:rFonts w:ascii="Palatino Linotype" w:hAnsi="Palatino Linotype"/>
                <w:color w:val="808080" w:themeColor="background1" w:themeShade="80"/>
              </w:rPr>
              <w:t>sas istehsal, anbar və/və ya xidmət müəssisələrini (şəhər, ölkə) göstərin.</w:t>
            </w:r>
          </w:p>
        </w:tc>
      </w:tr>
    </w:tbl>
    <w:p w14:paraId="2CE7C366" w14:textId="77777777" w:rsidR="00B463A5" w:rsidRDefault="00B463A5" w:rsidP="00C42AC0">
      <w:pPr>
        <w:pStyle w:val="Heading2"/>
        <w:rPr>
          <w:rFonts w:ascii="Palatino Linotype" w:hAnsi="Palatino Linotype"/>
          <w:color w:val="984806" w:themeColor="accent6" w:themeShade="80"/>
        </w:rPr>
      </w:pPr>
    </w:p>
    <w:p w14:paraId="7AA4E065" w14:textId="77777777" w:rsidR="00B463A5" w:rsidRDefault="00B463A5">
      <w:pPr>
        <w:rPr>
          <w:rFonts w:ascii="Palatino Linotype" w:eastAsiaTheme="majorEastAsia" w:hAnsi="Palatino Linotype" w:cstheme="majorBidi"/>
          <w:b/>
          <w:bCs/>
          <w:color w:val="984806" w:themeColor="accent6" w:themeShade="80"/>
          <w:sz w:val="26"/>
          <w:szCs w:val="26"/>
        </w:rPr>
      </w:pPr>
      <w:r>
        <w:rPr>
          <w:rFonts w:ascii="Palatino Linotype" w:hAnsi="Palatino Linotype"/>
          <w:color w:val="984806" w:themeColor="accent6" w:themeShade="80"/>
        </w:rPr>
        <w:br w:type="page"/>
      </w:r>
    </w:p>
    <w:p w14:paraId="1B086275" w14:textId="523FF4F3" w:rsidR="00C42AC0" w:rsidRPr="006D21CB" w:rsidRDefault="00AF27BC" w:rsidP="00C42AC0">
      <w:pPr>
        <w:pStyle w:val="Heading2"/>
        <w:rPr>
          <w:rFonts w:ascii="Palatino Linotype" w:hAnsi="Palatino Linotype"/>
          <w:color w:val="984806" w:themeColor="accent6" w:themeShade="80"/>
          <w:lang w:val="az-Latn-AZ"/>
        </w:rPr>
      </w:pPr>
      <w:r w:rsidRPr="00F06DD8">
        <w:rPr>
          <w:rFonts w:ascii="Palatino Linotype" w:hAnsi="Palatino Linotype"/>
          <w:color w:val="984806" w:themeColor="accent6" w:themeShade="80"/>
        </w:rPr>
        <w:lastRenderedPageBreak/>
        <w:t xml:space="preserve">3. </w:t>
      </w:r>
      <w:r w:rsidR="00C42AC0" w:rsidRPr="006D21CB">
        <w:rPr>
          <w:rFonts w:ascii="Palatino Linotype" w:hAnsi="Palatino Linotype"/>
          <w:color w:val="984806" w:themeColor="accent6" w:themeShade="80"/>
          <w:lang w:val="az-Latn-AZ"/>
        </w:rPr>
        <w:t xml:space="preserve">Uyğunluq və </w:t>
      </w:r>
      <w:r w:rsidR="00C44278">
        <w:rPr>
          <w:rFonts w:ascii="Palatino Linotype" w:hAnsi="Palatino Linotype"/>
          <w:color w:val="984806" w:themeColor="accent6" w:themeShade="80"/>
          <w:lang w:val="az-Latn-AZ"/>
        </w:rPr>
        <w:t>r</w:t>
      </w:r>
      <w:r w:rsidR="00C42AC0" w:rsidRPr="006D21CB">
        <w:rPr>
          <w:rFonts w:ascii="Palatino Linotype" w:hAnsi="Palatino Linotype"/>
          <w:color w:val="984806" w:themeColor="accent6" w:themeShade="80"/>
          <w:lang w:val="az-Latn-AZ"/>
        </w:rPr>
        <w:t xml:space="preserve">isklərin </w:t>
      </w:r>
      <w:r w:rsidR="00C44278">
        <w:rPr>
          <w:rFonts w:ascii="Palatino Linotype" w:hAnsi="Palatino Linotype"/>
          <w:color w:val="984806" w:themeColor="accent6" w:themeShade="80"/>
          <w:lang w:val="az-Latn-AZ"/>
        </w:rPr>
        <w:t>i</w:t>
      </w:r>
      <w:r w:rsidR="00C42AC0" w:rsidRPr="006D21CB">
        <w:rPr>
          <w:rFonts w:ascii="Palatino Linotype" w:hAnsi="Palatino Linotype"/>
          <w:color w:val="984806" w:themeColor="accent6" w:themeShade="80"/>
          <w:lang w:val="az-Latn-AZ"/>
        </w:rPr>
        <w:t xml:space="preserve">darə </w:t>
      </w:r>
      <w:r w:rsidR="00C44278">
        <w:rPr>
          <w:rFonts w:ascii="Palatino Linotype" w:hAnsi="Palatino Linotype"/>
          <w:color w:val="984806" w:themeColor="accent6" w:themeShade="80"/>
          <w:lang w:val="az-Latn-AZ"/>
        </w:rPr>
        <w:t>e</w:t>
      </w:r>
      <w:r w:rsidR="00C42AC0" w:rsidRPr="006D21CB">
        <w:rPr>
          <w:rFonts w:ascii="Palatino Linotype" w:hAnsi="Palatino Linotype"/>
          <w:color w:val="984806" w:themeColor="accent6" w:themeShade="80"/>
          <w:lang w:val="az-Latn-AZ"/>
        </w:rPr>
        <w:t xml:space="preserve">dilməsi </w:t>
      </w:r>
      <w:r w:rsidR="00C44278">
        <w:rPr>
          <w:rFonts w:ascii="Palatino Linotype" w:hAnsi="Palatino Linotype"/>
          <w:color w:val="984806" w:themeColor="accent6" w:themeShade="80"/>
          <w:lang w:val="az-Latn-AZ"/>
        </w:rPr>
        <w:t>b</w:t>
      </w:r>
      <w:r w:rsidR="00C42AC0" w:rsidRPr="006D21CB">
        <w:rPr>
          <w:rFonts w:ascii="Palatino Linotype" w:hAnsi="Palatino Linotype"/>
          <w:color w:val="984806" w:themeColor="accent6" w:themeShade="80"/>
          <w:lang w:val="az-Latn-AZ"/>
        </w:rPr>
        <w:t>əyanatları</w:t>
      </w:r>
    </w:p>
    <w:tbl>
      <w:tblPr>
        <w:tblStyle w:val="TableGrid"/>
        <w:tblW w:w="0" w:type="auto"/>
        <w:jc w:val="center"/>
        <w:tblLook w:val="04A0" w:firstRow="1" w:lastRow="0" w:firstColumn="1" w:lastColumn="0" w:noHBand="0" w:noVBand="1"/>
      </w:tblPr>
      <w:tblGrid>
        <w:gridCol w:w="504"/>
        <w:gridCol w:w="7418"/>
        <w:gridCol w:w="5640"/>
      </w:tblGrid>
      <w:tr w:rsidR="002913FD" w:rsidRPr="007130FA" w14:paraId="353B33CC" w14:textId="77777777" w:rsidTr="007A2D92">
        <w:trPr>
          <w:trHeight w:val="456"/>
          <w:jc w:val="center"/>
        </w:trPr>
        <w:tc>
          <w:tcPr>
            <w:tcW w:w="7922" w:type="dxa"/>
            <w:gridSpan w:val="2"/>
            <w:shd w:val="clear" w:color="auto" w:fill="F2F2F2"/>
            <w:vAlign w:val="center"/>
          </w:tcPr>
          <w:p w14:paraId="266D120B" w14:textId="5FA7EAD2" w:rsidR="002913FD" w:rsidRPr="007130FA" w:rsidRDefault="002913FD" w:rsidP="002913FD">
            <w:pPr>
              <w:jc w:val="center"/>
              <w:rPr>
                <w:rFonts w:ascii="Palatino Linotype" w:hAnsi="Palatino Linotype"/>
              </w:rPr>
            </w:pPr>
            <w:r w:rsidRPr="007130FA">
              <w:rPr>
                <w:rFonts w:ascii="Palatino Linotype" w:hAnsi="Palatino Linotype"/>
                <w:b/>
              </w:rPr>
              <w:t>Sual / Tələb</w:t>
            </w:r>
          </w:p>
        </w:tc>
        <w:tc>
          <w:tcPr>
            <w:tcW w:w="5640" w:type="dxa"/>
            <w:shd w:val="clear" w:color="auto" w:fill="F2F2F2"/>
            <w:vAlign w:val="center"/>
          </w:tcPr>
          <w:p w14:paraId="415A033E" w14:textId="77777777" w:rsidR="002913FD" w:rsidRPr="007130FA" w:rsidRDefault="002913FD" w:rsidP="002913FD">
            <w:pPr>
              <w:jc w:val="center"/>
              <w:rPr>
                <w:rFonts w:ascii="Palatino Linotype" w:hAnsi="Palatino Linotype"/>
              </w:rPr>
            </w:pPr>
            <w:r w:rsidRPr="007130FA">
              <w:rPr>
                <w:rFonts w:ascii="Palatino Linotype" w:hAnsi="Palatino Linotype"/>
                <w:b/>
              </w:rPr>
              <w:t>Təchizatçının cavabı</w:t>
            </w:r>
          </w:p>
        </w:tc>
      </w:tr>
      <w:tr w:rsidR="002913FD" w:rsidRPr="007130FA" w14:paraId="234167F0" w14:textId="77777777" w:rsidTr="007A2D92">
        <w:trPr>
          <w:trHeight w:val="686"/>
          <w:jc w:val="center"/>
        </w:trPr>
        <w:tc>
          <w:tcPr>
            <w:tcW w:w="504" w:type="dxa"/>
            <w:vAlign w:val="center"/>
          </w:tcPr>
          <w:p w14:paraId="61BE77B3" w14:textId="26555995" w:rsidR="002913FD" w:rsidRPr="002913FD" w:rsidRDefault="002913FD" w:rsidP="002913FD">
            <w:pPr>
              <w:jc w:val="center"/>
              <w:rPr>
                <w:rFonts w:ascii="Palatino Linotype" w:hAnsi="Palatino Linotype"/>
                <w:sz w:val="18"/>
                <w:szCs w:val="18"/>
              </w:rPr>
            </w:pPr>
            <w:r w:rsidRPr="002913FD">
              <w:rPr>
                <w:rFonts w:ascii="Palatino Linotype" w:hAnsi="Palatino Linotype"/>
                <w:sz w:val="18"/>
                <w:szCs w:val="18"/>
              </w:rPr>
              <w:t>3.1</w:t>
            </w:r>
          </w:p>
        </w:tc>
        <w:tc>
          <w:tcPr>
            <w:tcW w:w="7418" w:type="dxa"/>
          </w:tcPr>
          <w:p w14:paraId="3B3EDD85" w14:textId="0FDDC524" w:rsidR="002913FD" w:rsidRPr="007130FA" w:rsidRDefault="00C42AC0">
            <w:pPr>
              <w:rPr>
                <w:rFonts w:ascii="Palatino Linotype" w:hAnsi="Palatino Linotype"/>
              </w:rPr>
            </w:pPr>
            <w:r w:rsidRPr="00C42AC0">
              <w:rPr>
                <w:rFonts w:ascii="Palatino Linotype" w:hAnsi="Palatino Linotype"/>
                <w:b/>
                <w:bCs/>
              </w:rPr>
              <w:t>Sanksiyalar</w:t>
            </w:r>
            <w:r w:rsidR="00324FC1">
              <w:rPr>
                <w:rFonts w:ascii="Palatino Linotype" w:hAnsi="Palatino Linotype"/>
                <w:b/>
                <w:bCs/>
              </w:rPr>
              <w:t xml:space="preserve"> </w:t>
            </w:r>
            <w:r w:rsidRPr="00C42AC0">
              <w:rPr>
                <w:rFonts w:ascii="Palatino Linotype" w:hAnsi="Palatino Linotype"/>
                <w:b/>
                <w:bCs/>
              </w:rPr>
              <w:t>/</w:t>
            </w:r>
            <w:r w:rsidR="00324FC1">
              <w:rPr>
                <w:rFonts w:ascii="Palatino Linotype" w:hAnsi="Palatino Linotype"/>
                <w:b/>
                <w:bCs/>
              </w:rPr>
              <w:t xml:space="preserve"> </w:t>
            </w:r>
            <w:r w:rsidRPr="00C42AC0">
              <w:rPr>
                <w:rFonts w:ascii="Palatino Linotype" w:hAnsi="Palatino Linotype"/>
                <w:b/>
                <w:bCs/>
              </w:rPr>
              <w:t xml:space="preserve">Məhdudiyyətlər </w:t>
            </w:r>
            <w:r w:rsidR="00C44278">
              <w:rPr>
                <w:rFonts w:ascii="Palatino Linotype" w:hAnsi="Palatino Linotype"/>
                <w:b/>
                <w:bCs/>
              </w:rPr>
              <w:t>q</w:t>
            </w:r>
            <w:r w:rsidRPr="00C42AC0">
              <w:rPr>
                <w:rFonts w:ascii="Palatino Linotype" w:hAnsi="Palatino Linotype"/>
                <w:b/>
                <w:bCs/>
              </w:rPr>
              <w:t xml:space="preserve">oyulmuş </w:t>
            </w:r>
            <w:r w:rsidR="00C44278">
              <w:rPr>
                <w:rFonts w:ascii="Palatino Linotype" w:hAnsi="Palatino Linotype"/>
                <w:b/>
                <w:bCs/>
              </w:rPr>
              <w:t>ş</w:t>
            </w:r>
            <w:r w:rsidRPr="00C42AC0">
              <w:rPr>
                <w:rFonts w:ascii="Palatino Linotype" w:hAnsi="Palatino Linotype"/>
                <w:b/>
                <w:bCs/>
              </w:rPr>
              <w:t xml:space="preserve">əxslər: </w:t>
            </w:r>
            <w:r w:rsidRPr="00C42AC0">
              <w:rPr>
                <w:rFonts w:ascii="Palatino Linotype" w:hAnsi="Palatino Linotype"/>
                <w:b/>
                <w:bCs/>
              </w:rPr>
              <w:br/>
            </w:r>
            <w:r w:rsidR="00B463A5" w:rsidRPr="00B463A5">
              <w:rPr>
                <w:rFonts w:ascii="Palatino Linotype" w:hAnsi="Palatino Linotype"/>
              </w:rPr>
              <w:t>Şirkətin qüvvədə olan beynəlxalq sanksiyalara məruz qalmadığını və qadağan edilmiş və ya məhdudlaşdırılmış tərəflər siyahılarında yer almadığını təsdiqləyin.</w:t>
            </w:r>
          </w:p>
        </w:tc>
        <w:tc>
          <w:tcPr>
            <w:tcW w:w="5640" w:type="dxa"/>
            <w:vAlign w:val="center"/>
          </w:tcPr>
          <w:p w14:paraId="253F40D8" w14:textId="3A7F6D59" w:rsidR="002913FD" w:rsidRPr="000C6B61" w:rsidRDefault="00E62197" w:rsidP="002913FD">
            <w:pPr>
              <w:rPr>
                <w:rFonts w:ascii="Palatino Linotype" w:hAnsi="Palatino Linotype"/>
                <w:b/>
                <w:bCs/>
                <w:lang w:val="az-Latn-AZ"/>
              </w:rPr>
            </w:pPr>
            <w:sdt>
              <w:sdtPr>
                <w:rPr>
                  <w:rFonts w:ascii="Palatino Linotype" w:hAnsi="Palatino Linotype"/>
                  <w:b/>
                  <w:bCs/>
                </w:rPr>
                <w:id w:val="-74894321"/>
                <w14:checkbox>
                  <w14:checked w14:val="0"/>
                  <w14:checkedState w14:val="2612" w14:font="MS Gothic"/>
                  <w14:uncheckedState w14:val="2610" w14:font="MS Gothic"/>
                </w14:checkbox>
              </w:sdtPr>
              <w:sdtEndPr/>
              <w:sdtContent>
                <w:r w:rsidR="00985A93">
                  <w:rPr>
                    <w:rFonts w:ascii="MS Gothic" w:eastAsia="MS Gothic" w:hAnsi="MS Gothic" w:hint="eastAsia"/>
                    <w:b/>
                    <w:bCs/>
                  </w:rPr>
                  <w:t>☐</w:t>
                </w:r>
              </w:sdtContent>
            </w:sdt>
            <w:r w:rsidR="00825D75" w:rsidRPr="006D21CB">
              <w:rPr>
                <w:rFonts w:ascii="Palatino Linotype" w:hAnsi="Palatino Linotype"/>
                <w:b/>
                <w:bCs/>
              </w:rPr>
              <w:t xml:space="preserve"> </w:t>
            </w:r>
            <w:r w:rsidR="002913FD" w:rsidRPr="000528E8">
              <w:rPr>
                <w:rFonts w:ascii="Palatino Linotype" w:hAnsi="Palatino Linotype"/>
                <w:b/>
                <w:bCs/>
              </w:rPr>
              <w:t>Bəli</w:t>
            </w:r>
          </w:p>
          <w:p w14:paraId="75C50AEF" w14:textId="44DF62F0" w:rsidR="002913FD" w:rsidRPr="007130FA" w:rsidRDefault="00E62197" w:rsidP="002913FD">
            <w:pPr>
              <w:rPr>
                <w:rFonts w:ascii="Palatino Linotype" w:hAnsi="Palatino Linotype"/>
              </w:rPr>
            </w:pPr>
            <w:sdt>
              <w:sdtPr>
                <w:rPr>
                  <w:rFonts w:ascii="Palatino Linotype" w:hAnsi="Palatino Linotype"/>
                  <w:b/>
                  <w:bCs/>
                </w:rPr>
                <w:id w:val="659360559"/>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B463A5">
              <w:rPr>
                <w:rFonts w:ascii="Palatino Linotype" w:hAnsi="Palatino Linotype"/>
                <w:b/>
                <w:bCs/>
              </w:rPr>
              <w:t xml:space="preserve"> </w:t>
            </w:r>
            <w:r w:rsidR="005E3D29" w:rsidRPr="000528E8">
              <w:rPr>
                <w:rFonts w:ascii="Palatino Linotype" w:hAnsi="Palatino Linotype"/>
                <w:b/>
                <w:bCs/>
              </w:rPr>
              <w:t>Xeyr</w:t>
            </w:r>
            <w:r w:rsidR="00175E18" w:rsidRPr="00175E18">
              <w:rPr>
                <w:rFonts w:ascii="Palatino Linotype" w:hAnsi="Palatino Linotype"/>
                <w:b/>
                <w:bCs/>
              </w:rPr>
              <w:t xml:space="preserve"> </w:t>
            </w:r>
            <w:r w:rsidR="00175E18" w:rsidRPr="00175E18">
              <w:rPr>
                <w:rFonts w:ascii="Palatino Linotype" w:hAnsi="Palatino Linotype"/>
              </w:rPr>
              <w:t>(</w:t>
            </w:r>
            <w:r w:rsidR="002E49D2" w:rsidRPr="00175E18">
              <w:rPr>
                <w:rFonts w:ascii="Palatino Linotype" w:hAnsi="Palatino Linotype"/>
              </w:rPr>
              <w:t>açıqlama təqdim ed</w:t>
            </w:r>
            <w:r w:rsidR="00175E18" w:rsidRPr="00175E18">
              <w:rPr>
                <w:rFonts w:ascii="Palatino Linotype" w:hAnsi="Palatino Linotype"/>
              </w:rPr>
              <w:t>in)</w:t>
            </w:r>
          </w:p>
        </w:tc>
      </w:tr>
      <w:tr w:rsidR="002913FD" w:rsidRPr="007130FA" w14:paraId="513EFE9E" w14:textId="77777777" w:rsidTr="007A2D92">
        <w:trPr>
          <w:jc w:val="center"/>
        </w:trPr>
        <w:tc>
          <w:tcPr>
            <w:tcW w:w="504" w:type="dxa"/>
            <w:vAlign w:val="center"/>
          </w:tcPr>
          <w:p w14:paraId="06CFE469" w14:textId="625D853F" w:rsidR="002913FD" w:rsidRPr="002913FD" w:rsidRDefault="002913FD" w:rsidP="002913FD">
            <w:pPr>
              <w:jc w:val="center"/>
              <w:rPr>
                <w:rFonts w:ascii="Palatino Linotype" w:hAnsi="Palatino Linotype"/>
                <w:sz w:val="18"/>
                <w:szCs w:val="18"/>
              </w:rPr>
            </w:pPr>
            <w:r w:rsidRPr="002913FD">
              <w:rPr>
                <w:rFonts w:ascii="Palatino Linotype" w:hAnsi="Palatino Linotype"/>
                <w:sz w:val="18"/>
                <w:szCs w:val="18"/>
              </w:rPr>
              <w:t>3.2</w:t>
            </w:r>
          </w:p>
        </w:tc>
        <w:tc>
          <w:tcPr>
            <w:tcW w:w="7418" w:type="dxa"/>
          </w:tcPr>
          <w:p w14:paraId="1F3D386F" w14:textId="42138ABC" w:rsidR="002913FD" w:rsidRPr="007130FA" w:rsidRDefault="00C42AC0">
            <w:pPr>
              <w:rPr>
                <w:rFonts w:ascii="Palatino Linotype" w:hAnsi="Palatino Linotype"/>
              </w:rPr>
            </w:pPr>
            <w:r w:rsidRPr="00C42AC0">
              <w:rPr>
                <w:rFonts w:ascii="Palatino Linotype" w:hAnsi="Palatino Linotype"/>
                <w:b/>
                <w:bCs/>
              </w:rPr>
              <w:t xml:space="preserve">Maraqların </w:t>
            </w:r>
            <w:r w:rsidR="00324FC1">
              <w:rPr>
                <w:rFonts w:ascii="Palatino Linotype" w:hAnsi="Palatino Linotype"/>
                <w:b/>
                <w:bCs/>
              </w:rPr>
              <w:t>t</w:t>
            </w:r>
            <w:r w:rsidRPr="00C42AC0">
              <w:rPr>
                <w:rFonts w:ascii="Palatino Linotype" w:hAnsi="Palatino Linotype"/>
                <w:b/>
                <w:bCs/>
              </w:rPr>
              <w:t xml:space="preserve">oqquşması: </w:t>
            </w:r>
            <w:r w:rsidRPr="00C42AC0">
              <w:rPr>
                <w:rFonts w:ascii="Palatino Linotype" w:hAnsi="Palatino Linotype"/>
                <w:b/>
                <w:bCs/>
              </w:rPr>
              <w:br/>
            </w:r>
            <w:r w:rsidRPr="00C42AC0">
              <w:rPr>
                <w:rFonts w:ascii="Palatino Linotype" w:hAnsi="Palatino Linotype"/>
              </w:rPr>
              <w:t>BSC işçiləri ilə maraqların toqquşmasına səbəb ola biləcək hər hansı ailə, əmlak və ya iş əlaqələriniz barədə məlumat verin.</w:t>
            </w:r>
          </w:p>
        </w:tc>
        <w:tc>
          <w:tcPr>
            <w:tcW w:w="5640" w:type="dxa"/>
            <w:vAlign w:val="center"/>
          </w:tcPr>
          <w:p w14:paraId="5D8F109C" w14:textId="4A4D8582" w:rsidR="002913FD" w:rsidRDefault="00E62197" w:rsidP="002913FD">
            <w:pPr>
              <w:rPr>
                <w:rFonts w:ascii="Palatino Linotype" w:hAnsi="Palatino Linotype"/>
                <w:b/>
                <w:bCs/>
              </w:rPr>
            </w:pPr>
            <w:sdt>
              <w:sdtPr>
                <w:rPr>
                  <w:rFonts w:ascii="Palatino Linotype" w:hAnsi="Palatino Linotype"/>
                  <w:b/>
                  <w:bCs/>
                </w:rPr>
                <w:id w:val="-462270737"/>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B463A5">
              <w:rPr>
                <w:rFonts w:ascii="Palatino Linotype" w:hAnsi="Palatino Linotype"/>
                <w:b/>
                <w:bCs/>
              </w:rPr>
              <w:t xml:space="preserve"> </w:t>
            </w:r>
            <w:r w:rsidR="000950AD">
              <w:rPr>
                <w:rFonts w:ascii="Palatino Linotype" w:hAnsi="Palatino Linotype"/>
                <w:b/>
                <w:bCs/>
              </w:rPr>
              <w:t>Yoxdur</w:t>
            </w:r>
          </w:p>
          <w:p w14:paraId="0AAAB06D" w14:textId="5A673871" w:rsidR="002913FD" w:rsidRPr="007130FA" w:rsidRDefault="00E62197" w:rsidP="002913FD">
            <w:pPr>
              <w:rPr>
                <w:rFonts w:ascii="Palatino Linotype" w:hAnsi="Palatino Linotype"/>
              </w:rPr>
            </w:pPr>
            <w:sdt>
              <w:sdtPr>
                <w:rPr>
                  <w:rFonts w:ascii="Palatino Linotype" w:hAnsi="Palatino Linotype"/>
                  <w:b/>
                  <w:bCs/>
                </w:rPr>
                <w:id w:val="-1359651430"/>
                <w14:checkbox>
                  <w14:checked w14:val="0"/>
                  <w14:checkedState w14:val="2612" w14:font="MS Gothic"/>
                  <w14:uncheckedState w14:val="2610" w14:font="MS Gothic"/>
                </w14:checkbox>
              </w:sdtPr>
              <w:sdtEndPr/>
              <w:sdtContent>
                <w:r w:rsidR="005E3D29">
                  <w:rPr>
                    <w:rFonts w:ascii="MS Gothic" w:eastAsia="MS Gothic" w:hAnsi="MS Gothic" w:hint="eastAsia"/>
                    <w:b/>
                    <w:bCs/>
                  </w:rPr>
                  <w:t>☐</w:t>
                </w:r>
              </w:sdtContent>
            </w:sdt>
            <w:r w:rsidR="00B463A5">
              <w:rPr>
                <w:rFonts w:ascii="Palatino Linotype" w:hAnsi="Palatino Linotype"/>
                <w:b/>
                <w:bCs/>
              </w:rPr>
              <w:t xml:space="preserve"> </w:t>
            </w:r>
            <w:r w:rsidR="000950AD">
              <w:rPr>
                <w:rFonts w:ascii="Palatino Linotype" w:hAnsi="Palatino Linotype"/>
                <w:b/>
                <w:bCs/>
              </w:rPr>
              <w:t xml:space="preserve">Var </w:t>
            </w:r>
            <w:r w:rsidR="002913FD" w:rsidRPr="002913FD">
              <w:rPr>
                <w:rFonts w:ascii="Palatino Linotype" w:hAnsi="Palatino Linotype"/>
              </w:rPr>
              <w:t xml:space="preserve">(ətraflı məlumat </w:t>
            </w:r>
            <w:r w:rsidR="000950AD">
              <w:rPr>
                <w:rFonts w:ascii="Palatino Linotype" w:hAnsi="Palatino Linotype"/>
              </w:rPr>
              <w:t>təqdim edin</w:t>
            </w:r>
            <w:r w:rsidR="002913FD" w:rsidRPr="002913FD">
              <w:rPr>
                <w:rFonts w:ascii="Palatino Linotype" w:hAnsi="Palatino Linotype"/>
              </w:rPr>
              <w:t>)</w:t>
            </w:r>
          </w:p>
        </w:tc>
      </w:tr>
      <w:tr w:rsidR="002913FD" w:rsidRPr="007130FA" w14:paraId="41B7200D" w14:textId="77777777" w:rsidTr="007A2D92">
        <w:trPr>
          <w:jc w:val="center"/>
        </w:trPr>
        <w:tc>
          <w:tcPr>
            <w:tcW w:w="504" w:type="dxa"/>
            <w:vAlign w:val="center"/>
          </w:tcPr>
          <w:p w14:paraId="1FC2C271" w14:textId="10EF0927" w:rsidR="002913FD" w:rsidRPr="002913FD" w:rsidRDefault="002913FD" w:rsidP="002913FD">
            <w:pPr>
              <w:jc w:val="center"/>
              <w:rPr>
                <w:rFonts w:ascii="Palatino Linotype" w:hAnsi="Palatino Linotype"/>
                <w:sz w:val="18"/>
                <w:szCs w:val="18"/>
              </w:rPr>
            </w:pPr>
            <w:r w:rsidRPr="002913FD">
              <w:rPr>
                <w:rFonts w:ascii="Palatino Linotype" w:hAnsi="Palatino Linotype"/>
                <w:sz w:val="18"/>
                <w:szCs w:val="18"/>
              </w:rPr>
              <w:t>3.3</w:t>
            </w:r>
          </w:p>
        </w:tc>
        <w:tc>
          <w:tcPr>
            <w:tcW w:w="7418" w:type="dxa"/>
          </w:tcPr>
          <w:p w14:paraId="78BAD600" w14:textId="7232C26D" w:rsidR="002913FD" w:rsidRPr="007130FA" w:rsidRDefault="00C42AC0">
            <w:pPr>
              <w:rPr>
                <w:rFonts w:ascii="Palatino Linotype" w:hAnsi="Palatino Linotype"/>
              </w:rPr>
            </w:pPr>
            <w:r w:rsidRPr="00C42AC0">
              <w:rPr>
                <w:rFonts w:ascii="Palatino Linotype" w:hAnsi="Palatino Linotype"/>
                <w:b/>
                <w:bCs/>
              </w:rPr>
              <w:t xml:space="preserve">Rüşvətxorluq və </w:t>
            </w:r>
            <w:r w:rsidR="00324FC1">
              <w:rPr>
                <w:rFonts w:ascii="Palatino Linotype" w:hAnsi="Palatino Linotype"/>
                <w:b/>
                <w:bCs/>
              </w:rPr>
              <w:t>k</w:t>
            </w:r>
            <w:r w:rsidRPr="00C42AC0">
              <w:rPr>
                <w:rFonts w:ascii="Palatino Linotype" w:hAnsi="Palatino Linotype"/>
                <w:b/>
                <w:bCs/>
              </w:rPr>
              <w:t xml:space="preserve">orrupsiyaya </w:t>
            </w:r>
            <w:r w:rsidR="00324FC1">
              <w:rPr>
                <w:rFonts w:ascii="Palatino Linotype" w:hAnsi="Palatino Linotype"/>
                <w:b/>
                <w:bCs/>
              </w:rPr>
              <w:t>q</w:t>
            </w:r>
            <w:r w:rsidRPr="00C42AC0">
              <w:rPr>
                <w:rFonts w:ascii="Palatino Linotype" w:hAnsi="Palatino Linotype"/>
                <w:b/>
                <w:bCs/>
              </w:rPr>
              <w:t xml:space="preserve">arşı </w:t>
            </w:r>
            <w:r w:rsidR="00324FC1">
              <w:rPr>
                <w:rFonts w:ascii="Palatino Linotype" w:hAnsi="Palatino Linotype"/>
                <w:b/>
                <w:bCs/>
              </w:rPr>
              <w:t>m</w:t>
            </w:r>
            <w:r w:rsidRPr="00C42AC0">
              <w:rPr>
                <w:rFonts w:ascii="Palatino Linotype" w:hAnsi="Palatino Linotype"/>
                <w:b/>
                <w:bCs/>
              </w:rPr>
              <w:t xml:space="preserve">übarizə: </w:t>
            </w:r>
            <w:r w:rsidRPr="00C42AC0">
              <w:rPr>
                <w:rFonts w:ascii="Palatino Linotype" w:hAnsi="Palatino Linotype"/>
                <w:b/>
                <w:bCs/>
              </w:rPr>
              <w:br/>
            </w:r>
            <w:r w:rsidRPr="00C42AC0">
              <w:rPr>
                <w:rFonts w:ascii="Palatino Linotype" w:hAnsi="Palatino Linotype"/>
              </w:rPr>
              <w:t>Şirkətinizin rüşvətxorluğu və qeyri-qanuni ödənişləri qadağan etdiyini və müvafiq BSC tələblərinə və siyasətlərinə riayət etməyə sadiq olduğunuzu təsdiqləyin.</w:t>
            </w:r>
          </w:p>
        </w:tc>
        <w:tc>
          <w:tcPr>
            <w:tcW w:w="5640" w:type="dxa"/>
            <w:vAlign w:val="center"/>
          </w:tcPr>
          <w:p w14:paraId="5C5C7183" w14:textId="0EEF80D7" w:rsidR="002913FD" w:rsidRDefault="00E62197" w:rsidP="002913FD">
            <w:pPr>
              <w:rPr>
                <w:rFonts w:ascii="Palatino Linotype" w:hAnsi="Palatino Linotype"/>
                <w:b/>
                <w:bCs/>
              </w:rPr>
            </w:pPr>
            <w:sdt>
              <w:sdtPr>
                <w:rPr>
                  <w:rFonts w:ascii="Palatino Linotype" w:hAnsi="Palatino Linotype"/>
                  <w:b/>
                  <w:bCs/>
                </w:rPr>
                <w:id w:val="-1746176799"/>
                <w14:checkbox>
                  <w14:checked w14:val="0"/>
                  <w14:checkedState w14:val="2612" w14:font="MS Gothic"/>
                  <w14:uncheckedState w14:val="2610" w14:font="MS Gothic"/>
                </w14:checkbox>
              </w:sdtPr>
              <w:sdtEndPr/>
              <w:sdtContent>
                <w:r w:rsidR="00455777">
                  <w:rPr>
                    <w:rFonts w:ascii="MS Gothic" w:eastAsia="MS Gothic" w:hAnsi="MS Gothic" w:hint="eastAsia"/>
                    <w:b/>
                    <w:bCs/>
                  </w:rPr>
                  <w:t>☐</w:t>
                </w:r>
              </w:sdtContent>
            </w:sdt>
            <w:r w:rsidR="00455777">
              <w:rPr>
                <w:rFonts w:ascii="Palatino Linotype" w:hAnsi="Palatino Linotype"/>
                <w:b/>
                <w:bCs/>
              </w:rPr>
              <w:t xml:space="preserve"> </w:t>
            </w:r>
            <w:r w:rsidR="005E3D29" w:rsidRPr="000528E8">
              <w:rPr>
                <w:rFonts w:ascii="Palatino Linotype" w:hAnsi="Palatino Linotype"/>
                <w:b/>
                <w:bCs/>
              </w:rPr>
              <w:t xml:space="preserve">Bəli </w:t>
            </w:r>
            <w:r w:rsidR="002913FD" w:rsidRPr="002913FD">
              <w:rPr>
                <w:rFonts w:ascii="Palatino Linotype" w:hAnsi="Palatino Linotype"/>
              </w:rPr>
              <w:t xml:space="preserve">(bəyannaməni imzalayın </w:t>
            </w:r>
            <w:r w:rsidR="002913FD" w:rsidRPr="002913FD">
              <w:rPr>
                <w:rFonts w:ascii="Palatino Linotype" w:hAnsi="Palatino Linotype"/>
                <w:b/>
                <w:bCs/>
              </w:rPr>
              <w:t>)</w:t>
            </w:r>
          </w:p>
          <w:p w14:paraId="32B0BFB4" w14:textId="31FC5FDE" w:rsidR="002913FD" w:rsidRPr="007130FA" w:rsidRDefault="00E62197" w:rsidP="002913FD">
            <w:pPr>
              <w:rPr>
                <w:rFonts w:ascii="Palatino Linotype" w:hAnsi="Palatino Linotype"/>
              </w:rPr>
            </w:pPr>
            <w:sdt>
              <w:sdtPr>
                <w:rPr>
                  <w:rFonts w:ascii="Palatino Linotype" w:hAnsi="Palatino Linotype"/>
                  <w:b/>
                  <w:bCs/>
                </w:rPr>
                <w:id w:val="163960996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455777">
              <w:rPr>
                <w:rFonts w:ascii="Palatino Linotype" w:hAnsi="Palatino Linotype"/>
                <w:b/>
                <w:bCs/>
              </w:rPr>
              <w:t xml:space="preserve"> </w:t>
            </w:r>
            <w:r w:rsidR="005E3D29" w:rsidRPr="000528E8">
              <w:rPr>
                <w:rFonts w:ascii="Palatino Linotype" w:hAnsi="Palatino Linotype"/>
                <w:b/>
                <w:bCs/>
              </w:rPr>
              <w:t>Xeyr</w:t>
            </w:r>
          </w:p>
        </w:tc>
      </w:tr>
      <w:tr w:rsidR="007A2D92" w:rsidRPr="007130FA" w14:paraId="4C257839" w14:textId="77777777" w:rsidTr="007A2D92">
        <w:trPr>
          <w:jc w:val="center"/>
        </w:trPr>
        <w:tc>
          <w:tcPr>
            <w:tcW w:w="504" w:type="dxa"/>
            <w:vAlign w:val="center"/>
          </w:tcPr>
          <w:p w14:paraId="35AA7575" w14:textId="76C414D2" w:rsidR="007A2D92" w:rsidRPr="002913FD" w:rsidRDefault="007A2D92" w:rsidP="007A2D92">
            <w:pPr>
              <w:jc w:val="center"/>
              <w:rPr>
                <w:rFonts w:ascii="Palatino Linotype" w:hAnsi="Palatino Linotype"/>
                <w:sz w:val="18"/>
                <w:szCs w:val="18"/>
              </w:rPr>
            </w:pPr>
            <w:r>
              <w:rPr>
                <w:rFonts w:ascii="Palatino Linotype" w:hAnsi="Palatino Linotype"/>
                <w:sz w:val="18"/>
                <w:szCs w:val="18"/>
              </w:rPr>
              <w:t>3.4</w:t>
            </w:r>
          </w:p>
        </w:tc>
        <w:tc>
          <w:tcPr>
            <w:tcW w:w="7418" w:type="dxa"/>
          </w:tcPr>
          <w:p w14:paraId="6768D208" w14:textId="279F36DB" w:rsidR="007A2D92" w:rsidRPr="007A2D92" w:rsidRDefault="007A2D92" w:rsidP="007A2D92">
            <w:pPr>
              <w:rPr>
                <w:rFonts w:ascii="Palatino Linotype" w:hAnsi="Palatino Linotype"/>
              </w:rPr>
            </w:pPr>
            <w:r w:rsidRPr="007A2D92">
              <w:rPr>
                <w:rFonts w:ascii="Palatino Linotype" w:hAnsi="Palatino Linotype"/>
              </w:rPr>
              <w:t>Şirkətinizdə rüşvətə və korrupsiyaya qarşı siyasət mövcuddurmu?</w:t>
            </w:r>
          </w:p>
        </w:tc>
        <w:tc>
          <w:tcPr>
            <w:tcW w:w="5640" w:type="dxa"/>
            <w:vAlign w:val="center"/>
          </w:tcPr>
          <w:p w14:paraId="5FD22B80" w14:textId="4CEDF10A" w:rsidR="007A2D92" w:rsidRPr="007A2D92" w:rsidRDefault="00E62197" w:rsidP="007A2D92">
            <w:pPr>
              <w:rPr>
                <w:rFonts w:ascii="Palatino Linotype" w:hAnsi="Palatino Linotype"/>
              </w:rPr>
            </w:pPr>
            <w:sdt>
              <w:sdtPr>
                <w:rPr>
                  <w:rFonts w:ascii="Palatino Linotype" w:hAnsi="Palatino Linotype"/>
                </w:rPr>
                <w:id w:val="1796716954"/>
                <w14:checkbox>
                  <w14:checked w14:val="0"/>
                  <w14:checkedState w14:val="2612" w14:font="MS Gothic"/>
                  <w14:uncheckedState w14:val="2610" w14:font="MS Gothic"/>
                </w14:checkbox>
              </w:sdtPr>
              <w:sdtEndPr/>
              <w:sdtContent>
                <w:r w:rsidR="007A2D92" w:rsidRPr="007A2D92">
                  <w:rPr>
                    <w:rFonts w:ascii="Palatino Linotype" w:hAnsi="Palatino Linotype" w:hint="eastAsia"/>
                  </w:rPr>
                  <w:t>☐</w:t>
                </w:r>
              </w:sdtContent>
            </w:sdt>
            <w:r w:rsidR="007A2D92" w:rsidRPr="007A2D92">
              <w:rPr>
                <w:rFonts w:ascii="Palatino Linotype" w:hAnsi="Palatino Linotype"/>
              </w:rPr>
              <w:t xml:space="preserve"> </w:t>
            </w:r>
            <w:r w:rsidR="007A2D92" w:rsidRPr="007A2D92">
              <w:rPr>
                <w:rFonts w:ascii="Palatino Linotype" w:hAnsi="Palatino Linotype"/>
                <w:b/>
                <w:bCs/>
              </w:rPr>
              <w:t xml:space="preserve">Bəli </w:t>
            </w:r>
            <w:r w:rsidR="007A2D92" w:rsidRPr="002913FD">
              <w:rPr>
                <w:rFonts w:ascii="Palatino Linotype" w:hAnsi="Palatino Linotype"/>
              </w:rPr>
              <w:t>(</w:t>
            </w:r>
            <w:r w:rsidR="007A2D92">
              <w:rPr>
                <w:rFonts w:ascii="Palatino Linotype" w:hAnsi="Palatino Linotype"/>
              </w:rPr>
              <w:t>siyas</w:t>
            </w:r>
            <w:r w:rsidR="007A2D92" w:rsidRPr="007A2D92">
              <w:rPr>
                <w:rFonts w:ascii="Palatino Linotype" w:hAnsi="Palatino Linotype"/>
              </w:rPr>
              <w:t>əti əlavə edin</w:t>
            </w:r>
            <w:r w:rsidR="007A2D92" w:rsidRPr="002913FD">
              <w:rPr>
                <w:rFonts w:ascii="Palatino Linotype" w:hAnsi="Palatino Linotype"/>
              </w:rPr>
              <w:t xml:space="preserve"> </w:t>
            </w:r>
            <w:r w:rsidR="007A2D92" w:rsidRPr="007A2D92">
              <w:rPr>
                <w:rFonts w:ascii="Palatino Linotype" w:hAnsi="Palatino Linotype"/>
              </w:rPr>
              <w:t>)</w:t>
            </w:r>
          </w:p>
          <w:p w14:paraId="3B4E7684" w14:textId="1CDBB427" w:rsidR="007A2D92" w:rsidRPr="007A2D92" w:rsidRDefault="00E62197" w:rsidP="007A2D92">
            <w:pPr>
              <w:rPr>
                <w:rFonts w:ascii="Palatino Linotype" w:hAnsi="Palatino Linotype"/>
              </w:rPr>
            </w:pPr>
            <w:sdt>
              <w:sdtPr>
                <w:rPr>
                  <w:rFonts w:ascii="Palatino Linotype" w:hAnsi="Palatino Linotype"/>
                </w:rPr>
                <w:id w:val="-1678494382"/>
                <w14:checkbox>
                  <w14:checked w14:val="0"/>
                  <w14:checkedState w14:val="2612" w14:font="MS Gothic"/>
                  <w14:uncheckedState w14:val="2610" w14:font="MS Gothic"/>
                </w14:checkbox>
              </w:sdtPr>
              <w:sdtEndPr/>
              <w:sdtContent>
                <w:r w:rsidR="007A2D92" w:rsidRPr="007A2D92">
                  <w:rPr>
                    <w:rFonts w:ascii="Palatino Linotype" w:hAnsi="Palatino Linotype" w:hint="eastAsia"/>
                  </w:rPr>
                  <w:t>☐</w:t>
                </w:r>
              </w:sdtContent>
            </w:sdt>
            <w:r w:rsidR="007A2D92" w:rsidRPr="007A2D92">
              <w:rPr>
                <w:rFonts w:ascii="Palatino Linotype" w:hAnsi="Palatino Linotype"/>
              </w:rPr>
              <w:t xml:space="preserve"> </w:t>
            </w:r>
            <w:r w:rsidR="007A2D92" w:rsidRPr="007A2D92">
              <w:rPr>
                <w:rFonts w:ascii="Palatino Linotype" w:hAnsi="Palatino Linotype"/>
                <w:b/>
                <w:bCs/>
              </w:rPr>
              <w:t>Xeyr</w:t>
            </w:r>
          </w:p>
        </w:tc>
      </w:tr>
      <w:tr w:rsidR="007A2D92" w:rsidRPr="007130FA" w14:paraId="6783A6BB" w14:textId="77777777" w:rsidTr="007A2D92">
        <w:trPr>
          <w:jc w:val="center"/>
        </w:trPr>
        <w:tc>
          <w:tcPr>
            <w:tcW w:w="504" w:type="dxa"/>
            <w:vAlign w:val="center"/>
          </w:tcPr>
          <w:p w14:paraId="545F9E55" w14:textId="038F96EF" w:rsidR="007A2D92" w:rsidRPr="002913FD" w:rsidRDefault="007A2D92" w:rsidP="007A2D92">
            <w:pPr>
              <w:jc w:val="center"/>
              <w:rPr>
                <w:rFonts w:ascii="Palatino Linotype" w:hAnsi="Palatino Linotype"/>
                <w:sz w:val="18"/>
                <w:szCs w:val="18"/>
              </w:rPr>
            </w:pPr>
            <w:r>
              <w:rPr>
                <w:rFonts w:ascii="Palatino Linotype" w:hAnsi="Palatino Linotype"/>
                <w:sz w:val="18"/>
                <w:szCs w:val="18"/>
              </w:rPr>
              <w:t>3.5</w:t>
            </w:r>
          </w:p>
        </w:tc>
        <w:tc>
          <w:tcPr>
            <w:tcW w:w="7418" w:type="dxa"/>
          </w:tcPr>
          <w:p w14:paraId="29556D63" w14:textId="64ED025C" w:rsidR="007A2D92" w:rsidRPr="007130FA" w:rsidRDefault="007A2D92" w:rsidP="007A2D92">
            <w:pPr>
              <w:rPr>
                <w:rFonts w:ascii="Palatino Linotype" w:hAnsi="Palatino Linotype"/>
              </w:rPr>
            </w:pPr>
            <w:r>
              <w:rPr>
                <w:rFonts w:ascii="Palatino Linotype" w:hAnsi="Palatino Linotype"/>
                <w:b/>
                <w:bCs/>
              </w:rPr>
              <w:t>İstismar</w:t>
            </w:r>
            <w:r w:rsidRPr="00C42AC0">
              <w:rPr>
                <w:rFonts w:ascii="Palatino Linotype" w:hAnsi="Palatino Linotype"/>
                <w:b/>
                <w:bCs/>
              </w:rPr>
              <w:t xml:space="preserve"> və </w:t>
            </w:r>
            <w:r>
              <w:rPr>
                <w:rFonts w:ascii="Palatino Linotype" w:hAnsi="Palatino Linotype"/>
                <w:b/>
                <w:bCs/>
              </w:rPr>
              <w:t>u</w:t>
            </w:r>
            <w:r w:rsidRPr="00C42AC0">
              <w:rPr>
                <w:rFonts w:ascii="Palatino Linotype" w:hAnsi="Palatino Linotype"/>
                <w:b/>
                <w:bCs/>
              </w:rPr>
              <w:t xml:space="preserve">şaq </w:t>
            </w:r>
            <w:r>
              <w:rPr>
                <w:rFonts w:ascii="Palatino Linotype" w:hAnsi="Palatino Linotype"/>
                <w:b/>
                <w:bCs/>
              </w:rPr>
              <w:t>ə</w:t>
            </w:r>
            <w:r w:rsidRPr="00C42AC0">
              <w:rPr>
                <w:rFonts w:ascii="Palatino Linotype" w:hAnsi="Palatino Linotype"/>
                <w:b/>
                <w:bCs/>
              </w:rPr>
              <w:t xml:space="preserve">məyi: </w:t>
            </w:r>
            <w:r w:rsidRPr="00C42AC0">
              <w:rPr>
                <w:rFonts w:ascii="Palatino Linotype" w:hAnsi="Palatino Linotype"/>
                <w:b/>
                <w:bCs/>
              </w:rPr>
              <w:br/>
            </w:r>
            <w:r w:rsidRPr="00C42AC0">
              <w:rPr>
                <w:rFonts w:ascii="Palatino Linotype" w:hAnsi="Palatino Linotype"/>
              </w:rPr>
              <w:t xml:space="preserve">Əməliyyatlarınızda və təchizat zəncirinizdə </w:t>
            </w:r>
            <w:r>
              <w:rPr>
                <w:rFonts w:ascii="Palatino Linotype" w:hAnsi="Palatino Linotype"/>
              </w:rPr>
              <w:t>istismar</w:t>
            </w:r>
            <w:r w:rsidRPr="00C42AC0">
              <w:rPr>
                <w:rFonts w:ascii="Palatino Linotype" w:hAnsi="Palatino Linotype"/>
              </w:rPr>
              <w:t xml:space="preserve"> və uşaq əməyinin qadağan olunduğunu təsdiqləyin.</w:t>
            </w:r>
          </w:p>
        </w:tc>
        <w:tc>
          <w:tcPr>
            <w:tcW w:w="5640" w:type="dxa"/>
            <w:vAlign w:val="center"/>
          </w:tcPr>
          <w:p w14:paraId="1A0BC1D9" w14:textId="75A0C207" w:rsidR="007A2D92" w:rsidRPr="002913FD" w:rsidRDefault="00E62197" w:rsidP="007A2D92">
            <w:pPr>
              <w:rPr>
                <w:rFonts w:ascii="Palatino Linotype" w:hAnsi="Palatino Linotype"/>
                <w:b/>
                <w:bCs/>
              </w:rPr>
            </w:pPr>
            <w:sdt>
              <w:sdtPr>
                <w:rPr>
                  <w:rFonts w:ascii="Palatino Linotype" w:hAnsi="Palatino Linotype"/>
                  <w:b/>
                  <w:bCs/>
                </w:rPr>
                <w:id w:val="729579456"/>
                <w14:checkbox>
                  <w14:checked w14:val="0"/>
                  <w14:checkedState w14:val="2612" w14:font="MS Gothic"/>
                  <w14:uncheckedState w14:val="2610" w14:font="MS Gothic"/>
                </w14:checkbox>
              </w:sdtPr>
              <w:sdtEndPr/>
              <w:sdtContent>
                <w:r w:rsidR="007A2D92">
                  <w:rPr>
                    <w:rFonts w:ascii="MS Gothic" w:eastAsia="MS Gothic" w:hAnsi="MS Gothic" w:hint="eastAsia"/>
                    <w:b/>
                    <w:bCs/>
                  </w:rPr>
                  <w:t>☐</w:t>
                </w:r>
              </w:sdtContent>
            </w:sdt>
            <w:r w:rsidR="007A2D92">
              <w:rPr>
                <w:rFonts w:ascii="Palatino Linotype" w:hAnsi="Palatino Linotype"/>
                <w:b/>
                <w:bCs/>
              </w:rPr>
              <w:t xml:space="preserve"> </w:t>
            </w:r>
            <w:r w:rsidR="007A2D92" w:rsidRPr="000528E8">
              <w:rPr>
                <w:rFonts w:ascii="Palatino Linotype" w:hAnsi="Palatino Linotype"/>
                <w:b/>
                <w:bCs/>
              </w:rPr>
              <w:t xml:space="preserve">Bəli </w:t>
            </w:r>
          </w:p>
          <w:p w14:paraId="4D524090" w14:textId="1F062BF8" w:rsidR="007A2D92" w:rsidRPr="007130FA" w:rsidRDefault="00E62197" w:rsidP="007A2D92">
            <w:pPr>
              <w:rPr>
                <w:rFonts w:ascii="Palatino Linotype" w:hAnsi="Palatino Linotype"/>
              </w:rPr>
            </w:pPr>
            <w:sdt>
              <w:sdtPr>
                <w:rPr>
                  <w:rFonts w:ascii="Palatino Linotype" w:hAnsi="Palatino Linotype"/>
                  <w:b/>
                  <w:bCs/>
                </w:rPr>
                <w:id w:val="-1325431428"/>
                <w14:checkbox>
                  <w14:checked w14:val="0"/>
                  <w14:checkedState w14:val="2612" w14:font="MS Gothic"/>
                  <w14:uncheckedState w14:val="2610" w14:font="MS Gothic"/>
                </w14:checkbox>
              </w:sdtPr>
              <w:sdtEndPr/>
              <w:sdtContent>
                <w:r w:rsidR="007A2D92">
                  <w:rPr>
                    <w:rFonts w:ascii="MS Gothic" w:eastAsia="MS Gothic" w:hAnsi="MS Gothic" w:hint="eastAsia"/>
                    <w:b/>
                    <w:bCs/>
                  </w:rPr>
                  <w:t>☐</w:t>
                </w:r>
              </w:sdtContent>
            </w:sdt>
            <w:r w:rsidR="007A2D92" w:rsidRPr="000528E8">
              <w:rPr>
                <w:rFonts w:ascii="Palatino Linotype" w:hAnsi="Palatino Linotype"/>
                <w:b/>
                <w:bCs/>
              </w:rPr>
              <w:t>Xeyr</w:t>
            </w:r>
          </w:p>
        </w:tc>
      </w:tr>
      <w:tr w:rsidR="008B230B" w:rsidRPr="007130FA" w14:paraId="0510EEAB" w14:textId="77777777" w:rsidTr="007A2D92">
        <w:trPr>
          <w:jc w:val="center"/>
        </w:trPr>
        <w:tc>
          <w:tcPr>
            <w:tcW w:w="504" w:type="dxa"/>
            <w:vAlign w:val="center"/>
          </w:tcPr>
          <w:p w14:paraId="646BD0C0" w14:textId="47D2EEFB" w:rsidR="008B230B" w:rsidRDefault="008B230B" w:rsidP="008B230B">
            <w:pPr>
              <w:jc w:val="center"/>
              <w:rPr>
                <w:rFonts w:ascii="Palatino Linotype" w:hAnsi="Palatino Linotype"/>
                <w:sz w:val="18"/>
                <w:szCs w:val="18"/>
              </w:rPr>
            </w:pPr>
            <w:r>
              <w:rPr>
                <w:rFonts w:ascii="Palatino Linotype" w:hAnsi="Palatino Linotype"/>
                <w:sz w:val="18"/>
                <w:szCs w:val="18"/>
              </w:rPr>
              <w:t>3.6</w:t>
            </w:r>
          </w:p>
        </w:tc>
        <w:tc>
          <w:tcPr>
            <w:tcW w:w="7418" w:type="dxa"/>
          </w:tcPr>
          <w:p w14:paraId="1734476B" w14:textId="2208395E" w:rsidR="008B230B" w:rsidRPr="008B230B" w:rsidRDefault="008B230B" w:rsidP="008B230B">
            <w:pPr>
              <w:rPr>
                <w:rFonts w:ascii="Palatino Linotype" w:hAnsi="Palatino Linotype"/>
              </w:rPr>
            </w:pPr>
            <w:r w:rsidRPr="008B230B">
              <w:rPr>
                <w:rFonts w:ascii="Palatino Linotype" w:hAnsi="Palatino Linotype"/>
              </w:rPr>
              <w:t>Şirkətinizdə istismar və uşaq əm</w:t>
            </w:r>
            <w:r>
              <w:rPr>
                <w:rFonts w:ascii="Palatino Linotype" w:hAnsi="Palatino Linotype"/>
              </w:rPr>
              <w:t>əyinin</w:t>
            </w:r>
            <w:r w:rsidRPr="008B230B">
              <w:rPr>
                <w:rFonts w:ascii="Palatino Linotype" w:hAnsi="Palatino Linotype"/>
              </w:rPr>
              <w:t xml:space="preserve"> istifadəsini qadağan edən siyasət mövcuddurmu?</w:t>
            </w:r>
          </w:p>
        </w:tc>
        <w:tc>
          <w:tcPr>
            <w:tcW w:w="5640" w:type="dxa"/>
            <w:vAlign w:val="center"/>
          </w:tcPr>
          <w:p w14:paraId="5A2A44A7" w14:textId="77777777" w:rsidR="008B230B" w:rsidRPr="007A2D92" w:rsidRDefault="00E62197" w:rsidP="008B230B">
            <w:pPr>
              <w:rPr>
                <w:rFonts w:ascii="Palatino Linotype" w:hAnsi="Palatino Linotype"/>
              </w:rPr>
            </w:pPr>
            <w:sdt>
              <w:sdtPr>
                <w:rPr>
                  <w:rFonts w:ascii="Palatino Linotype" w:hAnsi="Palatino Linotype"/>
                </w:rPr>
                <w:id w:val="522985031"/>
                <w14:checkbox>
                  <w14:checked w14:val="0"/>
                  <w14:checkedState w14:val="2612" w14:font="MS Gothic"/>
                  <w14:uncheckedState w14:val="2610" w14:font="MS Gothic"/>
                </w14:checkbox>
              </w:sdtPr>
              <w:sdtEndPr/>
              <w:sdtContent>
                <w:r w:rsidR="008B230B" w:rsidRPr="007A2D92">
                  <w:rPr>
                    <w:rFonts w:ascii="Palatino Linotype" w:hAnsi="Palatino Linotype" w:hint="eastAsia"/>
                  </w:rPr>
                  <w:t>☐</w:t>
                </w:r>
              </w:sdtContent>
            </w:sdt>
            <w:r w:rsidR="008B230B" w:rsidRPr="007A2D92">
              <w:rPr>
                <w:rFonts w:ascii="Palatino Linotype" w:hAnsi="Palatino Linotype"/>
              </w:rPr>
              <w:t xml:space="preserve"> </w:t>
            </w:r>
            <w:r w:rsidR="008B230B" w:rsidRPr="007A2D92">
              <w:rPr>
                <w:rFonts w:ascii="Palatino Linotype" w:hAnsi="Palatino Linotype"/>
                <w:b/>
                <w:bCs/>
              </w:rPr>
              <w:t xml:space="preserve">Bəli </w:t>
            </w:r>
            <w:r w:rsidR="008B230B" w:rsidRPr="002913FD">
              <w:rPr>
                <w:rFonts w:ascii="Palatino Linotype" w:hAnsi="Palatino Linotype"/>
              </w:rPr>
              <w:t>(</w:t>
            </w:r>
            <w:r w:rsidR="008B230B">
              <w:rPr>
                <w:rFonts w:ascii="Palatino Linotype" w:hAnsi="Palatino Linotype"/>
              </w:rPr>
              <w:t>siyas</w:t>
            </w:r>
            <w:r w:rsidR="008B230B" w:rsidRPr="007A2D92">
              <w:rPr>
                <w:rFonts w:ascii="Palatino Linotype" w:hAnsi="Palatino Linotype"/>
              </w:rPr>
              <w:t>əti əlavə edin</w:t>
            </w:r>
            <w:r w:rsidR="008B230B" w:rsidRPr="002913FD">
              <w:rPr>
                <w:rFonts w:ascii="Palatino Linotype" w:hAnsi="Palatino Linotype"/>
              </w:rPr>
              <w:t xml:space="preserve"> </w:t>
            </w:r>
            <w:r w:rsidR="008B230B" w:rsidRPr="007A2D92">
              <w:rPr>
                <w:rFonts w:ascii="Palatino Linotype" w:hAnsi="Palatino Linotype"/>
              </w:rPr>
              <w:t>)</w:t>
            </w:r>
          </w:p>
          <w:p w14:paraId="4BA49C67" w14:textId="22989B2D" w:rsidR="008B230B" w:rsidRDefault="00E62197" w:rsidP="008B230B">
            <w:pPr>
              <w:rPr>
                <w:rFonts w:ascii="Palatino Linotype" w:hAnsi="Palatino Linotype"/>
                <w:b/>
                <w:bCs/>
              </w:rPr>
            </w:pPr>
            <w:sdt>
              <w:sdtPr>
                <w:rPr>
                  <w:rFonts w:ascii="Palatino Linotype" w:hAnsi="Palatino Linotype"/>
                </w:rPr>
                <w:id w:val="-478770794"/>
                <w14:checkbox>
                  <w14:checked w14:val="0"/>
                  <w14:checkedState w14:val="2612" w14:font="MS Gothic"/>
                  <w14:uncheckedState w14:val="2610" w14:font="MS Gothic"/>
                </w14:checkbox>
              </w:sdtPr>
              <w:sdtEndPr/>
              <w:sdtContent>
                <w:r w:rsidR="008B230B" w:rsidRPr="007A2D92">
                  <w:rPr>
                    <w:rFonts w:ascii="Palatino Linotype" w:hAnsi="Palatino Linotype" w:hint="eastAsia"/>
                  </w:rPr>
                  <w:t>☐</w:t>
                </w:r>
              </w:sdtContent>
            </w:sdt>
            <w:r w:rsidR="008B230B" w:rsidRPr="007A2D92">
              <w:rPr>
                <w:rFonts w:ascii="Palatino Linotype" w:hAnsi="Palatino Linotype"/>
              </w:rPr>
              <w:t xml:space="preserve"> </w:t>
            </w:r>
            <w:r w:rsidR="008B230B" w:rsidRPr="007A2D92">
              <w:rPr>
                <w:rFonts w:ascii="Palatino Linotype" w:hAnsi="Palatino Linotype"/>
                <w:b/>
                <w:bCs/>
              </w:rPr>
              <w:t>Xeyr</w:t>
            </w:r>
          </w:p>
        </w:tc>
      </w:tr>
      <w:tr w:rsidR="008B230B" w:rsidRPr="007130FA" w14:paraId="5370164A" w14:textId="77777777" w:rsidTr="007A2D92">
        <w:trPr>
          <w:jc w:val="center"/>
        </w:trPr>
        <w:tc>
          <w:tcPr>
            <w:tcW w:w="504" w:type="dxa"/>
            <w:vAlign w:val="center"/>
          </w:tcPr>
          <w:p w14:paraId="78DE2B99" w14:textId="3DF348D3" w:rsidR="008B230B" w:rsidRPr="002913FD" w:rsidRDefault="008B230B" w:rsidP="008B230B">
            <w:pPr>
              <w:jc w:val="center"/>
              <w:rPr>
                <w:rFonts w:ascii="Palatino Linotype" w:hAnsi="Palatino Linotype"/>
                <w:sz w:val="18"/>
                <w:szCs w:val="18"/>
              </w:rPr>
            </w:pPr>
            <w:r>
              <w:rPr>
                <w:rFonts w:ascii="Palatino Linotype" w:hAnsi="Palatino Linotype"/>
                <w:sz w:val="18"/>
                <w:szCs w:val="18"/>
              </w:rPr>
              <w:t>3.</w:t>
            </w:r>
            <w:r w:rsidR="00825D69">
              <w:rPr>
                <w:rFonts w:ascii="Palatino Linotype" w:hAnsi="Palatino Linotype"/>
                <w:sz w:val="18"/>
                <w:szCs w:val="18"/>
              </w:rPr>
              <w:t>7</w:t>
            </w:r>
          </w:p>
        </w:tc>
        <w:tc>
          <w:tcPr>
            <w:tcW w:w="7418" w:type="dxa"/>
          </w:tcPr>
          <w:p w14:paraId="40A04CA5" w14:textId="418D1B5F" w:rsidR="008B230B" w:rsidRPr="007130FA" w:rsidRDefault="008B230B" w:rsidP="008B230B">
            <w:pPr>
              <w:rPr>
                <w:rFonts w:ascii="Palatino Linotype" w:hAnsi="Palatino Linotype"/>
              </w:rPr>
            </w:pPr>
            <w:r w:rsidRPr="00C42AC0">
              <w:rPr>
                <w:rFonts w:ascii="Palatino Linotype" w:hAnsi="Palatino Linotype"/>
                <w:b/>
                <w:bCs/>
              </w:rPr>
              <w:t xml:space="preserve">Subpodratçı: </w:t>
            </w:r>
            <w:r w:rsidRPr="00C42AC0">
              <w:rPr>
                <w:rFonts w:ascii="Palatino Linotype" w:hAnsi="Palatino Linotype"/>
                <w:b/>
                <w:bCs/>
              </w:rPr>
              <w:br/>
            </w:r>
            <w:r w:rsidRPr="00C42AC0">
              <w:rPr>
                <w:rFonts w:ascii="Palatino Linotype" w:hAnsi="Palatino Linotype"/>
              </w:rPr>
              <w:t>BSC üçün iş görmək və ya xidmət göstərmək üçün subpodratçılar cəlb etməyi planlaşdırırsınızmı?</w:t>
            </w:r>
          </w:p>
        </w:tc>
        <w:tc>
          <w:tcPr>
            <w:tcW w:w="5640" w:type="dxa"/>
            <w:vAlign w:val="center"/>
          </w:tcPr>
          <w:p w14:paraId="4D5352A1" w14:textId="6079701C" w:rsidR="008B230B" w:rsidRPr="00651885" w:rsidRDefault="00E62197" w:rsidP="008B230B">
            <w:pPr>
              <w:rPr>
                <w:rFonts w:ascii="Palatino Linotype" w:hAnsi="Palatino Linotype"/>
                <w:b/>
                <w:bCs/>
              </w:rPr>
            </w:pPr>
            <w:sdt>
              <w:sdtPr>
                <w:rPr>
                  <w:rFonts w:ascii="Palatino Linotype" w:hAnsi="Palatino Linotype"/>
                  <w:b/>
                  <w:bCs/>
                </w:rPr>
                <w:id w:val="1903476326"/>
                <w14:checkbox>
                  <w14:checked w14:val="0"/>
                  <w14:checkedState w14:val="2612" w14:font="MS Gothic"/>
                  <w14:uncheckedState w14:val="2610" w14:font="MS Gothic"/>
                </w14:checkbox>
              </w:sdtPr>
              <w:sdtEndPr/>
              <w:sdtContent>
                <w:r w:rsidR="008B230B">
                  <w:rPr>
                    <w:rFonts w:ascii="MS Gothic" w:eastAsia="MS Gothic" w:hAnsi="MS Gothic" w:hint="eastAsia"/>
                    <w:b/>
                    <w:bCs/>
                  </w:rPr>
                  <w:t>☐</w:t>
                </w:r>
              </w:sdtContent>
            </w:sdt>
            <w:r w:rsidR="008B230B" w:rsidRPr="000528E8">
              <w:rPr>
                <w:rFonts w:ascii="Palatino Linotype" w:hAnsi="Palatino Linotype"/>
                <w:b/>
                <w:bCs/>
              </w:rPr>
              <w:t>Xeyr</w:t>
            </w:r>
          </w:p>
          <w:p w14:paraId="60A92151" w14:textId="1C685CA0" w:rsidR="008B230B" w:rsidRPr="007130FA" w:rsidRDefault="00E62197" w:rsidP="008B230B">
            <w:pPr>
              <w:rPr>
                <w:rFonts w:ascii="Palatino Linotype" w:hAnsi="Palatino Linotype"/>
              </w:rPr>
            </w:pPr>
            <w:sdt>
              <w:sdtPr>
                <w:rPr>
                  <w:rFonts w:ascii="Palatino Linotype" w:hAnsi="Palatino Linotype"/>
                  <w:b/>
                  <w:bCs/>
                </w:rPr>
                <w:id w:val="1906951960"/>
                <w14:checkbox>
                  <w14:checked w14:val="0"/>
                  <w14:checkedState w14:val="2612" w14:font="MS Gothic"/>
                  <w14:uncheckedState w14:val="2610" w14:font="MS Gothic"/>
                </w14:checkbox>
              </w:sdtPr>
              <w:sdtEndPr/>
              <w:sdtContent>
                <w:r w:rsidR="008B230B">
                  <w:rPr>
                    <w:rFonts w:ascii="MS Gothic" w:eastAsia="MS Gothic" w:hAnsi="MS Gothic" w:hint="eastAsia"/>
                    <w:b/>
                    <w:bCs/>
                  </w:rPr>
                  <w:t>☐</w:t>
                </w:r>
              </w:sdtContent>
            </w:sdt>
            <w:r w:rsidR="008B230B" w:rsidRPr="000528E8">
              <w:rPr>
                <w:rFonts w:ascii="Palatino Linotype" w:hAnsi="Palatino Linotype"/>
                <w:b/>
                <w:bCs/>
              </w:rPr>
              <w:t xml:space="preserve">Bəli </w:t>
            </w:r>
            <w:r w:rsidR="008B230B" w:rsidRPr="00651885">
              <w:rPr>
                <w:rFonts w:ascii="Palatino Linotype" w:hAnsi="Palatino Linotype"/>
              </w:rPr>
              <w:t>(nəzarət elementlərini təsvir edin və məlumdursa, siyahı təqdim edin).</w:t>
            </w:r>
          </w:p>
        </w:tc>
      </w:tr>
    </w:tbl>
    <w:p w14:paraId="2C1EF360" w14:textId="15AE0D3C" w:rsidR="00AC743A" w:rsidRPr="006D21CB" w:rsidRDefault="00AF27BC">
      <w:pPr>
        <w:pStyle w:val="Heading2"/>
        <w:rPr>
          <w:rFonts w:ascii="Palatino Linotype" w:hAnsi="Palatino Linotype"/>
          <w:color w:val="984806" w:themeColor="accent6" w:themeShade="80"/>
          <w:lang w:val="az-Latn-AZ"/>
        </w:rPr>
      </w:pPr>
      <w:r w:rsidRPr="00F06DD8">
        <w:rPr>
          <w:rFonts w:ascii="Palatino Linotype" w:hAnsi="Palatino Linotype"/>
          <w:color w:val="984806" w:themeColor="accent6" w:themeShade="80"/>
        </w:rPr>
        <w:t xml:space="preserve">4. </w:t>
      </w:r>
      <w:r w:rsidR="00C97B74" w:rsidRPr="006D21CB">
        <w:rPr>
          <w:rFonts w:ascii="Palatino Linotype" w:hAnsi="Palatino Linotype"/>
          <w:color w:val="984806" w:themeColor="accent6" w:themeShade="80"/>
          <w:lang w:val="az-Latn-AZ"/>
        </w:rPr>
        <w:t>Keyfiyyətin idarə edilməsi və izlənilə bilənlik</w:t>
      </w:r>
    </w:p>
    <w:tbl>
      <w:tblPr>
        <w:tblStyle w:val="TableGrid"/>
        <w:tblW w:w="0" w:type="auto"/>
        <w:jc w:val="center"/>
        <w:tblLook w:val="04A0" w:firstRow="1" w:lastRow="0" w:firstColumn="1" w:lastColumn="0" w:noHBand="0" w:noVBand="1"/>
      </w:tblPr>
      <w:tblGrid>
        <w:gridCol w:w="504"/>
        <w:gridCol w:w="7403"/>
        <w:gridCol w:w="5655"/>
      </w:tblGrid>
      <w:tr w:rsidR="00915FF7" w:rsidRPr="007130FA" w14:paraId="7B6E54F7" w14:textId="77777777" w:rsidTr="00C850A8">
        <w:trPr>
          <w:trHeight w:val="411"/>
          <w:jc w:val="center"/>
        </w:trPr>
        <w:tc>
          <w:tcPr>
            <w:tcW w:w="8017" w:type="dxa"/>
            <w:gridSpan w:val="2"/>
            <w:shd w:val="clear" w:color="auto" w:fill="F2F2F2"/>
            <w:vAlign w:val="center"/>
          </w:tcPr>
          <w:p w14:paraId="3A6B6AC3" w14:textId="1F32639E" w:rsidR="00915FF7" w:rsidRPr="007130FA" w:rsidRDefault="00915FF7" w:rsidP="00915FF7">
            <w:pPr>
              <w:jc w:val="center"/>
              <w:rPr>
                <w:rFonts w:ascii="Palatino Linotype" w:hAnsi="Palatino Linotype"/>
              </w:rPr>
            </w:pPr>
            <w:r w:rsidRPr="007130FA">
              <w:rPr>
                <w:rFonts w:ascii="Palatino Linotype" w:hAnsi="Palatino Linotype"/>
                <w:b/>
              </w:rPr>
              <w:t>Sual / Tələb</w:t>
            </w:r>
          </w:p>
        </w:tc>
        <w:tc>
          <w:tcPr>
            <w:tcW w:w="5712" w:type="dxa"/>
            <w:shd w:val="clear" w:color="auto" w:fill="F2F2F2"/>
            <w:vAlign w:val="center"/>
          </w:tcPr>
          <w:p w14:paraId="45EBA038" w14:textId="77777777" w:rsidR="00915FF7" w:rsidRPr="007130FA" w:rsidRDefault="00915FF7" w:rsidP="00915FF7">
            <w:pPr>
              <w:jc w:val="center"/>
              <w:rPr>
                <w:rFonts w:ascii="Palatino Linotype" w:hAnsi="Palatino Linotype"/>
              </w:rPr>
            </w:pPr>
            <w:r w:rsidRPr="007130FA">
              <w:rPr>
                <w:rFonts w:ascii="Palatino Linotype" w:hAnsi="Palatino Linotype"/>
                <w:b/>
              </w:rPr>
              <w:t>Təchizatçının cavabı</w:t>
            </w:r>
          </w:p>
        </w:tc>
      </w:tr>
      <w:tr w:rsidR="00915FF7" w:rsidRPr="007130FA" w14:paraId="37FF2173" w14:textId="77777777" w:rsidTr="00C850A8">
        <w:trPr>
          <w:jc w:val="center"/>
        </w:trPr>
        <w:tc>
          <w:tcPr>
            <w:tcW w:w="505" w:type="dxa"/>
            <w:vAlign w:val="center"/>
          </w:tcPr>
          <w:p w14:paraId="0A887E4C" w14:textId="74E391D3"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4.1</w:t>
            </w:r>
          </w:p>
        </w:tc>
        <w:tc>
          <w:tcPr>
            <w:tcW w:w="7512" w:type="dxa"/>
            <w:vAlign w:val="center"/>
          </w:tcPr>
          <w:p w14:paraId="133925A5" w14:textId="45B73BC4" w:rsidR="00F07256" w:rsidRPr="00F07256" w:rsidRDefault="00915FF7" w:rsidP="00254C64">
            <w:pPr>
              <w:rPr>
                <w:rFonts w:ascii="Palatino Linotype" w:hAnsi="Palatino Linotype"/>
                <w:b/>
                <w:bCs/>
              </w:rPr>
            </w:pPr>
            <w:r w:rsidRPr="00F07256">
              <w:rPr>
                <w:rFonts w:ascii="Palatino Linotype" w:hAnsi="Palatino Linotype"/>
                <w:b/>
                <w:bCs/>
              </w:rPr>
              <w:t xml:space="preserve">Keyfiyyət </w:t>
            </w:r>
            <w:r w:rsidR="00333EC0">
              <w:rPr>
                <w:rFonts w:ascii="Palatino Linotype" w:hAnsi="Palatino Linotype"/>
                <w:b/>
                <w:bCs/>
              </w:rPr>
              <w:t>i</w:t>
            </w:r>
            <w:r w:rsidRPr="00F07256">
              <w:rPr>
                <w:rFonts w:ascii="Palatino Linotype" w:hAnsi="Palatino Linotype"/>
                <w:b/>
                <w:bCs/>
              </w:rPr>
              <w:t xml:space="preserve">darəetmə </w:t>
            </w:r>
            <w:r w:rsidR="00333EC0">
              <w:rPr>
                <w:rFonts w:ascii="Palatino Linotype" w:hAnsi="Palatino Linotype"/>
                <w:b/>
                <w:bCs/>
              </w:rPr>
              <w:t>s</w:t>
            </w:r>
            <w:r w:rsidRPr="00F07256">
              <w:rPr>
                <w:rFonts w:ascii="Palatino Linotype" w:hAnsi="Palatino Linotype"/>
                <w:b/>
                <w:bCs/>
              </w:rPr>
              <w:t>istemi (K</w:t>
            </w:r>
            <w:r w:rsidR="00F06641">
              <w:rPr>
                <w:rFonts w:ascii="Palatino Linotype" w:hAnsi="Palatino Linotype"/>
                <w:b/>
                <w:bCs/>
              </w:rPr>
              <w:t>İ</w:t>
            </w:r>
            <w:r w:rsidRPr="00F07256">
              <w:rPr>
                <w:rFonts w:ascii="Palatino Linotype" w:hAnsi="Palatino Linotype"/>
                <w:b/>
                <w:bCs/>
              </w:rPr>
              <w:t>S):</w:t>
            </w:r>
          </w:p>
          <w:p w14:paraId="52BE72A7" w14:textId="29820D1D" w:rsidR="00915FF7" w:rsidRPr="007130FA" w:rsidRDefault="00DF0065" w:rsidP="00254C64">
            <w:pPr>
              <w:rPr>
                <w:rFonts w:ascii="Palatino Linotype" w:hAnsi="Palatino Linotype"/>
              </w:rPr>
            </w:pPr>
            <w:r w:rsidRPr="00DF0065">
              <w:rPr>
                <w:rFonts w:ascii="Palatino Linotype" w:hAnsi="Palatino Linotype"/>
              </w:rPr>
              <w:t>Daxili keyfiyyət idarəetmə sistemindən istifadə edirsinizmi?</w:t>
            </w:r>
          </w:p>
        </w:tc>
        <w:tc>
          <w:tcPr>
            <w:tcW w:w="5712" w:type="dxa"/>
          </w:tcPr>
          <w:p w14:paraId="44B22474" w14:textId="307AE1B5" w:rsidR="00915FF7" w:rsidRPr="00915FF7" w:rsidRDefault="00E62197">
            <w:pPr>
              <w:rPr>
                <w:rFonts w:ascii="Palatino Linotype" w:hAnsi="Palatino Linotype"/>
                <w:b/>
                <w:bCs/>
              </w:rPr>
            </w:pPr>
            <w:sdt>
              <w:sdtPr>
                <w:rPr>
                  <w:rFonts w:ascii="Palatino Linotype" w:hAnsi="Palatino Linotype"/>
                  <w:b/>
                  <w:bCs/>
                </w:rPr>
                <w:id w:val="209855246"/>
                <w14:checkbox>
                  <w14:checked w14:val="0"/>
                  <w14:checkedState w14:val="2612" w14:font="MS Gothic"/>
                  <w14:uncheckedState w14:val="2610" w14:font="MS Gothic"/>
                </w14:checkbox>
              </w:sdtPr>
              <w:sdtEndPr/>
              <w:sdtContent>
                <w:r w:rsidR="00F06641">
                  <w:rPr>
                    <w:rFonts w:ascii="MS Gothic" w:eastAsia="MS Gothic" w:hAnsi="MS Gothic" w:hint="eastAsia"/>
                    <w:b/>
                    <w:bCs/>
                  </w:rPr>
                  <w:t>☐</w:t>
                </w:r>
              </w:sdtContent>
            </w:sdt>
            <w:r w:rsidR="00F06641">
              <w:rPr>
                <w:rFonts w:ascii="Palatino Linotype" w:hAnsi="Palatino Linotype"/>
                <w:b/>
                <w:bCs/>
              </w:rPr>
              <w:t xml:space="preserve"> </w:t>
            </w:r>
            <w:r w:rsidR="008F4270" w:rsidRPr="000528E8">
              <w:rPr>
                <w:rFonts w:ascii="Palatino Linotype" w:hAnsi="Palatino Linotype"/>
                <w:b/>
                <w:bCs/>
              </w:rPr>
              <w:t>Bəli</w:t>
            </w:r>
            <w:r w:rsidR="008F4270" w:rsidRPr="006D21CB">
              <w:rPr>
                <w:rFonts w:ascii="Palatino Linotype" w:hAnsi="Palatino Linotype"/>
                <w:b/>
                <w:bCs/>
                <w:lang w:val="en-US"/>
              </w:rPr>
              <w:t xml:space="preserve"> </w:t>
            </w:r>
            <w:r w:rsidR="00CF5113" w:rsidRPr="006D21CB">
              <w:rPr>
                <w:rFonts w:ascii="Palatino Linotype" w:hAnsi="Palatino Linotype"/>
                <w:color w:val="000000" w:themeColor="text1"/>
                <w:lang w:val="en-US"/>
              </w:rPr>
              <w:t>(</w:t>
            </w:r>
            <w:r w:rsidR="00CF5113" w:rsidRPr="00CF5113">
              <w:rPr>
                <w:rFonts w:ascii="Palatino Linotype" w:hAnsi="Palatino Linotype"/>
                <w:color w:val="000000" w:themeColor="text1"/>
              </w:rPr>
              <w:t>qısaca təsvir edin)</w:t>
            </w:r>
          </w:p>
          <w:p w14:paraId="6F41524C" w14:textId="7393A9A4" w:rsidR="00915FF7" w:rsidRPr="00915FF7" w:rsidRDefault="00E62197">
            <w:pPr>
              <w:rPr>
                <w:rFonts w:ascii="Palatino Linotype" w:hAnsi="Palatino Linotype"/>
                <w:b/>
                <w:bCs/>
              </w:rPr>
            </w:pPr>
            <w:sdt>
              <w:sdtPr>
                <w:rPr>
                  <w:rFonts w:ascii="Palatino Linotype" w:hAnsi="Palatino Linotype"/>
                  <w:b/>
                  <w:bCs/>
                </w:rPr>
                <w:id w:val="-1755119428"/>
                <w14:checkbox>
                  <w14:checked w14:val="0"/>
                  <w14:checkedState w14:val="2612" w14:font="MS Gothic"/>
                  <w14:uncheckedState w14:val="2610" w14:font="MS Gothic"/>
                </w14:checkbox>
              </w:sdtPr>
              <w:sdtEndPr/>
              <w:sdtContent>
                <w:r w:rsidR="00F06641">
                  <w:rPr>
                    <w:rFonts w:ascii="MS Gothic" w:eastAsia="MS Gothic" w:hAnsi="MS Gothic" w:hint="eastAsia"/>
                    <w:b/>
                    <w:bCs/>
                  </w:rPr>
                  <w:t>☐</w:t>
                </w:r>
              </w:sdtContent>
            </w:sdt>
            <w:r w:rsidR="00F06641">
              <w:rPr>
                <w:rFonts w:ascii="Palatino Linotype" w:hAnsi="Palatino Linotype"/>
                <w:b/>
                <w:bCs/>
              </w:rPr>
              <w:t xml:space="preserve"> </w:t>
            </w:r>
            <w:r w:rsidR="008F4270" w:rsidRPr="000528E8">
              <w:rPr>
                <w:rFonts w:ascii="Palatino Linotype" w:hAnsi="Palatino Linotype"/>
                <w:b/>
                <w:bCs/>
              </w:rPr>
              <w:t>Xeyr</w:t>
            </w:r>
          </w:p>
        </w:tc>
      </w:tr>
      <w:tr w:rsidR="00915FF7" w:rsidRPr="007130FA" w14:paraId="08C0C2FE" w14:textId="77777777" w:rsidTr="00C850A8">
        <w:trPr>
          <w:jc w:val="center"/>
        </w:trPr>
        <w:tc>
          <w:tcPr>
            <w:tcW w:w="505" w:type="dxa"/>
            <w:vAlign w:val="center"/>
          </w:tcPr>
          <w:p w14:paraId="109F7B5C" w14:textId="419D7538"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lastRenderedPageBreak/>
              <w:t>4.2</w:t>
            </w:r>
          </w:p>
        </w:tc>
        <w:tc>
          <w:tcPr>
            <w:tcW w:w="7512" w:type="dxa"/>
            <w:vAlign w:val="center"/>
          </w:tcPr>
          <w:p w14:paraId="51B30BB9" w14:textId="0570ADE5" w:rsidR="00915FF7" w:rsidRPr="00F07256" w:rsidRDefault="00DF0065" w:rsidP="00254C64">
            <w:pPr>
              <w:rPr>
                <w:rFonts w:ascii="Palatino Linotype" w:hAnsi="Palatino Linotype"/>
                <w:b/>
                <w:bCs/>
              </w:rPr>
            </w:pPr>
            <w:r w:rsidRPr="00DF0065">
              <w:rPr>
                <w:rFonts w:ascii="Palatino Linotype" w:hAnsi="Palatino Linotype"/>
                <w:b/>
                <w:bCs/>
              </w:rPr>
              <w:t>ISO 9001 sertifikatı (əgər varsa).</w:t>
            </w:r>
          </w:p>
        </w:tc>
        <w:tc>
          <w:tcPr>
            <w:tcW w:w="5712" w:type="dxa"/>
          </w:tcPr>
          <w:p w14:paraId="16458ED7" w14:textId="2B1D6EEC" w:rsidR="00915FF7" w:rsidRPr="00915FF7" w:rsidRDefault="00E62197">
            <w:pPr>
              <w:rPr>
                <w:rFonts w:ascii="Palatino Linotype" w:hAnsi="Palatino Linotype"/>
                <w:b/>
                <w:bCs/>
              </w:rPr>
            </w:pPr>
            <w:sdt>
              <w:sdtPr>
                <w:rPr>
                  <w:rFonts w:ascii="Palatino Linotype" w:hAnsi="Palatino Linotype"/>
                  <w:b/>
                  <w:bCs/>
                </w:rPr>
                <w:id w:val="-88556528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F06641">
              <w:rPr>
                <w:rFonts w:ascii="Palatino Linotype" w:hAnsi="Palatino Linotype"/>
                <w:b/>
                <w:bCs/>
              </w:rPr>
              <w:t xml:space="preserve"> </w:t>
            </w:r>
            <w:r w:rsidR="008F4270" w:rsidRPr="000528E8">
              <w:rPr>
                <w:rFonts w:ascii="Palatino Linotype" w:hAnsi="Palatino Linotype"/>
                <w:b/>
                <w:bCs/>
              </w:rPr>
              <w:t xml:space="preserve">Sertifikatlaşdırılmış </w:t>
            </w:r>
            <w:r w:rsidR="00915FF7" w:rsidRPr="00915FF7">
              <w:rPr>
                <w:rFonts w:ascii="Palatino Linotype" w:hAnsi="Palatino Linotype"/>
                <w:color w:val="000000" w:themeColor="text1"/>
              </w:rPr>
              <w:t xml:space="preserve">(sertifikat + tətbiq dairəsi + etibarlılıq müddəti əlavə </w:t>
            </w:r>
            <w:r w:rsidR="00F06641">
              <w:rPr>
                <w:rFonts w:ascii="Palatino Linotype" w:hAnsi="Palatino Linotype"/>
                <w:color w:val="000000" w:themeColor="text1"/>
              </w:rPr>
              <w:t>edin</w:t>
            </w:r>
            <w:r w:rsidR="00915FF7" w:rsidRPr="00915FF7">
              <w:rPr>
                <w:rFonts w:ascii="Palatino Linotype" w:hAnsi="Palatino Linotype"/>
                <w:color w:val="000000" w:themeColor="text1"/>
              </w:rPr>
              <w:t>)</w:t>
            </w:r>
            <w:r w:rsidR="00915FF7" w:rsidRPr="00915FF7">
              <w:rPr>
                <w:rFonts w:ascii="Palatino Linotype" w:hAnsi="Palatino Linotype"/>
                <w:b/>
                <w:bCs/>
                <w:color w:val="000000" w:themeColor="text1"/>
              </w:rPr>
              <w:t xml:space="preserve"> </w:t>
            </w:r>
          </w:p>
          <w:p w14:paraId="5CD594F8" w14:textId="24C7ACB1" w:rsidR="00915FF7" w:rsidRPr="007130FA" w:rsidRDefault="00E62197">
            <w:pPr>
              <w:rPr>
                <w:rFonts w:ascii="Palatino Linotype" w:hAnsi="Palatino Linotype"/>
              </w:rPr>
            </w:pPr>
            <w:sdt>
              <w:sdtPr>
                <w:rPr>
                  <w:rFonts w:ascii="Palatino Linotype" w:hAnsi="Palatino Linotype"/>
                  <w:b/>
                  <w:bCs/>
                </w:rPr>
                <w:id w:val="1618952891"/>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Sertifikatlaşdırılmayıb</w:t>
            </w:r>
          </w:p>
        </w:tc>
      </w:tr>
      <w:tr w:rsidR="00915FF7" w:rsidRPr="007130FA" w14:paraId="42742DE3" w14:textId="77777777" w:rsidTr="00C850A8">
        <w:trPr>
          <w:jc w:val="center"/>
        </w:trPr>
        <w:tc>
          <w:tcPr>
            <w:tcW w:w="505" w:type="dxa"/>
            <w:vAlign w:val="center"/>
          </w:tcPr>
          <w:p w14:paraId="733F9C96" w14:textId="478E0365"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4.3</w:t>
            </w:r>
          </w:p>
        </w:tc>
        <w:tc>
          <w:tcPr>
            <w:tcW w:w="7512" w:type="dxa"/>
            <w:vAlign w:val="center"/>
          </w:tcPr>
          <w:p w14:paraId="66053608" w14:textId="7D5EEA42" w:rsidR="00915FF7" w:rsidRPr="007130FA" w:rsidRDefault="00DF0065" w:rsidP="00254C64">
            <w:pPr>
              <w:rPr>
                <w:rFonts w:ascii="Palatino Linotype" w:hAnsi="Palatino Linotype"/>
              </w:rPr>
            </w:pPr>
            <w:r w:rsidRPr="00DF0065">
              <w:rPr>
                <w:rFonts w:ascii="Palatino Linotype" w:hAnsi="Palatino Linotype"/>
                <w:b/>
                <w:bCs/>
              </w:rPr>
              <w:t>Digər sertifikatlar (işarələyin və surətlərini əlavə edin).</w:t>
            </w:r>
          </w:p>
        </w:tc>
        <w:tc>
          <w:tcPr>
            <w:tcW w:w="5712" w:type="dxa"/>
          </w:tcPr>
          <w:p w14:paraId="4F4681EB" w14:textId="54CA1E86" w:rsidR="008A0788" w:rsidRPr="008A0788" w:rsidRDefault="00E62197">
            <w:pPr>
              <w:rPr>
                <w:rFonts w:ascii="Palatino Linotype" w:hAnsi="Palatino Linotype"/>
                <w:b/>
                <w:bCs/>
              </w:rPr>
            </w:pPr>
            <w:sdt>
              <w:sdtPr>
                <w:rPr>
                  <w:rFonts w:ascii="Palatino Linotype" w:hAnsi="Palatino Linotype"/>
                  <w:b/>
                  <w:bCs/>
                </w:rPr>
                <w:id w:val="-271089031"/>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ISO 14001</w:t>
            </w:r>
          </w:p>
          <w:p w14:paraId="04B97347" w14:textId="0FF89F10" w:rsidR="008A0788" w:rsidRPr="008A0788" w:rsidRDefault="00E62197">
            <w:pPr>
              <w:rPr>
                <w:rFonts w:ascii="Palatino Linotype" w:hAnsi="Palatino Linotype"/>
                <w:b/>
                <w:bCs/>
              </w:rPr>
            </w:pPr>
            <w:sdt>
              <w:sdtPr>
                <w:rPr>
                  <w:rFonts w:ascii="Palatino Linotype" w:hAnsi="Palatino Linotype"/>
                  <w:b/>
                  <w:bCs/>
                </w:rPr>
                <w:id w:val="-139535187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ISO 45001</w:t>
            </w:r>
          </w:p>
          <w:p w14:paraId="5C6061D6" w14:textId="681301CC" w:rsidR="008A0788" w:rsidRPr="008A0788" w:rsidRDefault="00E62197">
            <w:pPr>
              <w:rPr>
                <w:rFonts w:ascii="Palatino Linotype" w:hAnsi="Palatino Linotype"/>
                <w:b/>
                <w:bCs/>
              </w:rPr>
            </w:pPr>
            <w:sdt>
              <w:sdtPr>
                <w:rPr>
                  <w:rFonts w:ascii="Palatino Linotype" w:hAnsi="Palatino Linotype"/>
                  <w:b/>
                  <w:bCs/>
                </w:rPr>
                <w:id w:val="112389385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ISO/IEC 17025</w:t>
            </w:r>
          </w:p>
          <w:p w14:paraId="70F6ADBD" w14:textId="01CAE980" w:rsidR="00915FF7" w:rsidRPr="007130FA" w:rsidRDefault="00E62197">
            <w:pPr>
              <w:rPr>
                <w:rFonts w:ascii="Palatino Linotype" w:hAnsi="Palatino Linotype"/>
              </w:rPr>
            </w:pPr>
            <w:sdt>
              <w:sdtPr>
                <w:rPr>
                  <w:rFonts w:ascii="Palatino Linotype" w:hAnsi="Palatino Linotype"/>
                  <w:b/>
                  <w:bCs/>
                </w:rPr>
                <w:id w:val="-998193913"/>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API/ASME/CE/PED/Digər (dəqiqləşdirin)</w:t>
            </w:r>
          </w:p>
        </w:tc>
      </w:tr>
      <w:tr w:rsidR="00915FF7" w:rsidRPr="007130FA" w14:paraId="1D770853" w14:textId="77777777" w:rsidTr="00A152E8">
        <w:trPr>
          <w:jc w:val="center"/>
        </w:trPr>
        <w:tc>
          <w:tcPr>
            <w:tcW w:w="505" w:type="dxa"/>
            <w:vAlign w:val="center"/>
          </w:tcPr>
          <w:p w14:paraId="0E5BF96B" w14:textId="46CB03BA"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4.4</w:t>
            </w:r>
          </w:p>
        </w:tc>
        <w:tc>
          <w:tcPr>
            <w:tcW w:w="7512" w:type="dxa"/>
            <w:vAlign w:val="center"/>
          </w:tcPr>
          <w:p w14:paraId="388B7571" w14:textId="7BD2B50A" w:rsidR="00A152E8" w:rsidRDefault="00DF0065" w:rsidP="00A152E8">
            <w:pPr>
              <w:rPr>
                <w:rFonts w:ascii="Palatino Linotype" w:hAnsi="Palatino Linotype"/>
              </w:rPr>
            </w:pPr>
            <w:r w:rsidRPr="00DF0065">
              <w:rPr>
                <w:rFonts w:ascii="Palatino Linotype" w:hAnsi="Palatino Linotype"/>
                <w:b/>
                <w:bCs/>
              </w:rPr>
              <w:t>Material və məhsul sənədləri:</w:t>
            </w:r>
            <w:r w:rsidR="00915FF7" w:rsidRPr="007130FA">
              <w:rPr>
                <w:rFonts w:ascii="Palatino Linotype" w:hAnsi="Palatino Linotype"/>
              </w:rPr>
              <w:t xml:space="preserve"> </w:t>
            </w:r>
          </w:p>
          <w:p w14:paraId="13B1A141" w14:textId="2082E166" w:rsidR="00DF0065" w:rsidRPr="006D21CB" w:rsidRDefault="00DF0065" w:rsidP="00DF0065">
            <w:pPr>
              <w:rPr>
                <w:rFonts w:ascii="Palatino Linotype" w:hAnsi="Palatino Linotype"/>
              </w:rPr>
            </w:pPr>
            <w:r w:rsidRPr="006D21CB">
              <w:rPr>
                <w:rFonts w:ascii="Palatino Linotype" w:hAnsi="Palatino Linotype"/>
              </w:rPr>
              <w:t>EN 10204 3.1/3.2, uyğunluq sertifikatı, texniki etibarlılıq sertifikatı, sınaq hesabatları kimi zəruri sertifikatları</w:t>
            </w:r>
            <w:r w:rsidR="00EB2D78">
              <w:rPr>
                <w:rFonts w:ascii="Palatino Linotype" w:hAnsi="Palatino Linotype"/>
              </w:rPr>
              <w:t>nı tələb olunduqda</w:t>
            </w:r>
            <w:r w:rsidRPr="006D21CB">
              <w:rPr>
                <w:rFonts w:ascii="Palatino Linotype" w:hAnsi="Palatino Linotype"/>
              </w:rPr>
              <w:t xml:space="preserve"> təqdim edə bilərsinizmi ?</w:t>
            </w:r>
          </w:p>
          <w:p w14:paraId="7E112B9D" w14:textId="2B5C6C40" w:rsidR="00915FF7" w:rsidRPr="007130FA" w:rsidRDefault="00915FF7" w:rsidP="00A152E8">
            <w:pPr>
              <w:rPr>
                <w:rFonts w:ascii="Palatino Linotype" w:hAnsi="Palatino Linotype"/>
              </w:rPr>
            </w:pPr>
          </w:p>
        </w:tc>
        <w:tc>
          <w:tcPr>
            <w:tcW w:w="5712" w:type="dxa"/>
            <w:vAlign w:val="center"/>
          </w:tcPr>
          <w:p w14:paraId="3F80DBFA" w14:textId="30A2166E" w:rsidR="00A152E8" w:rsidRPr="00A152E8" w:rsidRDefault="00E62197" w:rsidP="00A152E8">
            <w:pPr>
              <w:rPr>
                <w:rFonts w:ascii="Palatino Linotype" w:hAnsi="Palatino Linotype"/>
                <w:b/>
                <w:bCs/>
              </w:rPr>
            </w:pPr>
            <w:sdt>
              <w:sdtPr>
                <w:rPr>
                  <w:rFonts w:ascii="Palatino Linotype" w:hAnsi="Palatino Linotype"/>
                  <w:b/>
                  <w:bCs/>
                </w:rPr>
                <w:id w:val="-185147792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6F1AFA">
              <w:rPr>
                <w:rFonts w:ascii="Palatino Linotype" w:hAnsi="Palatino Linotype"/>
                <w:b/>
                <w:bCs/>
              </w:rPr>
              <w:t xml:space="preserve"> </w:t>
            </w:r>
            <w:r w:rsidR="008F4270" w:rsidRPr="000528E8">
              <w:rPr>
                <w:rFonts w:ascii="Palatino Linotype" w:hAnsi="Palatino Linotype"/>
                <w:b/>
                <w:bCs/>
              </w:rPr>
              <w:t>Bəli</w:t>
            </w:r>
            <w:r w:rsidR="00EB2D78" w:rsidRPr="00A152E8">
              <w:rPr>
                <w:rFonts w:ascii="Palatino Linotype" w:hAnsi="Palatino Linotype"/>
              </w:rPr>
              <w:t xml:space="preserve"> </w:t>
            </w:r>
            <w:r w:rsidR="008C0C94">
              <w:rPr>
                <w:rFonts w:ascii="Palatino Linotype" w:hAnsi="Palatino Linotype"/>
              </w:rPr>
              <w:t>(</w:t>
            </w:r>
            <w:r w:rsidR="00EB2D78">
              <w:rPr>
                <w:rFonts w:ascii="Palatino Linotype" w:hAnsi="Palatino Linotype"/>
              </w:rPr>
              <w:t>Bəli olduqda</w:t>
            </w:r>
            <w:r w:rsidR="00EB2D78" w:rsidRPr="00A152E8">
              <w:rPr>
                <w:rFonts w:ascii="Palatino Linotype" w:hAnsi="Palatino Linotype"/>
              </w:rPr>
              <w:t xml:space="preserve"> nümunə əlavə</w:t>
            </w:r>
            <w:r w:rsidR="00EB2D78">
              <w:rPr>
                <w:rFonts w:ascii="Palatino Linotype" w:hAnsi="Palatino Linotype"/>
              </w:rPr>
              <w:t xml:space="preserve"> ed</w:t>
            </w:r>
            <w:r w:rsidR="008C0C94">
              <w:rPr>
                <w:rFonts w:ascii="Palatino Linotype" w:hAnsi="Palatino Linotype"/>
              </w:rPr>
              <w:t>in)</w:t>
            </w:r>
          </w:p>
          <w:p w14:paraId="73C3112E" w14:textId="4A518B1A" w:rsidR="00915FF7" w:rsidRPr="007130FA" w:rsidRDefault="00E62197" w:rsidP="00A152E8">
            <w:pPr>
              <w:rPr>
                <w:rFonts w:ascii="Palatino Linotype" w:hAnsi="Palatino Linotype"/>
              </w:rPr>
            </w:pPr>
            <w:sdt>
              <w:sdtPr>
                <w:rPr>
                  <w:rFonts w:ascii="Palatino Linotype" w:hAnsi="Palatino Linotype"/>
                  <w:b/>
                  <w:bCs/>
                </w:rPr>
                <w:id w:val="-1511830920"/>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6F1AFA">
              <w:rPr>
                <w:rFonts w:ascii="Palatino Linotype" w:hAnsi="Palatino Linotype"/>
                <w:b/>
                <w:bCs/>
              </w:rPr>
              <w:t xml:space="preserve"> </w:t>
            </w:r>
            <w:r w:rsidR="008F4270" w:rsidRPr="000528E8">
              <w:rPr>
                <w:rFonts w:ascii="Palatino Linotype" w:hAnsi="Palatino Linotype"/>
                <w:b/>
                <w:bCs/>
              </w:rPr>
              <w:t>Xeyr.</w:t>
            </w:r>
          </w:p>
        </w:tc>
      </w:tr>
      <w:tr w:rsidR="00915FF7" w:rsidRPr="007130FA" w14:paraId="737BB541" w14:textId="77777777" w:rsidTr="008E7EEB">
        <w:trPr>
          <w:jc w:val="center"/>
        </w:trPr>
        <w:tc>
          <w:tcPr>
            <w:tcW w:w="505" w:type="dxa"/>
            <w:vAlign w:val="center"/>
          </w:tcPr>
          <w:p w14:paraId="2FAB7068" w14:textId="722DC4A6"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4.5</w:t>
            </w:r>
          </w:p>
        </w:tc>
        <w:tc>
          <w:tcPr>
            <w:tcW w:w="7512" w:type="dxa"/>
          </w:tcPr>
          <w:p w14:paraId="4EB9C560" w14:textId="77777777" w:rsidR="008E7EEB" w:rsidRPr="008E7EEB" w:rsidRDefault="00915FF7">
            <w:pPr>
              <w:rPr>
                <w:rFonts w:ascii="Palatino Linotype" w:hAnsi="Palatino Linotype"/>
                <w:b/>
                <w:bCs/>
              </w:rPr>
            </w:pPr>
            <w:r w:rsidRPr="008E7EEB">
              <w:rPr>
                <w:rFonts w:ascii="Palatino Linotype" w:hAnsi="Palatino Linotype"/>
                <w:b/>
                <w:bCs/>
              </w:rPr>
              <w:t>Uyğunsuzluqlar və şikayətlər:</w:t>
            </w:r>
          </w:p>
          <w:p w14:paraId="7A87204E" w14:textId="0111FF32" w:rsidR="00915FF7" w:rsidRPr="007130FA" w:rsidRDefault="00DF0065">
            <w:pPr>
              <w:rPr>
                <w:rFonts w:ascii="Palatino Linotype" w:hAnsi="Palatino Linotype"/>
              </w:rPr>
            </w:pPr>
            <w:r w:rsidRPr="00DF0065">
              <w:rPr>
                <w:rFonts w:ascii="Palatino Linotype" w:hAnsi="Palatino Linotype"/>
              </w:rPr>
              <w:t>Uyğunsuzluqların, düzəldici tədbirlərin və müştəri şikayətlərinin idarə olunması üçün sənədləşdirilmiş bir proses varmı?</w:t>
            </w:r>
          </w:p>
        </w:tc>
        <w:tc>
          <w:tcPr>
            <w:tcW w:w="5712" w:type="dxa"/>
            <w:vAlign w:val="center"/>
          </w:tcPr>
          <w:p w14:paraId="7FF05E26" w14:textId="6D944751" w:rsidR="008E7EEB" w:rsidRPr="008E7EEB" w:rsidRDefault="00E62197" w:rsidP="008E7EEB">
            <w:pPr>
              <w:rPr>
                <w:rFonts w:ascii="Palatino Linotype" w:hAnsi="Palatino Linotype"/>
                <w:b/>
                <w:bCs/>
              </w:rPr>
            </w:pPr>
            <w:sdt>
              <w:sdtPr>
                <w:rPr>
                  <w:rFonts w:ascii="Palatino Linotype" w:hAnsi="Palatino Linotype"/>
                  <w:b/>
                  <w:bCs/>
                </w:rPr>
                <w:id w:val="-199479034"/>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931B85">
              <w:rPr>
                <w:rFonts w:ascii="Palatino Linotype" w:hAnsi="Palatino Linotype"/>
                <w:b/>
                <w:bCs/>
              </w:rPr>
              <w:t xml:space="preserve"> </w:t>
            </w:r>
            <w:r w:rsidR="008F4270" w:rsidRPr="000528E8">
              <w:rPr>
                <w:rFonts w:ascii="Palatino Linotype" w:hAnsi="Palatino Linotype"/>
                <w:b/>
                <w:bCs/>
              </w:rPr>
              <w:t xml:space="preserve">Bəli </w:t>
            </w:r>
            <w:r w:rsidR="008E7EEB" w:rsidRPr="008E7EEB">
              <w:rPr>
                <w:rFonts w:ascii="Palatino Linotype" w:hAnsi="Palatino Linotype"/>
              </w:rPr>
              <w:t>(qısaca təsvir edin)</w:t>
            </w:r>
          </w:p>
          <w:p w14:paraId="2CEF4D78" w14:textId="0FAE0F25" w:rsidR="00915FF7" w:rsidRPr="007130FA" w:rsidRDefault="00E62197" w:rsidP="008E7EEB">
            <w:pPr>
              <w:rPr>
                <w:rFonts w:ascii="Palatino Linotype" w:hAnsi="Palatino Linotype"/>
              </w:rPr>
            </w:pPr>
            <w:sdt>
              <w:sdtPr>
                <w:rPr>
                  <w:rFonts w:ascii="Palatino Linotype" w:hAnsi="Palatino Linotype"/>
                  <w:b/>
                  <w:bCs/>
                </w:rPr>
                <w:id w:val="67769454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931B85">
              <w:rPr>
                <w:rFonts w:ascii="Palatino Linotype" w:hAnsi="Palatino Linotype"/>
                <w:b/>
                <w:bCs/>
              </w:rPr>
              <w:t xml:space="preserve"> </w:t>
            </w:r>
            <w:r w:rsidR="008F4270" w:rsidRPr="000528E8">
              <w:rPr>
                <w:rFonts w:ascii="Palatino Linotype" w:hAnsi="Palatino Linotype"/>
                <w:b/>
                <w:bCs/>
              </w:rPr>
              <w:t>Xeyr</w:t>
            </w:r>
          </w:p>
        </w:tc>
      </w:tr>
      <w:tr w:rsidR="00915FF7" w:rsidRPr="007130FA" w14:paraId="56387774" w14:textId="77777777" w:rsidTr="00C850A8">
        <w:trPr>
          <w:jc w:val="center"/>
        </w:trPr>
        <w:tc>
          <w:tcPr>
            <w:tcW w:w="505" w:type="dxa"/>
            <w:vAlign w:val="center"/>
          </w:tcPr>
          <w:p w14:paraId="39E24398" w14:textId="6993255A" w:rsidR="00915FF7" w:rsidRPr="00915FF7" w:rsidRDefault="00915FF7" w:rsidP="00915FF7">
            <w:pPr>
              <w:jc w:val="center"/>
              <w:rPr>
                <w:rFonts w:ascii="Palatino Linotype" w:hAnsi="Palatino Linotype"/>
                <w:sz w:val="18"/>
                <w:szCs w:val="18"/>
              </w:rPr>
            </w:pPr>
            <w:r w:rsidRPr="00915FF7">
              <w:rPr>
                <w:rFonts w:ascii="Palatino Linotype" w:hAnsi="Palatino Linotype"/>
                <w:sz w:val="18"/>
                <w:szCs w:val="18"/>
              </w:rPr>
              <w:t>4.6</w:t>
            </w:r>
          </w:p>
        </w:tc>
        <w:tc>
          <w:tcPr>
            <w:tcW w:w="7512" w:type="dxa"/>
          </w:tcPr>
          <w:p w14:paraId="4ADA313E" w14:textId="27F22403" w:rsidR="008E7EEB" w:rsidRPr="006D21CB" w:rsidRDefault="00DF0065">
            <w:pPr>
              <w:rPr>
                <w:rFonts w:ascii="Palatino Linotype" w:hAnsi="Palatino Linotype"/>
                <w:b/>
                <w:bCs/>
              </w:rPr>
            </w:pPr>
            <w:r w:rsidRPr="006D21CB">
              <w:rPr>
                <w:rFonts w:ascii="Palatino Linotype" w:hAnsi="Palatino Linotype"/>
                <w:b/>
                <w:bCs/>
              </w:rPr>
              <w:t>Kalibrləmə (ölçmələr və sınaqlar üçün):</w:t>
            </w:r>
          </w:p>
          <w:p w14:paraId="6BE57572" w14:textId="3DA6862F" w:rsidR="00915FF7" w:rsidRPr="007130FA" w:rsidRDefault="00DF0065">
            <w:pPr>
              <w:rPr>
                <w:rFonts w:ascii="Palatino Linotype" w:hAnsi="Palatino Linotype"/>
              </w:rPr>
            </w:pPr>
            <w:r w:rsidRPr="00DF0065">
              <w:rPr>
                <w:rFonts w:ascii="Palatino Linotype" w:hAnsi="Palatino Linotype"/>
              </w:rPr>
              <w:t>Ölçmə cihazlarınız tanınmış standartlara uyğun olaraq kalibrlənir və izlənilə bilirmi?</w:t>
            </w:r>
          </w:p>
        </w:tc>
        <w:tc>
          <w:tcPr>
            <w:tcW w:w="5712" w:type="dxa"/>
          </w:tcPr>
          <w:p w14:paraId="34F1C70F" w14:textId="32EE02A7" w:rsidR="008E7EEB" w:rsidRPr="008E7EEB" w:rsidRDefault="00E62197">
            <w:pPr>
              <w:rPr>
                <w:rFonts w:ascii="Palatino Linotype" w:hAnsi="Palatino Linotype"/>
                <w:b/>
                <w:bCs/>
              </w:rPr>
            </w:pPr>
            <w:sdt>
              <w:sdtPr>
                <w:rPr>
                  <w:rFonts w:ascii="Palatino Linotype" w:hAnsi="Palatino Linotype"/>
                  <w:b/>
                  <w:bCs/>
                </w:rPr>
                <w:id w:val="193632792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Bəli</w:t>
            </w:r>
          </w:p>
          <w:p w14:paraId="0DF7F784" w14:textId="4A893448" w:rsidR="008E7EEB" w:rsidRPr="008E7EEB" w:rsidRDefault="00E62197">
            <w:pPr>
              <w:rPr>
                <w:rFonts w:ascii="Palatino Linotype" w:hAnsi="Palatino Linotype"/>
                <w:b/>
                <w:bCs/>
              </w:rPr>
            </w:pPr>
            <w:sdt>
              <w:sdtPr>
                <w:rPr>
                  <w:rFonts w:ascii="Palatino Linotype" w:hAnsi="Palatino Linotype"/>
                  <w:b/>
                  <w:bCs/>
                </w:rPr>
                <w:id w:val="501318611"/>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Uyğun deyil</w:t>
            </w:r>
          </w:p>
          <w:p w14:paraId="5CD799E9" w14:textId="73EA34AB" w:rsidR="00915FF7" w:rsidRPr="007130FA" w:rsidRDefault="00E62197">
            <w:pPr>
              <w:rPr>
                <w:rFonts w:ascii="Palatino Linotype" w:hAnsi="Palatino Linotype"/>
              </w:rPr>
            </w:pPr>
            <w:sdt>
              <w:sdtPr>
                <w:rPr>
                  <w:rFonts w:ascii="Palatino Linotype" w:hAnsi="Palatino Linotype"/>
                  <w:b/>
                  <w:bCs/>
                </w:rPr>
                <w:id w:val="-111367381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Xeyr</w:t>
            </w:r>
          </w:p>
        </w:tc>
      </w:tr>
    </w:tbl>
    <w:p w14:paraId="21E9DEFF" w14:textId="454D8391" w:rsidR="007A3FB5" w:rsidRPr="00BE0945" w:rsidRDefault="00AF27BC" w:rsidP="007A3FB5">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 xml:space="preserve">5. </w:t>
      </w:r>
      <w:r w:rsidR="00D752DD">
        <w:rPr>
          <w:rFonts w:ascii="Palatino Linotype" w:hAnsi="Palatino Linotype"/>
          <w:color w:val="984806" w:themeColor="accent6" w:themeShade="80"/>
        </w:rPr>
        <w:t>İstehsal gücü</w:t>
      </w:r>
      <w:r w:rsidR="007A3FB5" w:rsidRPr="00BE0945">
        <w:rPr>
          <w:rFonts w:ascii="Palatino Linotype" w:hAnsi="Palatino Linotype"/>
          <w:color w:val="984806" w:themeColor="accent6" w:themeShade="80"/>
        </w:rPr>
        <w:t xml:space="preserve"> və sabitli</w:t>
      </w:r>
      <w:r w:rsidR="00D752DD">
        <w:rPr>
          <w:rFonts w:ascii="Palatino Linotype" w:hAnsi="Palatino Linotype"/>
          <w:color w:val="984806" w:themeColor="accent6" w:themeShade="80"/>
        </w:rPr>
        <w:t>k</w:t>
      </w:r>
    </w:p>
    <w:tbl>
      <w:tblPr>
        <w:tblStyle w:val="TableGrid"/>
        <w:tblW w:w="13764" w:type="dxa"/>
        <w:jc w:val="center"/>
        <w:tblLook w:val="04A0" w:firstRow="1" w:lastRow="0" w:firstColumn="1" w:lastColumn="0" w:noHBand="0" w:noVBand="1"/>
      </w:tblPr>
      <w:tblGrid>
        <w:gridCol w:w="447"/>
        <w:gridCol w:w="6468"/>
        <w:gridCol w:w="6849"/>
      </w:tblGrid>
      <w:tr w:rsidR="00D8216A" w:rsidRPr="007130FA" w14:paraId="7F4E6760" w14:textId="77777777" w:rsidTr="004E379C">
        <w:trPr>
          <w:trHeight w:val="515"/>
          <w:jc w:val="center"/>
        </w:trPr>
        <w:tc>
          <w:tcPr>
            <w:tcW w:w="6915" w:type="dxa"/>
            <w:gridSpan w:val="2"/>
            <w:shd w:val="clear" w:color="auto" w:fill="F2F2F2"/>
            <w:vAlign w:val="center"/>
          </w:tcPr>
          <w:p w14:paraId="43A12C21" w14:textId="7AC2570D" w:rsidR="00D8216A" w:rsidRPr="007130FA" w:rsidRDefault="00D8216A" w:rsidP="00D8216A">
            <w:pPr>
              <w:jc w:val="center"/>
              <w:rPr>
                <w:rFonts w:ascii="Palatino Linotype" w:hAnsi="Palatino Linotype"/>
              </w:rPr>
            </w:pPr>
            <w:r w:rsidRPr="007130FA">
              <w:rPr>
                <w:rFonts w:ascii="Palatino Linotype" w:hAnsi="Palatino Linotype"/>
                <w:b/>
              </w:rPr>
              <w:t>Sual / Tələb</w:t>
            </w:r>
          </w:p>
        </w:tc>
        <w:tc>
          <w:tcPr>
            <w:tcW w:w="6849" w:type="dxa"/>
            <w:shd w:val="clear" w:color="auto" w:fill="F2F2F2"/>
            <w:vAlign w:val="center"/>
          </w:tcPr>
          <w:p w14:paraId="1926C488" w14:textId="77777777" w:rsidR="00D8216A" w:rsidRPr="007130FA" w:rsidRDefault="00D8216A" w:rsidP="00D8216A">
            <w:pPr>
              <w:jc w:val="center"/>
              <w:rPr>
                <w:rFonts w:ascii="Palatino Linotype" w:hAnsi="Palatino Linotype"/>
              </w:rPr>
            </w:pPr>
            <w:r w:rsidRPr="007130FA">
              <w:rPr>
                <w:rFonts w:ascii="Palatino Linotype" w:hAnsi="Palatino Linotype"/>
                <w:b/>
              </w:rPr>
              <w:t>Təchizatçının cavabı</w:t>
            </w:r>
          </w:p>
        </w:tc>
      </w:tr>
      <w:tr w:rsidR="00922A0F" w:rsidRPr="007130FA" w14:paraId="64419A7C" w14:textId="77777777" w:rsidTr="00F06DD8">
        <w:trPr>
          <w:trHeight w:val="646"/>
          <w:jc w:val="center"/>
        </w:trPr>
        <w:tc>
          <w:tcPr>
            <w:tcW w:w="447" w:type="dxa"/>
            <w:vAlign w:val="center"/>
          </w:tcPr>
          <w:p w14:paraId="7E9AC241" w14:textId="4E275A7F"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5.1</w:t>
            </w:r>
          </w:p>
        </w:tc>
        <w:tc>
          <w:tcPr>
            <w:tcW w:w="6468" w:type="dxa"/>
            <w:vAlign w:val="center"/>
          </w:tcPr>
          <w:p w14:paraId="7DE0C322" w14:textId="6B282831" w:rsidR="00922A0F" w:rsidRPr="00D752DD" w:rsidRDefault="00922A0F" w:rsidP="00D8216A">
            <w:pPr>
              <w:rPr>
                <w:rFonts w:ascii="Palatino Linotype" w:hAnsi="Palatino Linotype"/>
                <w:b/>
                <w:bCs/>
              </w:rPr>
            </w:pPr>
            <w:r w:rsidRPr="00D752DD">
              <w:rPr>
                <w:rFonts w:ascii="Palatino Linotype" w:hAnsi="Palatino Linotype"/>
                <w:b/>
                <w:bCs/>
              </w:rPr>
              <w:t>İşçilərin təxmini sayı</w:t>
            </w:r>
          </w:p>
        </w:tc>
        <w:tc>
          <w:tcPr>
            <w:tcW w:w="6849" w:type="dxa"/>
            <w:vAlign w:val="center"/>
          </w:tcPr>
          <w:p w14:paraId="32AAF9E5" w14:textId="77777777" w:rsidR="00922A0F" w:rsidRPr="007130FA" w:rsidRDefault="00922A0F" w:rsidP="00D8216A">
            <w:pPr>
              <w:rPr>
                <w:rFonts w:ascii="Palatino Linotype" w:hAnsi="Palatino Linotype"/>
              </w:rPr>
            </w:pPr>
          </w:p>
        </w:tc>
      </w:tr>
      <w:tr w:rsidR="00922A0F" w:rsidRPr="007130FA" w14:paraId="63046CC0" w14:textId="77777777" w:rsidTr="00F06DD8">
        <w:trPr>
          <w:trHeight w:val="646"/>
          <w:jc w:val="center"/>
        </w:trPr>
        <w:tc>
          <w:tcPr>
            <w:tcW w:w="447" w:type="dxa"/>
            <w:vAlign w:val="center"/>
          </w:tcPr>
          <w:p w14:paraId="3761B3E2" w14:textId="4B2FD3EF"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5.2</w:t>
            </w:r>
          </w:p>
        </w:tc>
        <w:tc>
          <w:tcPr>
            <w:tcW w:w="6468" w:type="dxa"/>
            <w:vAlign w:val="center"/>
          </w:tcPr>
          <w:p w14:paraId="43D06E26" w14:textId="1928E127" w:rsidR="00922A0F" w:rsidRPr="007130FA" w:rsidRDefault="007A3FB5" w:rsidP="00D8216A">
            <w:pPr>
              <w:rPr>
                <w:rFonts w:ascii="Palatino Linotype" w:hAnsi="Palatino Linotype"/>
              </w:rPr>
            </w:pPr>
            <w:r w:rsidRPr="007A3FB5">
              <w:rPr>
                <w:rFonts w:ascii="Palatino Linotype" w:hAnsi="Palatino Linotype"/>
                <w:b/>
                <w:bCs/>
              </w:rPr>
              <w:t xml:space="preserve">İllik dövriyyə ABŞ dolları ilə </w:t>
            </w:r>
            <w:r w:rsidRPr="007A3FB5">
              <w:rPr>
                <w:rFonts w:ascii="Palatino Linotype" w:hAnsi="Palatino Linotype"/>
              </w:rPr>
              <w:t>(uyğun diapazonu seçin)</w:t>
            </w:r>
          </w:p>
        </w:tc>
        <w:tc>
          <w:tcPr>
            <w:tcW w:w="6849" w:type="dxa"/>
            <w:vAlign w:val="center"/>
          </w:tcPr>
          <w:p w14:paraId="615CFED9" w14:textId="47962AD0" w:rsidR="00D8216A" w:rsidRPr="00D8216A" w:rsidRDefault="00E62197" w:rsidP="007D4A55">
            <w:pPr>
              <w:jc w:val="center"/>
              <w:rPr>
                <w:rFonts w:ascii="Palatino Linotype" w:hAnsi="Palatino Linotype"/>
                <w:b/>
                <w:bCs/>
              </w:rPr>
            </w:pPr>
            <w:sdt>
              <w:sdtPr>
                <w:rPr>
                  <w:rFonts w:ascii="Palatino Linotype" w:hAnsi="Palatino Linotype"/>
                  <w:b/>
                  <w:bCs/>
                </w:rPr>
                <w:id w:val="-810942853"/>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D8216A" w:rsidRPr="00D8216A">
              <w:rPr>
                <w:rFonts w:ascii="Palatino Linotype" w:hAnsi="Palatino Linotype"/>
                <w:b/>
                <w:bCs/>
              </w:rPr>
              <w:t xml:space="preserve">&lt; 1M </w:t>
            </w:r>
            <w:sdt>
              <w:sdtPr>
                <w:rPr>
                  <w:rFonts w:ascii="Palatino Linotype" w:hAnsi="Palatino Linotype"/>
                  <w:b/>
                  <w:bCs/>
                </w:rPr>
                <w:id w:val="-1171026011"/>
                <w14:checkbox>
                  <w14:checked w14:val="0"/>
                  <w14:checkedState w14:val="2612" w14:font="MS Gothic"/>
                  <w14:uncheckedState w14:val="2610" w14:font="MS Gothic"/>
                </w14:checkbox>
              </w:sdtPr>
              <w:sdtEndPr/>
              <w:sdtContent>
                <w:r w:rsidR="0079197D">
                  <w:rPr>
                    <w:rFonts w:ascii="MS Gothic" w:eastAsia="MS Gothic" w:hAnsi="MS Gothic" w:hint="eastAsia"/>
                    <w:b/>
                    <w:bCs/>
                  </w:rPr>
                  <w:t>☐</w:t>
                </w:r>
              </w:sdtContent>
            </w:sdt>
            <w:r w:rsidR="00D8216A" w:rsidRPr="00D8216A">
              <w:rPr>
                <w:rFonts w:ascii="Palatino Linotype" w:hAnsi="Palatino Linotype"/>
                <w:b/>
                <w:bCs/>
              </w:rPr>
              <w:t xml:space="preserve">1 </w:t>
            </w:r>
            <w:r w:rsidR="00D8216A" w:rsidRPr="00D8216A">
              <w:rPr>
                <w:rFonts w:ascii="Palatino Linotype" w:hAnsi="Palatino Linotype" w:cs="Palatino Linotype"/>
                <w:b/>
                <w:bCs/>
              </w:rPr>
              <w:t xml:space="preserve">– </w:t>
            </w:r>
            <w:r w:rsidR="00D8216A" w:rsidRPr="00D8216A">
              <w:rPr>
                <w:rFonts w:ascii="Palatino Linotype" w:hAnsi="Palatino Linotype"/>
                <w:b/>
                <w:bCs/>
              </w:rPr>
              <w:t xml:space="preserve">5M </w:t>
            </w:r>
            <w:sdt>
              <w:sdtPr>
                <w:rPr>
                  <w:rFonts w:ascii="Palatino Linotype" w:hAnsi="Palatino Linotype"/>
                  <w:b/>
                  <w:bCs/>
                </w:rPr>
                <w:id w:val="1761176788"/>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D8216A" w:rsidRPr="00D8216A">
              <w:rPr>
                <w:rFonts w:ascii="Palatino Linotype" w:hAnsi="Palatino Linotype"/>
                <w:b/>
                <w:bCs/>
              </w:rPr>
              <w:t xml:space="preserve">5 </w:t>
            </w:r>
            <w:r w:rsidR="00D8216A" w:rsidRPr="00D8216A">
              <w:rPr>
                <w:rFonts w:ascii="Palatino Linotype" w:hAnsi="Palatino Linotype" w:cs="Palatino Linotype"/>
                <w:b/>
                <w:bCs/>
              </w:rPr>
              <w:t xml:space="preserve">– </w:t>
            </w:r>
            <w:r w:rsidR="00D8216A" w:rsidRPr="00D8216A">
              <w:rPr>
                <w:rFonts w:ascii="Palatino Linotype" w:hAnsi="Palatino Linotype"/>
                <w:b/>
                <w:bCs/>
              </w:rPr>
              <w:t xml:space="preserve">20M </w:t>
            </w:r>
            <w:sdt>
              <w:sdtPr>
                <w:rPr>
                  <w:rFonts w:ascii="Palatino Linotype" w:hAnsi="Palatino Linotype"/>
                  <w:b/>
                  <w:bCs/>
                </w:rPr>
                <w:id w:val="-991015013"/>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D8216A" w:rsidRPr="00D8216A">
              <w:rPr>
                <w:rFonts w:ascii="Palatino Linotype" w:hAnsi="Palatino Linotype"/>
                <w:b/>
                <w:bCs/>
              </w:rPr>
              <w:t xml:space="preserve">20 </w:t>
            </w:r>
            <w:r w:rsidR="00D8216A" w:rsidRPr="00D8216A">
              <w:rPr>
                <w:rFonts w:ascii="Palatino Linotype" w:hAnsi="Palatino Linotype" w:cs="Palatino Linotype"/>
                <w:b/>
                <w:bCs/>
              </w:rPr>
              <w:t xml:space="preserve">– </w:t>
            </w:r>
            <w:r w:rsidR="00D8216A" w:rsidRPr="00D8216A">
              <w:rPr>
                <w:rFonts w:ascii="Palatino Linotype" w:hAnsi="Palatino Linotype"/>
                <w:b/>
                <w:bCs/>
              </w:rPr>
              <w:t xml:space="preserve">100M </w:t>
            </w:r>
            <w:sdt>
              <w:sdtPr>
                <w:rPr>
                  <w:rFonts w:ascii="Palatino Linotype" w:hAnsi="Palatino Linotype"/>
                  <w:b/>
                  <w:bCs/>
                </w:rPr>
                <w:id w:val="156424983"/>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D8216A" w:rsidRPr="00D8216A">
              <w:rPr>
                <w:rFonts w:ascii="Palatino Linotype" w:hAnsi="Palatino Linotype"/>
                <w:b/>
                <w:bCs/>
              </w:rPr>
              <w:t>&gt; 100M</w:t>
            </w:r>
          </w:p>
          <w:p w14:paraId="2E1E7F3F" w14:textId="070B98A1" w:rsidR="00922A0F" w:rsidRPr="007130FA" w:rsidRDefault="00E62197" w:rsidP="007D4A55">
            <w:pPr>
              <w:jc w:val="center"/>
              <w:rPr>
                <w:rFonts w:ascii="Palatino Linotype" w:hAnsi="Palatino Linotype"/>
              </w:rPr>
            </w:pPr>
            <w:sdt>
              <w:sdtPr>
                <w:rPr>
                  <w:rFonts w:ascii="Palatino Linotype" w:hAnsi="Palatino Linotype"/>
                  <w:b/>
                  <w:bCs/>
                </w:rPr>
                <w:id w:val="-983849450"/>
                <w14:checkbox>
                  <w14:checked w14:val="0"/>
                  <w14:checkedState w14:val="2612" w14:font="MS Gothic"/>
                  <w14:uncheckedState w14:val="2610" w14:font="MS Gothic"/>
                </w14:checkbox>
              </w:sdtPr>
              <w:sdtEndPr/>
              <w:sdtContent>
                <w:r w:rsidR="0079197D">
                  <w:rPr>
                    <w:rFonts w:ascii="MS Gothic" w:eastAsia="MS Gothic" w:hAnsi="MS Gothic" w:hint="eastAsia"/>
                    <w:b/>
                    <w:bCs/>
                  </w:rPr>
                  <w:t>☐</w:t>
                </w:r>
              </w:sdtContent>
            </w:sdt>
            <w:r w:rsidR="00D8216A" w:rsidRPr="00D8216A">
              <w:rPr>
                <w:rFonts w:ascii="Palatino Linotype" w:hAnsi="Palatino Linotype"/>
                <w:b/>
                <w:bCs/>
              </w:rPr>
              <w:t>Açıqlamamağı üstün tuturam</w:t>
            </w:r>
          </w:p>
        </w:tc>
      </w:tr>
      <w:tr w:rsidR="00922A0F" w:rsidRPr="007130FA" w14:paraId="386A9D99" w14:textId="77777777" w:rsidTr="00F06DD8">
        <w:trPr>
          <w:trHeight w:val="646"/>
          <w:jc w:val="center"/>
        </w:trPr>
        <w:tc>
          <w:tcPr>
            <w:tcW w:w="447" w:type="dxa"/>
            <w:vAlign w:val="center"/>
          </w:tcPr>
          <w:p w14:paraId="12F6A352" w14:textId="249DE525"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5.3</w:t>
            </w:r>
          </w:p>
        </w:tc>
        <w:tc>
          <w:tcPr>
            <w:tcW w:w="6468" w:type="dxa"/>
            <w:vAlign w:val="center"/>
          </w:tcPr>
          <w:p w14:paraId="3BCCEBED" w14:textId="1C93884B" w:rsidR="00922A0F" w:rsidRPr="00D752DD" w:rsidRDefault="007A3FB5" w:rsidP="00D8216A">
            <w:pPr>
              <w:rPr>
                <w:rFonts w:ascii="Palatino Linotype" w:hAnsi="Palatino Linotype"/>
                <w:b/>
                <w:bCs/>
              </w:rPr>
            </w:pPr>
            <w:r w:rsidRPr="00D752DD">
              <w:rPr>
                <w:rFonts w:ascii="Palatino Linotype" w:hAnsi="Palatino Linotype"/>
                <w:b/>
                <w:bCs/>
              </w:rPr>
              <w:t xml:space="preserve">Təklif olunan iş həcmini tamamlamaq üçün </w:t>
            </w:r>
            <w:r w:rsidR="00D752DD">
              <w:rPr>
                <w:rFonts w:ascii="Palatino Linotype" w:hAnsi="Palatino Linotype"/>
                <w:b/>
                <w:bCs/>
              </w:rPr>
              <w:t>tələb olunan müddət</w:t>
            </w:r>
          </w:p>
        </w:tc>
        <w:tc>
          <w:tcPr>
            <w:tcW w:w="6849" w:type="dxa"/>
            <w:vAlign w:val="center"/>
          </w:tcPr>
          <w:p w14:paraId="3F83A556" w14:textId="77777777" w:rsidR="00922A0F" w:rsidRPr="007130FA" w:rsidRDefault="00922A0F" w:rsidP="00D8216A">
            <w:pPr>
              <w:rPr>
                <w:rFonts w:ascii="Palatino Linotype" w:hAnsi="Palatino Linotype"/>
              </w:rPr>
            </w:pPr>
          </w:p>
        </w:tc>
      </w:tr>
      <w:tr w:rsidR="00922A0F" w:rsidRPr="007130FA" w14:paraId="69FD1D79" w14:textId="77777777" w:rsidTr="00F06DD8">
        <w:trPr>
          <w:trHeight w:val="646"/>
          <w:jc w:val="center"/>
        </w:trPr>
        <w:tc>
          <w:tcPr>
            <w:tcW w:w="447" w:type="dxa"/>
            <w:vAlign w:val="center"/>
          </w:tcPr>
          <w:p w14:paraId="43B81835" w14:textId="27BC3F24"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lastRenderedPageBreak/>
              <w:t>5.4</w:t>
            </w:r>
          </w:p>
        </w:tc>
        <w:tc>
          <w:tcPr>
            <w:tcW w:w="6468" w:type="dxa"/>
            <w:vAlign w:val="center"/>
          </w:tcPr>
          <w:p w14:paraId="6D2CC9C0" w14:textId="7E7B61DF" w:rsidR="00922A0F" w:rsidRPr="007130FA" w:rsidRDefault="007A3FB5" w:rsidP="00D8216A">
            <w:pPr>
              <w:rPr>
                <w:rFonts w:ascii="Palatino Linotype" w:hAnsi="Palatino Linotype"/>
              </w:rPr>
            </w:pPr>
            <w:r w:rsidRPr="007A3FB5">
              <w:rPr>
                <w:rFonts w:ascii="Palatino Linotype" w:hAnsi="Palatino Linotype"/>
                <w:b/>
                <w:bCs/>
              </w:rPr>
              <w:t>Tutum məhdudiyyətləri</w:t>
            </w:r>
            <w:r w:rsidR="00DE05C5">
              <w:rPr>
                <w:rFonts w:ascii="Palatino Linotype" w:hAnsi="Palatino Linotype"/>
                <w:b/>
                <w:bCs/>
              </w:rPr>
              <w:t xml:space="preserve"> </w:t>
            </w:r>
            <w:r w:rsidRPr="007A3FB5">
              <w:rPr>
                <w:rFonts w:ascii="Palatino Linotype" w:hAnsi="Palatino Linotype"/>
                <w:b/>
                <w:bCs/>
              </w:rPr>
              <w:t>/</w:t>
            </w:r>
            <w:r w:rsidR="00DE05C5">
              <w:rPr>
                <w:rFonts w:ascii="Palatino Linotype" w:hAnsi="Palatino Linotype"/>
                <w:b/>
                <w:bCs/>
              </w:rPr>
              <w:t xml:space="preserve"> </w:t>
            </w:r>
            <w:r w:rsidRPr="007A3FB5">
              <w:rPr>
                <w:rFonts w:ascii="Palatino Linotype" w:hAnsi="Palatino Linotype"/>
                <w:b/>
                <w:bCs/>
              </w:rPr>
              <w:t xml:space="preserve">pik mövsüm məhdudiyyətləri </w:t>
            </w:r>
            <w:r w:rsidRPr="007A3FB5">
              <w:rPr>
                <w:rFonts w:ascii="Palatino Linotype" w:hAnsi="Palatino Linotype"/>
              </w:rPr>
              <w:t>(əgər varsa)</w:t>
            </w:r>
          </w:p>
        </w:tc>
        <w:tc>
          <w:tcPr>
            <w:tcW w:w="6849" w:type="dxa"/>
            <w:vAlign w:val="center"/>
          </w:tcPr>
          <w:p w14:paraId="6A44BC6A" w14:textId="77777777" w:rsidR="00922A0F" w:rsidRPr="007130FA" w:rsidRDefault="00922A0F" w:rsidP="00D8216A">
            <w:pPr>
              <w:rPr>
                <w:rFonts w:ascii="Palatino Linotype" w:hAnsi="Palatino Linotype"/>
              </w:rPr>
            </w:pPr>
          </w:p>
        </w:tc>
      </w:tr>
      <w:tr w:rsidR="00922A0F" w:rsidRPr="007130FA" w14:paraId="460F4685" w14:textId="77777777" w:rsidTr="00F06DD8">
        <w:trPr>
          <w:trHeight w:val="646"/>
          <w:jc w:val="center"/>
        </w:trPr>
        <w:tc>
          <w:tcPr>
            <w:tcW w:w="447" w:type="dxa"/>
            <w:vAlign w:val="center"/>
          </w:tcPr>
          <w:p w14:paraId="02EF3952" w14:textId="45676B29" w:rsidR="00922A0F" w:rsidRPr="00D8216A" w:rsidRDefault="00D8216A" w:rsidP="00D8216A">
            <w:pPr>
              <w:jc w:val="center"/>
              <w:rPr>
                <w:rFonts w:ascii="Palatino Linotype" w:hAnsi="Palatino Linotype"/>
                <w:sz w:val="18"/>
                <w:szCs w:val="18"/>
              </w:rPr>
            </w:pPr>
            <w:r w:rsidRPr="00D8216A">
              <w:rPr>
                <w:rFonts w:ascii="Palatino Linotype" w:hAnsi="Palatino Linotype"/>
                <w:sz w:val="18"/>
                <w:szCs w:val="18"/>
              </w:rPr>
              <w:t>5.5</w:t>
            </w:r>
          </w:p>
        </w:tc>
        <w:tc>
          <w:tcPr>
            <w:tcW w:w="6468" w:type="dxa"/>
            <w:vAlign w:val="center"/>
          </w:tcPr>
          <w:p w14:paraId="2E60AB89" w14:textId="07258F22" w:rsidR="00922A0F" w:rsidRPr="007130FA" w:rsidRDefault="007A3FB5" w:rsidP="00D8216A">
            <w:pPr>
              <w:rPr>
                <w:rFonts w:ascii="Palatino Linotype" w:hAnsi="Palatino Linotype"/>
              </w:rPr>
            </w:pPr>
            <w:r w:rsidRPr="007A3FB5">
              <w:rPr>
                <w:rFonts w:ascii="Palatino Linotype" w:hAnsi="Palatino Linotype"/>
                <w:b/>
                <w:bCs/>
              </w:rPr>
              <w:t xml:space="preserve">Zəmanət xidməti, satış sonrası dəstək və ehtiyat hissələri </w:t>
            </w:r>
            <w:r w:rsidRPr="007A3FB5">
              <w:rPr>
                <w:rFonts w:ascii="Palatino Linotype" w:hAnsi="Palatino Linotype"/>
              </w:rPr>
              <w:t>(əgər varsa)</w:t>
            </w:r>
          </w:p>
        </w:tc>
        <w:tc>
          <w:tcPr>
            <w:tcW w:w="6849" w:type="dxa"/>
            <w:vAlign w:val="center"/>
          </w:tcPr>
          <w:p w14:paraId="4DA174EB" w14:textId="77777777" w:rsidR="00922A0F" w:rsidRPr="007130FA" w:rsidRDefault="00922A0F" w:rsidP="00D8216A">
            <w:pPr>
              <w:rPr>
                <w:rFonts w:ascii="Palatino Linotype" w:hAnsi="Palatino Linotype"/>
              </w:rPr>
            </w:pPr>
          </w:p>
        </w:tc>
      </w:tr>
    </w:tbl>
    <w:p w14:paraId="54E1BF04" w14:textId="666EDC2F" w:rsidR="00AC743A" w:rsidRPr="00F06DD8" w:rsidRDefault="00AF27BC">
      <w:pPr>
        <w:pStyle w:val="Heading2"/>
        <w:rPr>
          <w:rFonts w:ascii="Palatino Linotype" w:hAnsi="Palatino Linotype"/>
          <w:color w:val="984806" w:themeColor="accent6" w:themeShade="80"/>
        </w:rPr>
      </w:pPr>
      <w:r w:rsidRPr="00F06DD8">
        <w:rPr>
          <w:rFonts w:ascii="Palatino Linotype" w:hAnsi="Palatino Linotype"/>
          <w:color w:val="984806" w:themeColor="accent6" w:themeShade="80"/>
        </w:rPr>
        <w:t>6. Əvvəlki müştərilərin əlaqə məlumatları</w:t>
      </w:r>
      <w:r w:rsidR="00DE05C5">
        <w:rPr>
          <w:rFonts w:ascii="Palatino Linotype" w:hAnsi="Palatino Linotype"/>
          <w:color w:val="984806" w:themeColor="accent6" w:themeShade="80"/>
        </w:rPr>
        <w:t xml:space="preserve"> </w:t>
      </w:r>
      <w:r w:rsidRPr="00F06DD8">
        <w:rPr>
          <w:rFonts w:ascii="Palatino Linotype" w:hAnsi="Palatino Linotype"/>
          <w:color w:val="984806" w:themeColor="accent6" w:themeShade="80"/>
        </w:rPr>
        <w:t>/</w:t>
      </w:r>
      <w:r w:rsidR="00DE05C5">
        <w:rPr>
          <w:rFonts w:ascii="Palatino Linotype" w:hAnsi="Palatino Linotype"/>
          <w:color w:val="984806" w:themeColor="accent6" w:themeShade="80"/>
        </w:rPr>
        <w:t xml:space="preserve"> referanslar</w:t>
      </w:r>
    </w:p>
    <w:tbl>
      <w:tblPr>
        <w:tblStyle w:val="TableGrid"/>
        <w:tblW w:w="0" w:type="auto"/>
        <w:jc w:val="center"/>
        <w:tblLook w:val="04A0" w:firstRow="1" w:lastRow="0" w:firstColumn="1" w:lastColumn="0" w:noHBand="0" w:noVBand="1"/>
      </w:tblPr>
      <w:tblGrid>
        <w:gridCol w:w="441"/>
        <w:gridCol w:w="6390"/>
        <w:gridCol w:w="6731"/>
      </w:tblGrid>
      <w:tr w:rsidR="00310709" w:rsidRPr="007130FA" w14:paraId="197E3F8A" w14:textId="77777777" w:rsidTr="00F06DD8">
        <w:trPr>
          <w:trHeight w:val="462"/>
          <w:jc w:val="center"/>
        </w:trPr>
        <w:tc>
          <w:tcPr>
            <w:tcW w:w="6904" w:type="dxa"/>
            <w:gridSpan w:val="2"/>
            <w:shd w:val="clear" w:color="auto" w:fill="F2F2F2"/>
            <w:vAlign w:val="center"/>
          </w:tcPr>
          <w:p w14:paraId="7369D47E" w14:textId="20FA89D6" w:rsidR="00946521" w:rsidRPr="007130FA" w:rsidRDefault="00946521" w:rsidP="00946521">
            <w:pPr>
              <w:jc w:val="center"/>
              <w:rPr>
                <w:rFonts w:ascii="Palatino Linotype" w:hAnsi="Palatino Linotype"/>
              </w:rPr>
            </w:pPr>
            <w:r w:rsidRPr="007130FA">
              <w:rPr>
                <w:rFonts w:ascii="Palatino Linotype" w:hAnsi="Palatino Linotype"/>
                <w:b/>
              </w:rPr>
              <w:t>Sual / Tələb</w:t>
            </w:r>
          </w:p>
        </w:tc>
        <w:tc>
          <w:tcPr>
            <w:tcW w:w="6869" w:type="dxa"/>
            <w:shd w:val="clear" w:color="auto" w:fill="F2F2F2"/>
            <w:vAlign w:val="center"/>
          </w:tcPr>
          <w:p w14:paraId="3E09D006" w14:textId="77777777" w:rsidR="00946521" w:rsidRPr="007130FA" w:rsidRDefault="00946521" w:rsidP="00946521">
            <w:pPr>
              <w:jc w:val="center"/>
              <w:rPr>
                <w:rFonts w:ascii="Palatino Linotype" w:hAnsi="Palatino Linotype"/>
              </w:rPr>
            </w:pPr>
            <w:r w:rsidRPr="007130FA">
              <w:rPr>
                <w:rFonts w:ascii="Palatino Linotype" w:hAnsi="Palatino Linotype"/>
                <w:b/>
              </w:rPr>
              <w:t>Təchizatçının cavabı</w:t>
            </w:r>
          </w:p>
        </w:tc>
      </w:tr>
      <w:tr w:rsidR="00310709" w:rsidRPr="007130FA" w14:paraId="5EB2C716" w14:textId="77777777" w:rsidTr="00EC5530">
        <w:trPr>
          <w:trHeight w:val="2787"/>
          <w:jc w:val="center"/>
        </w:trPr>
        <w:tc>
          <w:tcPr>
            <w:tcW w:w="385" w:type="dxa"/>
            <w:vAlign w:val="center"/>
          </w:tcPr>
          <w:p w14:paraId="26DD3E84" w14:textId="37A31AD8" w:rsidR="00946521" w:rsidRPr="00F06DD8" w:rsidRDefault="00946521" w:rsidP="00946521">
            <w:pPr>
              <w:jc w:val="center"/>
              <w:rPr>
                <w:rFonts w:ascii="Palatino Linotype" w:hAnsi="Palatino Linotype"/>
                <w:sz w:val="18"/>
                <w:szCs w:val="18"/>
              </w:rPr>
            </w:pPr>
            <w:r w:rsidRPr="00F06DD8">
              <w:rPr>
                <w:rFonts w:ascii="Palatino Linotype" w:hAnsi="Palatino Linotype"/>
                <w:sz w:val="18"/>
                <w:szCs w:val="18"/>
              </w:rPr>
              <w:t>6.1</w:t>
            </w:r>
          </w:p>
        </w:tc>
        <w:tc>
          <w:tcPr>
            <w:tcW w:w="6519" w:type="dxa"/>
            <w:vAlign w:val="center"/>
          </w:tcPr>
          <w:p w14:paraId="1B583DF1" w14:textId="31E3EAFD" w:rsidR="00946521" w:rsidRPr="007130FA" w:rsidRDefault="00310709" w:rsidP="00310709">
            <w:pPr>
              <w:rPr>
                <w:rFonts w:ascii="Palatino Linotype" w:hAnsi="Palatino Linotype"/>
              </w:rPr>
            </w:pPr>
            <w:r>
              <w:rPr>
                <w:rFonts w:ascii="Palatino Linotype" w:hAnsi="Palatino Linotype"/>
              </w:rPr>
              <w:t xml:space="preserve">Təklif edilən mal / xidmətlərə üçün </w:t>
            </w:r>
            <w:r w:rsidR="007A3FB5" w:rsidRPr="007A3FB5">
              <w:rPr>
                <w:rFonts w:ascii="Palatino Linotype" w:hAnsi="Palatino Linotype"/>
              </w:rPr>
              <w:t>müştərilərdən ən azı iki rəy təqdim edin</w:t>
            </w:r>
            <w:r>
              <w:rPr>
                <w:rFonts w:ascii="Palatino Linotype" w:hAnsi="Palatino Linotype"/>
              </w:rPr>
              <w:t xml:space="preserve"> (ş</w:t>
            </w:r>
            <w:r w:rsidR="007A3FB5" w:rsidRPr="008A2469">
              <w:rPr>
                <w:rFonts w:ascii="Palatino Linotype" w:hAnsi="Palatino Linotype"/>
              </w:rPr>
              <w:t>irkətin adı</w:t>
            </w:r>
            <w:r>
              <w:rPr>
                <w:rFonts w:ascii="Palatino Linotype" w:hAnsi="Palatino Linotype"/>
              </w:rPr>
              <w:t>, ö</w:t>
            </w:r>
            <w:r w:rsidR="007A3FB5" w:rsidRPr="008A2469">
              <w:rPr>
                <w:rFonts w:ascii="Palatino Linotype" w:hAnsi="Palatino Linotype"/>
              </w:rPr>
              <w:t>lkə</w:t>
            </w:r>
            <w:r>
              <w:rPr>
                <w:rFonts w:ascii="Palatino Linotype" w:hAnsi="Palatino Linotype"/>
              </w:rPr>
              <w:t>, əməkdalıq müddəti, ə</w:t>
            </w:r>
            <w:r w:rsidR="007A3FB5" w:rsidRPr="008A2469">
              <w:rPr>
                <w:rFonts w:ascii="Palatino Linotype" w:hAnsi="Palatino Linotype"/>
              </w:rPr>
              <w:t>laqələndirici şəxs</w:t>
            </w:r>
            <w:r>
              <w:rPr>
                <w:rFonts w:ascii="Palatino Linotype" w:hAnsi="Palatino Linotype"/>
              </w:rPr>
              <w:t xml:space="preserve">in </w:t>
            </w:r>
            <w:r w:rsidR="007A3FB5" w:rsidRPr="008A2469">
              <w:rPr>
                <w:rFonts w:ascii="Palatino Linotype" w:hAnsi="Palatino Linotype"/>
              </w:rPr>
              <w:t>adı, vəzifəsi, elektron poçtu və/və ya telefon nömrəsi</w:t>
            </w:r>
            <w:r>
              <w:rPr>
                <w:rFonts w:ascii="Palatino Linotype" w:hAnsi="Palatino Linotype"/>
              </w:rPr>
              <w:t xml:space="preserve"> qeyd edilməklə</w:t>
            </w:r>
            <w:r w:rsidR="007A3FB5" w:rsidRPr="008A2469">
              <w:rPr>
                <w:rFonts w:ascii="Palatino Linotype" w:hAnsi="Palatino Linotype"/>
              </w:rPr>
              <w:t>)</w:t>
            </w:r>
            <w:r>
              <w:rPr>
                <w:rFonts w:ascii="Palatino Linotype" w:hAnsi="Palatino Linotype"/>
              </w:rPr>
              <w:t>.</w:t>
            </w:r>
          </w:p>
        </w:tc>
        <w:tc>
          <w:tcPr>
            <w:tcW w:w="6869" w:type="dxa"/>
            <w:vAlign w:val="center"/>
          </w:tcPr>
          <w:p w14:paraId="234D11DB" w14:textId="77777777" w:rsidR="00946521" w:rsidRPr="007130FA" w:rsidRDefault="00946521" w:rsidP="00946521">
            <w:pPr>
              <w:rPr>
                <w:rFonts w:ascii="Palatino Linotype" w:hAnsi="Palatino Linotype"/>
              </w:rPr>
            </w:pPr>
          </w:p>
        </w:tc>
      </w:tr>
    </w:tbl>
    <w:p w14:paraId="2A943638" w14:textId="5E7E4F90" w:rsidR="00AC743A" w:rsidRPr="00AA0225" w:rsidRDefault="00AF27BC">
      <w:pPr>
        <w:pStyle w:val="Heading2"/>
        <w:rPr>
          <w:rFonts w:ascii="Palatino Linotype" w:hAnsi="Palatino Linotype"/>
          <w:color w:val="984806" w:themeColor="accent6" w:themeShade="80"/>
        </w:rPr>
      </w:pPr>
      <w:r w:rsidRPr="00AA0225">
        <w:rPr>
          <w:rFonts w:ascii="Palatino Linotype" w:hAnsi="Palatino Linotype"/>
          <w:color w:val="984806" w:themeColor="accent6" w:themeShade="80"/>
        </w:rPr>
        <w:t xml:space="preserve">7. </w:t>
      </w:r>
      <w:r w:rsidR="00310709">
        <w:rPr>
          <w:rFonts w:ascii="Palatino Linotype" w:hAnsi="Palatino Linotype"/>
          <w:color w:val="984806" w:themeColor="accent6" w:themeShade="80"/>
        </w:rPr>
        <w:t xml:space="preserve">Mütləq təqdim ediləcək </w:t>
      </w:r>
      <w:r w:rsidR="00BA47DD">
        <w:rPr>
          <w:rFonts w:ascii="Palatino Linotype" w:hAnsi="Palatino Linotype"/>
          <w:color w:val="984806" w:themeColor="accent6" w:themeShade="80"/>
        </w:rPr>
        <w:t>sənədlər</w:t>
      </w:r>
      <w:r w:rsidRPr="00AA0225">
        <w:rPr>
          <w:rFonts w:ascii="Palatino Linotype" w:hAnsi="Palatino Linotype"/>
          <w:color w:val="984806" w:themeColor="accent6" w:themeShade="80"/>
        </w:rPr>
        <w:t xml:space="preserve"> </w:t>
      </w:r>
      <w:r w:rsidR="00310709">
        <w:rPr>
          <w:rFonts w:ascii="Palatino Linotype" w:hAnsi="Palatino Linotype"/>
          <w:color w:val="984806" w:themeColor="accent6" w:themeShade="80"/>
        </w:rPr>
        <w:t>s</w:t>
      </w:r>
      <w:r w:rsidRPr="00AA0225">
        <w:rPr>
          <w:rFonts w:ascii="Palatino Linotype" w:hAnsi="Palatino Linotype"/>
          <w:color w:val="984806" w:themeColor="accent6" w:themeShade="80"/>
        </w:rPr>
        <w:t>iyahısı (</w:t>
      </w:r>
      <w:r w:rsidR="00310709">
        <w:rPr>
          <w:rFonts w:ascii="Palatino Linotype" w:hAnsi="Palatino Linotype"/>
          <w:color w:val="984806" w:themeColor="accent6" w:themeShade="80"/>
        </w:rPr>
        <w:t>Əsas bölmə</w:t>
      </w:r>
      <w:r w:rsidRPr="00AA0225">
        <w:rPr>
          <w:rFonts w:ascii="Palatino Linotype" w:hAnsi="Palatino Linotype"/>
          <w:color w:val="984806" w:themeColor="accent6" w:themeShade="80"/>
        </w:rPr>
        <w:t>)</w:t>
      </w:r>
    </w:p>
    <w:p w14:paraId="444142FF" w14:textId="3C56D858" w:rsidR="00C5066E" w:rsidRPr="00837C06" w:rsidRDefault="00310709" w:rsidP="00927D1D">
      <w:pPr>
        <w:pStyle w:val="ListBullet"/>
        <w:numPr>
          <w:ilvl w:val="0"/>
          <w:numId w:val="0"/>
        </w:numPr>
        <w:ind w:left="360" w:hanging="360"/>
        <w:rPr>
          <w:rFonts w:ascii="Segoe UI Symbol" w:hAnsi="Segoe UI Symbol" w:cs="Segoe UI Symbol"/>
        </w:rPr>
      </w:pPr>
      <w:r>
        <w:rPr>
          <w:rFonts w:ascii="Palatino Linotype" w:hAnsi="Palatino Linotype"/>
          <w:b/>
          <w:bCs/>
        </w:rPr>
        <w:t>Əsas</w:t>
      </w:r>
      <w:r w:rsidR="00837C06" w:rsidRPr="00837C06">
        <w:rPr>
          <w:rFonts w:ascii="Palatino Linotype" w:hAnsi="Palatino Linotype"/>
          <w:b/>
          <w:bCs/>
        </w:rPr>
        <w:t xml:space="preserve"> bölmə</w:t>
      </w:r>
      <w:r>
        <w:rPr>
          <w:rFonts w:ascii="Palatino Linotype" w:hAnsi="Palatino Linotype"/>
          <w:b/>
          <w:bCs/>
        </w:rPr>
        <w:t>də</w:t>
      </w:r>
      <w:r w:rsidR="00837C06" w:rsidRPr="00837C06">
        <w:rPr>
          <w:rFonts w:ascii="Palatino Linotype" w:hAnsi="Palatino Linotype"/>
          <w:b/>
          <w:bCs/>
        </w:rPr>
        <w:t xml:space="preserve"> </w:t>
      </w:r>
      <w:r w:rsidR="00837C06" w:rsidRPr="00837C06">
        <w:rPr>
          <w:rFonts w:ascii="Palatino Linotype" w:hAnsi="Palatino Linotype"/>
          <w:b/>
        </w:rPr>
        <w:t>verilən məlumatları dəstəkləmək üçün aşağıdakı sənədləri əlavə edin :</w:t>
      </w:r>
    </w:p>
    <w:p w14:paraId="3C500D8F" w14:textId="38A1E6DC" w:rsidR="00837C06" w:rsidRDefault="00837C06" w:rsidP="00837C06">
      <w:pPr>
        <w:pStyle w:val="ListBullet"/>
        <w:numPr>
          <w:ilvl w:val="0"/>
          <w:numId w:val="0"/>
        </w:numPr>
        <w:ind w:left="360" w:hanging="360"/>
        <w:rPr>
          <w:rFonts w:ascii="Segoe UI Symbol" w:hAnsi="Segoe UI Symbol" w:cs="Segoe UI Symbol"/>
        </w:rPr>
        <w:sectPr w:rsidR="00837C06" w:rsidSect="00E4721D">
          <w:headerReference w:type="default" r:id="rId16"/>
          <w:pgSz w:w="15840" w:h="12240" w:orient="landscape"/>
          <w:pgMar w:top="1134" w:right="1134" w:bottom="1134" w:left="1134" w:header="720" w:footer="720" w:gutter="0"/>
          <w:cols w:space="720"/>
          <w:docGrid w:linePitch="360"/>
        </w:sectPr>
      </w:pPr>
    </w:p>
    <w:p w14:paraId="3A05ADBC" w14:textId="1646F75A" w:rsidR="00AC743A" w:rsidRPr="007130FA" w:rsidRDefault="00E62197">
      <w:pPr>
        <w:pStyle w:val="ListBullet"/>
        <w:rPr>
          <w:rFonts w:ascii="Palatino Linotype" w:hAnsi="Palatino Linotype"/>
        </w:rPr>
      </w:pPr>
      <w:sdt>
        <w:sdtPr>
          <w:rPr>
            <w:rFonts w:ascii="Palatino Linotype" w:hAnsi="Palatino Linotype"/>
            <w:b/>
            <w:bCs/>
          </w:rPr>
          <w:id w:val="1649703464"/>
          <w14:checkbox>
            <w14:checked w14:val="0"/>
            <w14:checkedState w14:val="2612" w14:font="MS Gothic"/>
            <w14:uncheckedState w14:val="2610" w14:font="MS Gothic"/>
          </w14:checkbox>
        </w:sdtPr>
        <w:sdtEndPr/>
        <w:sdtContent>
          <w:r w:rsidR="00837C06">
            <w:rPr>
              <w:rFonts w:ascii="MS Gothic" w:eastAsia="MS Gothic" w:hAnsi="MS Gothic" w:hint="eastAsia"/>
              <w:b/>
              <w:bCs/>
            </w:rPr>
            <w:t>☐</w:t>
          </w:r>
        </w:sdtContent>
      </w:sdt>
      <w:r w:rsidR="00837C06" w:rsidRPr="006D21CB">
        <w:rPr>
          <w:rFonts w:ascii="Palatino Linotype" w:hAnsi="Palatino Linotype"/>
          <w:b/>
          <w:bCs/>
        </w:rPr>
        <w:t xml:space="preserve"> </w:t>
      </w:r>
      <w:r w:rsidR="00837C06" w:rsidRPr="00837C06">
        <w:rPr>
          <w:rFonts w:ascii="Palatino Linotype" w:hAnsi="Palatino Linotype"/>
        </w:rPr>
        <w:t>Şirkətin qeydiyyatı haqqında şəhadətnamə</w:t>
      </w:r>
      <w:r w:rsidR="00746CE7">
        <w:rPr>
          <w:rFonts w:ascii="Palatino Linotype" w:hAnsi="Palatino Linotype"/>
        </w:rPr>
        <w:t xml:space="preserve"> </w:t>
      </w:r>
      <w:r w:rsidR="00837C06" w:rsidRPr="00837C06">
        <w:rPr>
          <w:rFonts w:ascii="Palatino Linotype" w:hAnsi="Palatino Linotype"/>
        </w:rPr>
        <w:t>/</w:t>
      </w:r>
      <w:r w:rsidR="00746CE7">
        <w:rPr>
          <w:rFonts w:ascii="Palatino Linotype" w:hAnsi="Palatino Linotype"/>
        </w:rPr>
        <w:t xml:space="preserve"> </w:t>
      </w:r>
      <w:r w:rsidR="00837C06" w:rsidRPr="00837C06">
        <w:rPr>
          <w:rFonts w:ascii="Palatino Linotype" w:hAnsi="Palatino Linotype"/>
        </w:rPr>
        <w:t>reyestrdən çıxarış</w:t>
      </w:r>
    </w:p>
    <w:p w14:paraId="06E6D40D" w14:textId="211F0059" w:rsidR="00AC743A" w:rsidRDefault="00E62197">
      <w:pPr>
        <w:pStyle w:val="ListBullet"/>
        <w:rPr>
          <w:rFonts w:ascii="Palatino Linotype" w:hAnsi="Palatino Linotype"/>
        </w:rPr>
      </w:pPr>
      <w:sdt>
        <w:sdtPr>
          <w:rPr>
            <w:rFonts w:ascii="Palatino Linotype" w:hAnsi="Palatino Linotype"/>
            <w:b/>
            <w:bCs/>
          </w:rPr>
          <w:id w:val="1811677745"/>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D4D1C">
        <w:rPr>
          <w:rFonts w:ascii="Palatino Linotype" w:hAnsi="Palatino Linotype"/>
        </w:rPr>
        <w:t>VÖİN</w:t>
      </w:r>
      <w:r w:rsidR="00837C06" w:rsidRPr="00837C06">
        <w:rPr>
          <w:rFonts w:ascii="Palatino Linotype" w:hAnsi="Palatino Linotype"/>
        </w:rPr>
        <w:t xml:space="preserve"> şəhadətnaməsi </w:t>
      </w:r>
    </w:p>
    <w:p w14:paraId="7258556A" w14:textId="134C80E0" w:rsidR="009F49E1" w:rsidRPr="009F49E1" w:rsidRDefault="00E62197" w:rsidP="009F49E1">
      <w:pPr>
        <w:pStyle w:val="ListBullet"/>
        <w:rPr>
          <w:rFonts w:ascii="Palatino Linotype" w:hAnsi="Palatino Linotype"/>
        </w:rPr>
      </w:pPr>
      <w:sdt>
        <w:sdtPr>
          <w:rPr>
            <w:rFonts w:ascii="Palatino Linotype" w:hAnsi="Palatino Linotype"/>
            <w:b/>
            <w:bCs/>
          </w:rPr>
          <w:id w:val="809140704"/>
          <w14:checkbox>
            <w14:checked w14:val="0"/>
            <w14:checkedState w14:val="2612" w14:font="MS Gothic"/>
            <w14:uncheckedState w14:val="2610" w14:font="MS Gothic"/>
          </w14:checkbox>
        </w:sdtPr>
        <w:sdtEndPr/>
        <w:sdtContent>
          <w:r w:rsidR="009F49E1">
            <w:rPr>
              <w:rFonts w:ascii="MS Gothic" w:eastAsia="MS Gothic" w:hAnsi="MS Gothic" w:hint="eastAsia"/>
              <w:b/>
              <w:bCs/>
            </w:rPr>
            <w:t>☐</w:t>
          </w:r>
        </w:sdtContent>
      </w:sdt>
      <w:r w:rsidR="009F49E1" w:rsidRPr="00D8216A">
        <w:rPr>
          <w:rFonts w:ascii="Palatino Linotype" w:hAnsi="Palatino Linotype"/>
          <w:b/>
          <w:bCs/>
        </w:rPr>
        <w:t xml:space="preserve"> </w:t>
      </w:r>
      <w:r w:rsidR="009F49E1" w:rsidRPr="009F49E1">
        <w:rPr>
          <w:rFonts w:ascii="Palatino Linotype" w:hAnsi="Palatino Linotype"/>
        </w:rPr>
        <w:t>Cari dövr üçün vergi borcunun olmaması haqqında arayı</w:t>
      </w:r>
      <w:r w:rsidR="009F49E1" w:rsidRPr="009F49E1">
        <w:rPr>
          <w:rFonts w:ascii="Palatino Linotype" w:hAnsi="Palatino Linotype"/>
          <w:lang w:val="az-Latn-AZ"/>
        </w:rPr>
        <w:t>ş</w:t>
      </w:r>
    </w:p>
    <w:p w14:paraId="24BA3F5D" w14:textId="16543755" w:rsidR="009F49E1" w:rsidRDefault="00E62197" w:rsidP="009F49E1">
      <w:pPr>
        <w:pStyle w:val="ListBullet"/>
        <w:rPr>
          <w:rFonts w:ascii="Palatino Linotype" w:hAnsi="Palatino Linotype"/>
        </w:rPr>
      </w:pPr>
      <w:sdt>
        <w:sdtPr>
          <w:rPr>
            <w:rFonts w:ascii="Palatino Linotype" w:hAnsi="Palatino Linotype"/>
            <w:b/>
            <w:bCs/>
          </w:rPr>
          <w:id w:val="-1652440393"/>
          <w14:checkbox>
            <w14:checked w14:val="0"/>
            <w14:checkedState w14:val="2612" w14:font="MS Gothic"/>
            <w14:uncheckedState w14:val="2610" w14:font="MS Gothic"/>
          </w14:checkbox>
        </w:sdtPr>
        <w:sdtEndPr/>
        <w:sdtContent>
          <w:r w:rsidR="009F49E1">
            <w:rPr>
              <w:rFonts w:ascii="MS Gothic" w:eastAsia="MS Gothic" w:hAnsi="MS Gothic" w:hint="eastAsia"/>
              <w:b/>
              <w:bCs/>
            </w:rPr>
            <w:t>☐</w:t>
          </w:r>
        </w:sdtContent>
      </w:sdt>
      <w:r w:rsidR="009F49E1" w:rsidRPr="00D8216A">
        <w:rPr>
          <w:rFonts w:ascii="Palatino Linotype" w:hAnsi="Palatino Linotype"/>
          <w:b/>
          <w:bCs/>
        </w:rPr>
        <w:t xml:space="preserve"> </w:t>
      </w:r>
      <w:r w:rsidR="009F49E1">
        <w:rPr>
          <w:rFonts w:ascii="Palatino Linotype" w:hAnsi="Palatino Linotype"/>
        </w:rPr>
        <w:t xml:space="preserve">Son 3 ili əhatə edən maliyyə hesabatları (Balans, Nağd Pul Axını və Mənfəət </w:t>
      </w:r>
      <w:r w:rsidR="009F49E1" w:rsidRPr="009F49E1">
        <w:rPr>
          <w:rFonts w:ascii="Palatino Linotype" w:hAnsi="Palatino Linotype"/>
        </w:rPr>
        <w:t>&amp;</w:t>
      </w:r>
      <w:r w:rsidR="009F49E1">
        <w:rPr>
          <w:rFonts w:ascii="Palatino Linotype" w:hAnsi="Palatino Linotype"/>
        </w:rPr>
        <w:t xml:space="preserve"> İtki) </w:t>
      </w:r>
      <w:r w:rsidR="009F49E1">
        <w:rPr>
          <w:rFonts w:ascii="Palatino Linotype" w:hAnsi="Palatino Linotype"/>
          <w:lang w:val="az-Latn-AZ"/>
        </w:rPr>
        <w:t xml:space="preserve">və yaxud vergi bəyannammələri </w:t>
      </w:r>
      <w:r w:rsidR="009F49E1" w:rsidRPr="00837C06">
        <w:rPr>
          <w:rFonts w:ascii="Palatino Linotype" w:hAnsi="Palatino Linotype"/>
        </w:rPr>
        <w:t>(əgər varsa)</w:t>
      </w:r>
    </w:p>
    <w:p w14:paraId="6061A686" w14:textId="58F581BD" w:rsidR="00AC743A" w:rsidRPr="007130FA" w:rsidRDefault="00E62197">
      <w:pPr>
        <w:pStyle w:val="ListBullet"/>
        <w:rPr>
          <w:rFonts w:ascii="Palatino Linotype" w:hAnsi="Palatino Linotype"/>
        </w:rPr>
      </w:pPr>
      <w:sdt>
        <w:sdtPr>
          <w:rPr>
            <w:rFonts w:ascii="Palatino Linotype" w:hAnsi="Palatino Linotype"/>
            <w:b/>
            <w:bCs/>
          </w:rPr>
          <w:id w:val="-1241022274"/>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37C06" w:rsidRPr="00837C06">
        <w:rPr>
          <w:rFonts w:ascii="Palatino Linotype" w:hAnsi="Palatino Linotype"/>
        </w:rPr>
        <w:t xml:space="preserve">Təşkilati </w:t>
      </w:r>
      <w:r w:rsidR="008D4D1C">
        <w:rPr>
          <w:rFonts w:ascii="Palatino Linotype" w:hAnsi="Palatino Linotype"/>
        </w:rPr>
        <w:t>struktur</w:t>
      </w:r>
      <w:r w:rsidR="00837C06" w:rsidRPr="00837C06">
        <w:rPr>
          <w:rFonts w:ascii="Palatino Linotype" w:hAnsi="Palatino Linotype"/>
        </w:rPr>
        <w:t xml:space="preserve"> (</w:t>
      </w:r>
      <w:r w:rsidR="007C1F9B">
        <w:rPr>
          <w:rFonts w:ascii="Palatino Linotype" w:hAnsi="Palatino Linotype"/>
        </w:rPr>
        <w:t xml:space="preserve"> </w:t>
      </w:r>
      <w:r w:rsidR="00837C06" w:rsidRPr="00837C06">
        <w:rPr>
          <w:rFonts w:ascii="Palatino Linotype" w:hAnsi="Palatino Linotype"/>
        </w:rPr>
        <w:t>daha riskli layihələr üçün tövsiyə olunur</w:t>
      </w:r>
      <w:r w:rsidR="007C1F9B">
        <w:rPr>
          <w:rFonts w:ascii="Palatino Linotype" w:hAnsi="Palatino Linotype"/>
        </w:rPr>
        <w:t xml:space="preserve"> </w:t>
      </w:r>
      <w:r w:rsidR="00837C06" w:rsidRPr="00837C06">
        <w:rPr>
          <w:rFonts w:ascii="Palatino Linotype" w:hAnsi="Palatino Linotype"/>
        </w:rPr>
        <w:t>)</w:t>
      </w:r>
    </w:p>
    <w:p w14:paraId="1D3E5E8A" w14:textId="6311F804" w:rsidR="00AC743A" w:rsidRPr="007130FA" w:rsidRDefault="00E62197">
      <w:pPr>
        <w:pStyle w:val="ListBullet"/>
        <w:rPr>
          <w:rFonts w:ascii="Palatino Linotype" w:hAnsi="Palatino Linotype"/>
        </w:rPr>
      </w:pPr>
      <w:sdt>
        <w:sdtPr>
          <w:rPr>
            <w:rFonts w:ascii="Palatino Linotype" w:hAnsi="Palatino Linotype"/>
            <w:b/>
            <w:bCs/>
          </w:rPr>
          <w:id w:val="-714814696"/>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37C06" w:rsidRPr="00837C06">
        <w:rPr>
          <w:rFonts w:ascii="Palatino Linotype" w:hAnsi="Palatino Linotype"/>
        </w:rPr>
        <w:t>4-cü bölmədə göstərilən ISO sertifikatları (sertifikat, əhatə dairəsi, etibarlılıq)</w:t>
      </w:r>
    </w:p>
    <w:p w14:paraId="2BFA89FA" w14:textId="53DFB03C" w:rsidR="00C5066E" w:rsidRPr="00C5066E" w:rsidRDefault="00E62197" w:rsidP="00C5066E">
      <w:pPr>
        <w:pStyle w:val="ListBullet"/>
        <w:rPr>
          <w:rFonts w:ascii="Palatino Linotype" w:hAnsi="Palatino Linotype"/>
        </w:rPr>
      </w:pPr>
      <w:sdt>
        <w:sdtPr>
          <w:rPr>
            <w:rFonts w:ascii="Palatino Linotype" w:hAnsi="Palatino Linotype"/>
            <w:b/>
            <w:bCs/>
          </w:rPr>
          <w:id w:val="46778394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37C06" w:rsidRPr="00837C06">
        <w:rPr>
          <w:rFonts w:ascii="Palatino Linotype" w:hAnsi="Palatino Linotype"/>
        </w:rPr>
        <w:t>Keyfiyyət siyasəti (əgər ISO 9001 sertifikatı yoxdursa)</w:t>
      </w:r>
    </w:p>
    <w:p w14:paraId="0F7B0CAA" w14:textId="5FD5382E" w:rsidR="00AC743A" w:rsidRPr="007130FA" w:rsidRDefault="00E62197">
      <w:pPr>
        <w:pStyle w:val="ListBullet"/>
        <w:rPr>
          <w:rFonts w:ascii="Palatino Linotype" w:hAnsi="Palatino Linotype"/>
        </w:rPr>
      </w:pPr>
      <w:sdt>
        <w:sdtPr>
          <w:rPr>
            <w:rFonts w:ascii="Palatino Linotype" w:hAnsi="Palatino Linotype"/>
            <w:b/>
            <w:bCs/>
          </w:rPr>
          <w:id w:val="-190552891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37C06" w:rsidRPr="00837C06">
        <w:rPr>
          <w:rFonts w:ascii="Palatino Linotype" w:hAnsi="Palatino Linotype"/>
        </w:rPr>
        <w:t>Məhsul və ya xidmətlərin kataloqu və ya fəaliyyət dairəsinin təsviri</w:t>
      </w:r>
    </w:p>
    <w:p w14:paraId="7EA18E53" w14:textId="1B086A5B" w:rsidR="00AC743A" w:rsidRPr="007130FA" w:rsidRDefault="00E62197">
      <w:pPr>
        <w:pStyle w:val="ListBullet"/>
        <w:rPr>
          <w:rFonts w:ascii="Palatino Linotype" w:hAnsi="Palatino Linotype"/>
        </w:rPr>
      </w:pPr>
      <w:sdt>
        <w:sdtPr>
          <w:rPr>
            <w:rFonts w:ascii="Palatino Linotype" w:hAnsi="Palatino Linotype"/>
            <w:b/>
            <w:bCs/>
          </w:rPr>
          <w:id w:val="562454675"/>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37C06" w:rsidRPr="00837C06">
        <w:rPr>
          <w:rFonts w:ascii="Palatino Linotype" w:hAnsi="Palatino Linotype"/>
        </w:rPr>
        <w:t xml:space="preserve">Fəaliyyət sahənizə aid nümunə sertifikat və ya sənədlər </w:t>
      </w:r>
      <w:r w:rsidR="00BA27E9">
        <w:rPr>
          <w:rFonts w:ascii="Palatino Linotype" w:hAnsi="Palatino Linotype"/>
        </w:rPr>
        <w:t>toplusu</w:t>
      </w:r>
      <w:r w:rsidR="00837C06" w:rsidRPr="00837C06">
        <w:rPr>
          <w:rFonts w:ascii="Palatino Linotype" w:hAnsi="Palatino Linotype"/>
        </w:rPr>
        <w:t xml:space="preserve"> (məsələn, uyğunluq sertifikatı, texniki sənədləşmə sertifikatı, sınaq hesabatı, kalibrləmə sertifikatı)</w:t>
      </w:r>
    </w:p>
    <w:p w14:paraId="16DE0BAD" w14:textId="62CF6BE1" w:rsidR="00AC743A" w:rsidRPr="007130FA" w:rsidRDefault="00E62197">
      <w:pPr>
        <w:pStyle w:val="ListBullet"/>
        <w:rPr>
          <w:rFonts w:ascii="Palatino Linotype" w:hAnsi="Palatino Linotype"/>
        </w:rPr>
      </w:pPr>
      <w:sdt>
        <w:sdtPr>
          <w:rPr>
            <w:rFonts w:ascii="Palatino Linotype" w:hAnsi="Palatino Linotype"/>
            <w:b/>
            <w:bCs/>
          </w:rPr>
          <w:id w:val="-1758119870"/>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837C06" w:rsidRPr="00837C06">
        <w:rPr>
          <w:rFonts w:ascii="Palatino Linotype" w:hAnsi="Palatino Linotype"/>
        </w:rPr>
        <w:t>Rüşvətxorluğa qarşı siyasət</w:t>
      </w:r>
      <w:r w:rsidR="00BA27E9">
        <w:rPr>
          <w:rFonts w:ascii="Palatino Linotype" w:hAnsi="Palatino Linotype"/>
        </w:rPr>
        <w:t xml:space="preserve"> </w:t>
      </w:r>
      <w:r w:rsidR="00837C06" w:rsidRPr="00837C06">
        <w:rPr>
          <w:rFonts w:ascii="Palatino Linotype" w:hAnsi="Palatino Linotype"/>
        </w:rPr>
        <w:t>/</w:t>
      </w:r>
      <w:r w:rsidR="00BA27E9">
        <w:rPr>
          <w:rFonts w:ascii="Palatino Linotype" w:hAnsi="Palatino Linotype"/>
        </w:rPr>
        <w:t xml:space="preserve"> </w:t>
      </w:r>
      <w:r w:rsidR="00837C06" w:rsidRPr="00837C06">
        <w:rPr>
          <w:rFonts w:ascii="Palatino Linotype" w:hAnsi="Palatino Linotype"/>
        </w:rPr>
        <w:t xml:space="preserve">davranış qaydaları </w:t>
      </w:r>
      <w:r w:rsidR="00837C06" w:rsidRPr="00837C06">
        <w:rPr>
          <w:rFonts w:ascii="Palatino Linotype" w:hAnsi="Palatino Linotype"/>
          <w:b/>
          <w:bCs/>
        </w:rPr>
        <w:t xml:space="preserve">və ya </w:t>
      </w:r>
      <w:r w:rsidR="00837C06" w:rsidRPr="00837C06">
        <w:rPr>
          <w:rFonts w:ascii="Palatino Linotype" w:hAnsi="Palatino Linotype"/>
        </w:rPr>
        <w:t>imzalanmış bəyanat (8-ci bölməyə baxın)</w:t>
      </w:r>
    </w:p>
    <w:p w14:paraId="6625032F" w14:textId="77777777" w:rsidR="00C5066E" w:rsidRDefault="00C5066E">
      <w:pPr>
        <w:rPr>
          <w:rFonts w:ascii="Palatino Linotype" w:hAnsi="Palatino Linotype"/>
        </w:rPr>
        <w:sectPr w:rsidR="00C5066E" w:rsidSect="00301D83">
          <w:type w:val="continuous"/>
          <w:pgSz w:w="15840" w:h="12240" w:orient="landscape"/>
          <w:pgMar w:top="1134" w:right="1134" w:bottom="1134" w:left="1134" w:header="720" w:footer="720" w:gutter="0"/>
          <w:cols w:space="36"/>
          <w:docGrid w:linePitch="360"/>
        </w:sectPr>
      </w:pPr>
    </w:p>
    <w:p w14:paraId="5CDB67CE" w14:textId="21511D50" w:rsidR="00837C06" w:rsidRPr="006D21CB" w:rsidRDefault="00837C06" w:rsidP="00837C06">
      <w:pPr>
        <w:rPr>
          <w:rFonts w:ascii="Palatino Linotype" w:hAnsi="Palatino Linotype"/>
          <w:b/>
          <w:bCs/>
        </w:rPr>
      </w:pPr>
      <w:r w:rsidRPr="006D21CB">
        <w:rPr>
          <w:rFonts w:ascii="Palatino Linotype" w:hAnsi="Palatino Linotype"/>
          <w:b/>
          <w:bCs/>
        </w:rPr>
        <w:t xml:space="preserve">Təchizatçının növündən asılı olaraq, əlavə </w:t>
      </w:r>
      <w:r w:rsidR="007C1F9B">
        <w:rPr>
          <w:rFonts w:ascii="Palatino Linotype" w:hAnsi="Palatino Linotype"/>
          <w:b/>
          <w:bCs/>
        </w:rPr>
        <w:t>sənədlər</w:t>
      </w:r>
      <w:r w:rsidRPr="006D21CB">
        <w:rPr>
          <w:rFonts w:ascii="Palatino Linotype" w:hAnsi="Palatino Linotype"/>
          <w:b/>
          <w:bCs/>
        </w:rPr>
        <w:t xml:space="preserve"> tələb oluna bilər (Əlavələrə baxın).</w:t>
      </w:r>
    </w:p>
    <w:p w14:paraId="0532858F" w14:textId="77777777" w:rsidR="00AC743A" w:rsidRPr="00AA0225" w:rsidRDefault="00AF27BC">
      <w:pPr>
        <w:pStyle w:val="Heading2"/>
        <w:rPr>
          <w:rFonts w:ascii="Palatino Linotype" w:hAnsi="Palatino Linotype"/>
          <w:color w:val="984806" w:themeColor="accent6" w:themeShade="80"/>
        </w:rPr>
      </w:pPr>
      <w:r w:rsidRPr="00AA0225">
        <w:rPr>
          <w:rFonts w:ascii="Palatino Linotype" w:hAnsi="Palatino Linotype"/>
          <w:color w:val="984806" w:themeColor="accent6" w:themeShade="80"/>
        </w:rPr>
        <w:t>8. Bəyannamə</w:t>
      </w:r>
    </w:p>
    <w:p w14:paraId="240AE859" w14:textId="5B158EF2" w:rsidR="00AC743A" w:rsidRPr="007130FA" w:rsidRDefault="00AF27BC">
      <w:pPr>
        <w:rPr>
          <w:rFonts w:ascii="Palatino Linotype" w:hAnsi="Palatino Linotype"/>
        </w:rPr>
      </w:pPr>
      <w:r w:rsidRPr="007130FA">
        <w:rPr>
          <w:rFonts w:ascii="Palatino Linotype" w:hAnsi="Palatino Linotype"/>
          <w:b/>
        </w:rPr>
        <w:t xml:space="preserve">Bəyanat. </w:t>
      </w:r>
      <w:r w:rsidR="00A0214C" w:rsidRPr="00A0214C">
        <w:rPr>
          <w:rFonts w:ascii="Palatino Linotype" w:hAnsi="Palatino Linotype"/>
        </w:rPr>
        <w:t>Təqdim olunan məlumatların dəqiq, tam və bildiyimiz qədər aktual olduğunu təsdiqləyirik. Hər hansı əhəmiyyətli dəyişiklik barədə BSC-yə məlumat verməyi öhdəmizə götürürük.</w:t>
      </w:r>
      <w:r w:rsidR="00A0214C" w:rsidRPr="006D21CB">
        <w:rPr>
          <w:rFonts w:ascii="Palatino Linotype" w:hAnsi="Palatino Linotype"/>
        </w:rPr>
        <w:t xml:space="preserve"> </w:t>
      </w:r>
      <w:r w:rsidR="00A0214C" w:rsidRPr="00A0214C">
        <w:rPr>
          <w:rFonts w:ascii="Palatino Linotype" w:hAnsi="Palatino Linotype"/>
        </w:rPr>
        <w:t xml:space="preserve">Biz qəbul edirik ki, BSC təqdim olunan məlumatları yoxlamaq və təsdiqedici sənədləri tələb etmək hüququna malikdir və ilkin </w:t>
      </w:r>
      <w:r w:rsidR="007B73FF">
        <w:rPr>
          <w:rFonts w:ascii="Palatino Linotype" w:hAnsi="Palatino Linotype"/>
        </w:rPr>
        <w:t>prekvalifikasiyanın</w:t>
      </w:r>
      <w:r w:rsidR="00A0214C" w:rsidRPr="00A0214C">
        <w:rPr>
          <w:rFonts w:ascii="Palatino Linotype" w:hAnsi="Palatino Linotype"/>
        </w:rPr>
        <w:t xml:space="preserve"> uğurla başa çatması sifarişin təsdiqlənməsinə və ya alınmasına zəmanət vermir.</w:t>
      </w:r>
    </w:p>
    <w:tbl>
      <w:tblPr>
        <w:tblStyle w:val="TableGrid"/>
        <w:tblW w:w="0" w:type="auto"/>
        <w:jc w:val="center"/>
        <w:tblLook w:val="04A0" w:firstRow="1" w:lastRow="0" w:firstColumn="1" w:lastColumn="0" w:noHBand="0" w:noVBand="1"/>
      </w:tblPr>
      <w:tblGrid>
        <w:gridCol w:w="4151"/>
        <w:gridCol w:w="4617"/>
        <w:gridCol w:w="2795"/>
        <w:gridCol w:w="1999"/>
      </w:tblGrid>
      <w:tr w:rsidR="00C9113C" w:rsidRPr="007130FA" w14:paraId="25D60B0A" w14:textId="1575B60A" w:rsidTr="00B36C64">
        <w:trPr>
          <w:trHeight w:val="625"/>
          <w:jc w:val="center"/>
        </w:trPr>
        <w:tc>
          <w:tcPr>
            <w:tcW w:w="4215" w:type="dxa"/>
            <w:shd w:val="clear" w:color="auto" w:fill="F2F2F2" w:themeFill="background1" w:themeFillShade="F2"/>
            <w:vAlign w:val="center"/>
          </w:tcPr>
          <w:p w14:paraId="518067FC" w14:textId="77777777" w:rsidR="00C9113C" w:rsidRPr="007130FA" w:rsidRDefault="00C9113C" w:rsidP="00C9113C">
            <w:pPr>
              <w:jc w:val="center"/>
              <w:rPr>
                <w:rFonts w:ascii="Palatino Linotype" w:hAnsi="Palatino Linotype"/>
              </w:rPr>
            </w:pPr>
            <w:r w:rsidRPr="007130FA">
              <w:rPr>
                <w:rFonts w:ascii="Palatino Linotype" w:hAnsi="Palatino Linotype"/>
                <w:b/>
              </w:rPr>
              <w:t>Şirkət adı</w:t>
            </w:r>
          </w:p>
        </w:tc>
        <w:tc>
          <w:tcPr>
            <w:tcW w:w="4678" w:type="dxa"/>
            <w:shd w:val="clear" w:color="auto" w:fill="F2F2F2" w:themeFill="background1" w:themeFillShade="F2"/>
            <w:vAlign w:val="center"/>
          </w:tcPr>
          <w:p w14:paraId="46221D97" w14:textId="5218FE15" w:rsidR="00C9113C" w:rsidRPr="007130FA" w:rsidRDefault="00C9113C" w:rsidP="00C9113C">
            <w:pPr>
              <w:jc w:val="center"/>
              <w:rPr>
                <w:rFonts w:ascii="Palatino Linotype" w:hAnsi="Palatino Linotype"/>
              </w:rPr>
            </w:pPr>
            <w:r w:rsidRPr="007130FA">
              <w:rPr>
                <w:rFonts w:ascii="Palatino Linotype" w:hAnsi="Palatino Linotype"/>
                <w:b/>
              </w:rPr>
              <w:t>Adı və vəzifəsi (səlahiyyətli nümayəndə)</w:t>
            </w:r>
          </w:p>
        </w:tc>
        <w:tc>
          <w:tcPr>
            <w:tcW w:w="2835" w:type="dxa"/>
            <w:shd w:val="clear" w:color="auto" w:fill="F2F2F2" w:themeFill="background1" w:themeFillShade="F2"/>
            <w:vAlign w:val="center"/>
          </w:tcPr>
          <w:p w14:paraId="3DD95DF8" w14:textId="67DCF138" w:rsidR="00C9113C" w:rsidRPr="007130FA" w:rsidRDefault="00C9113C" w:rsidP="00C9113C">
            <w:pPr>
              <w:jc w:val="center"/>
              <w:rPr>
                <w:rFonts w:ascii="Palatino Linotype" w:hAnsi="Palatino Linotype"/>
              </w:rPr>
            </w:pPr>
            <w:r w:rsidRPr="007130FA">
              <w:rPr>
                <w:rFonts w:ascii="Palatino Linotype" w:hAnsi="Palatino Linotype"/>
                <w:b/>
              </w:rPr>
              <w:t>İmza</w:t>
            </w:r>
          </w:p>
        </w:tc>
        <w:tc>
          <w:tcPr>
            <w:tcW w:w="2023" w:type="dxa"/>
            <w:shd w:val="clear" w:color="auto" w:fill="F2F2F2" w:themeFill="background1" w:themeFillShade="F2"/>
            <w:vAlign w:val="center"/>
          </w:tcPr>
          <w:p w14:paraId="5FD54784" w14:textId="7EC165F8" w:rsidR="00C9113C" w:rsidRPr="007130FA" w:rsidRDefault="00C9113C" w:rsidP="00C9113C">
            <w:pPr>
              <w:jc w:val="center"/>
              <w:rPr>
                <w:rFonts w:ascii="Palatino Linotype" w:hAnsi="Palatino Linotype"/>
              </w:rPr>
            </w:pPr>
            <w:r w:rsidRPr="007130FA">
              <w:rPr>
                <w:rFonts w:ascii="Palatino Linotype" w:hAnsi="Palatino Linotype"/>
                <w:b/>
              </w:rPr>
              <w:t>Tarix</w:t>
            </w:r>
          </w:p>
        </w:tc>
      </w:tr>
      <w:tr w:rsidR="00C9113C" w:rsidRPr="007130FA" w14:paraId="6D2B11F2" w14:textId="14258167" w:rsidTr="00B36C64">
        <w:trPr>
          <w:trHeight w:val="970"/>
          <w:jc w:val="center"/>
        </w:trPr>
        <w:tc>
          <w:tcPr>
            <w:tcW w:w="4215" w:type="dxa"/>
            <w:shd w:val="clear" w:color="auto" w:fill="FFFFFF" w:themeFill="background1"/>
            <w:vAlign w:val="center"/>
          </w:tcPr>
          <w:p w14:paraId="1F7248AA" w14:textId="77F237C9" w:rsidR="00C9113C" w:rsidRPr="007130FA" w:rsidRDefault="00C9113C" w:rsidP="00C9113C">
            <w:pPr>
              <w:jc w:val="center"/>
              <w:rPr>
                <w:rFonts w:ascii="Palatino Linotype" w:hAnsi="Palatino Linotype"/>
              </w:rPr>
            </w:pPr>
          </w:p>
        </w:tc>
        <w:tc>
          <w:tcPr>
            <w:tcW w:w="4678" w:type="dxa"/>
            <w:vAlign w:val="center"/>
          </w:tcPr>
          <w:p w14:paraId="7E5A66EA" w14:textId="77777777" w:rsidR="00C9113C" w:rsidRPr="007130FA" w:rsidRDefault="00C9113C" w:rsidP="00C9113C">
            <w:pPr>
              <w:rPr>
                <w:rFonts w:ascii="Palatino Linotype" w:hAnsi="Palatino Linotype"/>
              </w:rPr>
            </w:pPr>
          </w:p>
        </w:tc>
        <w:tc>
          <w:tcPr>
            <w:tcW w:w="2835" w:type="dxa"/>
          </w:tcPr>
          <w:p w14:paraId="555FFBA6" w14:textId="77777777" w:rsidR="00C9113C" w:rsidRPr="007130FA" w:rsidRDefault="00C9113C" w:rsidP="00C9113C">
            <w:pPr>
              <w:rPr>
                <w:rFonts w:ascii="Palatino Linotype" w:hAnsi="Palatino Linotype"/>
              </w:rPr>
            </w:pPr>
          </w:p>
        </w:tc>
        <w:tc>
          <w:tcPr>
            <w:tcW w:w="2023" w:type="dxa"/>
          </w:tcPr>
          <w:p w14:paraId="7DE1F5DA" w14:textId="77777777" w:rsidR="00C9113C" w:rsidRPr="007130FA" w:rsidRDefault="00C9113C" w:rsidP="00C9113C">
            <w:pPr>
              <w:rPr>
                <w:rFonts w:ascii="Palatino Linotype" w:hAnsi="Palatino Linotype"/>
              </w:rPr>
            </w:pPr>
          </w:p>
        </w:tc>
      </w:tr>
    </w:tbl>
    <w:p w14:paraId="2BB3A4F6" w14:textId="77777777" w:rsidR="00AC743A" w:rsidRPr="007130FA" w:rsidRDefault="00AC743A">
      <w:pPr>
        <w:rPr>
          <w:rFonts w:ascii="Palatino Linotype" w:hAnsi="Palatino Linotype"/>
        </w:rPr>
      </w:pPr>
    </w:p>
    <w:p w14:paraId="60022F60" w14:textId="31F1A7D1" w:rsidR="00F4374A" w:rsidRPr="006D21CB" w:rsidRDefault="00AF27BC" w:rsidP="00DA2318">
      <w:pPr>
        <w:rPr>
          <w:rFonts w:ascii="Palatino Linotype" w:hAnsi="Palatino Linotype"/>
          <w:i/>
          <w:iCs/>
          <w:color w:val="002060"/>
          <w:sz w:val="28"/>
          <w:szCs w:val="28"/>
        </w:rPr>
      </w:pPr>
      <w:r w:rsidRPr="007130FA">
        <w:rPr>
          <w:rFonts w:ascii="Palatino Linotype" w:hAnsi="Palatino Linotype"/>
        </w:rPr>
        <w:br w:type="page"/>
      </w:r>
      <w:r w:rsidR="00F4374A" w:rsidRPr="00F4374A">
        <w:rPr>
          <w:rFonts w:ascii="Palatino Linotype" w:hAnsi="Palatino Linotype"/>
          <w:color w:val="002060"/>
          <w:sz w:val="28"/>
          <w:szCs w:val="28"/>
        </w:rPr>
        <w:lastRenderedPageBreak/>
        <w:t>ƏLAVƏLƏR</w:t>
      </w:r>
      <w:r w:rsidR="00F4374A" w:rsidRPr="006D21CB">
        <w:rPr>
          <w:rFonts w:ascii="Palatino Linotype" w:hAnsi="Palatino Linotype"/>
          <w:color w:val="002060"/>
          <w:sz w:val="28"/>
          <w:szCs w:val="28"/>
        </w:rPr>
        <w:t xml:space="preserve"> </w:t>
      </w:r>
      <w:r w:rsidR="00F4374A" w:rsidRPr="00F4374A">
        <w:rPr>
          <w:rFonts w:ascii="Palatino Linotype" w:hAnsi="Palatino Linotype"/>
          <w:i/>
          <w:iCs/>
          <w:color w:val="002060"/>
          <w:sz w:val="28"/>
          <w:szCs w:val="28"/>
        </w:rPr>
        <w:t xml:space="preserve">(Yalnız </w:t>
      </w:r>
      <w:r w:rsidR="00A966FB">
        <w:rPr>
          <w:rFonts w:ascii="Palatino Linotype" w:hAnsi="Palatino Linotype"/>
          <w:i/>
          <w:iCs/>
          <w:color w:val="002060"/>
          <w:sz w:val="28"/>
          <w:szCs w:val="28"/>
        </w:rPr>
        <w:t>təchizatçı növünüzə aid olanları doldurun</w:t>
      </w:r>
      <w:r w:rsidR="00F4374A" w:rsidRPr="00F4374A">
        <w:rPr>
          <w:rFonts w:ascii="Palatino Linotype" w:hAnsi="Palatino Linotype"/>
          <w:i/>
          <w:iCs/>
          <w:color w:val="002060"/>
          <w:sz w:val="28"/>
          <w:szCs w:val="28"/>
        </w:rPr>
        <w:t>)</w:t>
      </w:r>
    </w:p>
    <w:p w14:paraId="266D7BC1" w14:textId="094E867D" w:rsidR="00AC743A" w:rsidRPr="00680F5D" w:rsidRDefault="00AF27BC">
      <w:pPr>
        <w:pStyle w:val="Heading2"/>
        <w:rPr>
          <w:rFonts w:ascii="Palatino Linotype" w:hAnsi="Palatino Linotype"/>
          <w:color w:val="984806" w:themeColor="accent6" w:themeShade="80"/>
        </w:rPr>
      </w:pPr>
      <w:r w:rsidRPr="00680F5D">
        <w:rPr>
          <w:rFonts w:ascii="Palatino Linotype" w:hAnsi="Palatino Linotype"/>
          <w:color w:val="984806" w:themeColor="accent6" w:themeShade="80"/>
        </w:rPr>
        <w:t xml:space="preserve">Əlavə A </w:t>
      </w:r>
      <w:r w:rsidR="00B22E3E">
        <w:rPr>
          <w:rFonts w:ascii="Palatino Linotype" w:hAnsi="Palatino Linotype"/>
          <w:color w:val="984806" w:themeColor="accent6" w:themeShade="80"/>
        </w:rPr>
        <w:t>–</w:t>
      </w:r>
      <w:r w:rsidRPr="00680F5D">
        <w:rPr>
          <w:rFonts w:ascii="Palatino Linotype" w:hAnsi="Palatino Linotype"/>
          <w:color w:val="984806" w:themeColor="accent6" w:themeShade="80"/>
        </w:rPr>
        <w:t xml:space="preserve"> İstehsalçılar</w:t>
      </w:r>
      <w:r w:rsidR="00B22E3E">
        <w:rPr>
          <w:rFonts w:ascii="Palatino Linotype" w:hAnsi="Palatino Linotype"/>
          <w:color w:val="984806" w:themeColor="accent6" w:themeShade="80"/>
        </w:rPr>
        <w:t xml:space="preserve"> </w:t>
      </w:r>
      <w:r w:rsidRPr="00680F5D">
        <w:rPr>
          <w:rFonts w:ascii="Palatino Linotype" w:hAnsi="Palatino Linotype"/>
          <w:color w:val="984806" w:themeColor="accent6" w:themeShade="80"/>
        </w:rPr>
        <w:t>/</w:t>
      </w:r>
      <w:r w:rsidR="00B22E3E">
        <w:rPr>
          <w:rFonts w:ascii="Palatino Linotype" w:hAnsi="Palatino Linotype"/>
          <w:color w:val="984806" w:themeColor="accent6" w:themeShade="80"/>
        </w:rPr>
        <w:t xml:space="preserve"> </w:t>
      </w:r>
      <w:r w:rsidRPr="00680F5D">
        <w:rPr>
          <w:rFonts w:ascii="Palatino Linotype" w:hAnsi="Palatino Linotype"/>
          <w:color w:val="984806" w:themeColor="accent6" w:themeShade="80"/>
        </w:rPr>
        <w:t>OEM-lər</w:t>
      </w:r>
    </w:p>
    <w:p w14:paraId="0F1373AB" w14:textId="5A611A8A" w:rsidR="00F4374A" w:rsidRPr="006D21CB" w:rsidRDefault="00F4374A" w:rsidP="00F4374A">
      <w:pPr>
        <w:rPr>
          <w:rFonts w:ascii="Palatino Linotype" w:hAnsi="Palatino Linotype"/>
          <w:b/>
          <w:bCs/>
        </w:rPr>
      </w:pPr>
      <w:r w:rsidRPr="006D21CB">
        <w:rPr>
          <w:rFonts w:ascii="Palatino Linotype" w:hAnsi="Palatino Linotype"/>
          <w:b/>
          <w:bCs/>
        </w:rPr>
        <w:t>BSC- yə təchiz olunmuş məhsul istehsalçısısınızsa, bu ərizəni doldurun .</w:t>
      </w:r>
    </w:p>
    <w:tbl>
      <w:tblPr>
        <w:tblStyle w:val="TableGrid"/>
        <w:tblW w:w="0" w:type="auto"/>
        <w:jc w:val="center"/>
        <w:tblLook w:val="04A0" w:firstRow="1" w:lastRow="0" w:firstColumn="1" w:lastColumn="0" w:noHBand="0" w:noVBand="1"/>
      </w:tblPr>
      <w:tblGrid>
        <w:gridCol w:w="9175"/>
        <w:gridCol w:w="4387"/>
      </w:tblGrid>
      <w:tr w:rsidR="00AC743A" w:rsidRPr="007130FA" w14:paraId="1CDBB07B" w14:textId="77777777" w:rsidTr="00BD4C2F">
        <w:trPr>
          <w:trHeight w:val="486"/>
          <w:jc w:val="center"/>
        </w:trPr>
        <w:tc>
          <w:tcPr>
            <w:tcW w:w="9175" w:type="dxa"/>
            <w:shd w:val="clear" w:color="auto" w:fill="F2F2F2"/>
            <w:vAlign w:val="center"/>
          </w:tcPr>
          <w:p w14:paraId="6F63BD33" w14:textId="77777777" w:rsidR="00AC743A" w:rsidRPr="007130FA" w:rsidRDefault="00AF27BC" w:rsidP="00680F5D">
            <w:pPr>
              <w:jc w:val="center"/>
              <w:rPr>
                <w:rFonts w:ascii="Palatino Linotype" w:hAnsi="Palatino Linotype"/>
              </w:rPr>
            </w:pPr>
            <w:r w:rsidRPr="007130FA">
              <w:rPr>
                <w:rFonts w:ascii="Palatino Linotype" w:hAnsi="Palatino Linotype"/>
                <w:b/>
              </w:rPr>
              <w:t>Sual / Tələb</w:t>
            </w:r>
          </w:p>
        </w:tc>
        <w:tc>
          <w:tcPr>
            <w:tcW w:w="4387" w:type="dxa"/>
            <w:shd w:val="clear" w:color="auto" w:fill="F2F2F2"/>
            <w:vAlign w:val="center"/>
          </w:tcPr>
          <w:p w14:paraId="605E4DCE" w14:textId="77777777" w:rsidR="00AC743A" w:rsidRPr="007130FA" w:rsidRDefault="00AF27BC" w:rsidP="00680F5D">
            <w:pPr>
              <w:jc w:val="center"/>
              <w:rPr>
                <w:rFonts w:ascii="Palatino Linotype" w:hAnsi="Palatino Linotype"/>
              </w:rPr>
            </w:pPr>
            <w:r w:rsidRPr="007130FA">
              <w:rPr>
                <w:rFonts w:ascii="Palatino Linotype" w:hAnsi="Palatino Linotype"/>
                <w:b/>
              </w:rPr>
              <w:t>Təchizatçının cavabı</w:t>
            </w:r>
          </w:p>
        </w:tc>
      </w:tr>
      <w:tr w:rsidR="00AC743A" w:rsidRPr="007130FA" w14:paraId="6218D8BC" w14:textId="77777777" w:rsidTr="00BD4C2F">
        <w:trPr>
          <w:trHeight w:val="567"/>
          <w:jc w:val="center"/>
        </w:trPr>
        <w:tc>
          <w:tcPr>
            <w:tcW w:w="9175" w:type="dxa"/>
            <w:vAlign w:val="center"/>
          </w:tcPr>
          <w:p w14:paraId="40AF408E" w14:textId="77777777" w:rsidR="00B4247A" w:rsidRDefault="00AF27BC" w:rsidP="00680F5D">
            <w:pPr>
              <w:rPr>
                <w:rFonts w:ascii="Palatino Linotype" w:hAnsi="Palatino Linotype"/>
              </w:rPr>
            </w:pPr>
            <w:r w:rsidRPr="00680F5D">
              <w:rPr>
                <w:rFonts w:ascii="Palatino Linotype" w:hAnsi="Palatino Linotype"/>
                <w:b/>
                <w:bCs/>
              </w:rPr>
              <w:t>İstehsal sahəsi(ləri):</w:t>
            </w:r>
            <w:r w:rsidRPr="007130FA">
              <w:rPr>
                <w:rFonts w:ascii="Palatino Linotype" w:hAnsi="Palatino Linotype"/>
              </w:rPr>
              <w:t xml:space="preserve"> </w:t>
            </w:r>
          </w:p>
          <w:p w14:paraId="330E0D97" w14:textId="32EDAE3F" w:rsidR="00AC743A" w:rsidRPr="007130FA" w:rsidRDefault="00F4374A" w:rsidP="00680F5D">
            <w:pPr>
              <w:rPr>
                <w:rFonts w:ascii="Palatino Linotype" w:hAnsi="Palatino Linotype"/>
              </w:rPr>
            </w:pPr>
            <w:r w:rsidRPr="00F4374A">
              <w:rPr>
                <w:rFonts w:ascii="Palatino Linotype" w:hAnsi="Palatino Linotype"/>
              </w:rPr>
              <w:t xml:space="preserve">hər bir </w:t>
            </w:r>
            <w:r w:rsidR="00B22E3E">
              <w:rPr>
                <w:rFonts w:ascii="Palatino Linotype" w:hAnsi="Palatino Linotype"/>
              </w:rPr>
              <w:t>sahənin</w:t>
            </w:r>
            <w:r w:rsidRPr="00F4374A">
              <w:rPr>
                <w:rFonts w:ascii="Palatino Linotype" w:hAnsi="Palatino Linotype"/>
              </w:rPr>
              <w:t xml:space="preserve"> ünvanı</w:t>
            </w:r>
            <w:r w:rsidR="00B22E3E">
              <w:rPr>
                <w:rFonts w:ascii="Palatino Linotype" w:hAnsi="Palatino Linotype"/>
              </w:rPr>
              <w:t>nı</w:t>
            </w:r>
            <w:r w:rsidRPr="00F4374A">
              <w:rPr>
                <w:rFonts w:ascii="Palatino Linotype" w:hAnsi="Palatino Linotype"/>
              </w:rPr>
              <w:t xml:space="preserve">, </w:t>
            </w:r>
            <w:r w:rsidR="00B22E3E">
              <w:rPr>
                <w:rFonts w:ascii="Palatino Linotype" w:hAnsi="Palatino Linotype"/>
              </w:rPr>
              <w:t xml:space="preserve">yerləşdiyi </w:t>
            </w:r>
            <w:r w:rsidRPr="00F4374A">
              <w:rPr>
                <w:rFonts w:ascii="Palatino Linotype" w:hAnsi="Palatino Linotype"/>
              </w:rPr>
              <w:t>ölkəni və fəaliyyət</w:t>
            </w:r>
            <w:r w:rsidR="00520577">
              <w:rPr>
                <w:rFonts w:ascii="Palatino Linotype" w:hAnsi="Palatino Linotype"/>
              </w:rPr>
              <w:t xml:space="preserve">ini </w:t>
            </w:r>
            <w:r w:rsidRPr="00F4374A">
              <w:rPr>
                <w:rFonts w:ascii="Palatino Linotype" w:hAnsi="Palatino Linotype"/>
              </w:rPr>
              <w:t>qeyd edin.</w:t>
            </w:r>
          </w:p>
        </w:tc>
        <w:tc>
          <w:tcPr>
            <w:tcW w:w="4387" w:type="dxa"/>
            <w:vAlign w:val="center"/>
          </w:tcPr>
          <w:p w14:paraId="3D2C2875" w14:textId="77777777" w:rsidR="00AC743A" w:rsidRPr="007130FA" w:rsidRDefault="00AC743A" w:rsidP="00680F5D">
            <w:pPr>
              <w:rPr>
                <w:rFonts w:ascii="Palatino Linotype" w:hAnsi="Palatino Linotype"/>
              </w:rPr>
            </w:pPr>
          </w:p>
        </w:tc>
      </w:tr>
      <w:tr w:rsidR="00AC743A" w:rsidRPr="007130FA" w14:paraId="7738EFD1" w14:textId="77777777" w:rsidTr="00BD4C2F">
        <w:trPr>
          <w:trHeight w:val="567"/>
          <w:jc w:val="center"/>
        </w:trPr>
        <w:tc>
          <w:tcPr>
            <w:tcW w:w="9175" w:type="dxa"/>
            <w:vAlign w:val="center"/>
          </w:tcPr>
          <w:p w14:paraId="715F79FE" w14:textId="77777777" w:rsidR="00B4247A" w:rsidRDefault="00AF27BC" w:rsidP="00680F5D">
            <w:pPr>
              <w:rPr>
                <w:rFonts w:ascii="Palatino Linotype" w:hAnsi="Palatino Linotype"/>
                <w:b/>
                <w:bCs/>
              </w:rPr>
            </w:pPr>
            <w:r w:rsidRPr="00680F5D">
              <w:rPr>
                <w:rFonts w:ascii="Palatino Linotype" w:hAnsi="Palatino Linotype"/>
                <w:b/>
                <w:bCs/>
              </w:rPr>
              <w:t>Əsas istehsal prosesləri</w:t>
            </w:r>
          </w:p>
          <w:p w14:paraId="6E3F8208" w14:textId="3B4B7AAB" w:rsidR="00AC743A" w:rsidRPr="007130FA" w:rsidRDefault="00520577" w:rsidP="00680F5D">
            <w:pPr>
              <w:rPr>
                <w:rFonts w:ascii="Palatino Linotype" w:hAnsi="Palatino Linotype"/>
              </w:rPr>
            </w:pPr>
            <w:r>
              <w:rPr>
                <w:rFonts w:ascii="Palatino Linotype" w:hAnsi="Palatino Linotype"/>
              </w:rPr>
              <w:t>(</w:t>
            </w:r>
            <w:r w:rsidR="00F4374A" w:rsidRPr="00F4374A">
              <w:rPr>
                <w:rFonts w:ascii="Palatino Linotype" w:hAnsi="Palatino Linotype"/>
              </w:rPr>
              <w:t xml:space="preserve">Məsələn: mexaniki emal, istilik </w:t>
            </w:r>
            <w:r w:rsidR="005B2E5E">
              <w:rPr>
                <w:rFonts w:ascii="Palatino Linotype" w:hAnsi="Palatino Linotype"/>
              </w:rPr>
              <w:t>emalı</w:t>
            </w:r>
            <w:r w:rsidR="00F4374A" w:rsidRPr="00F4374A">
              <w:rPr>
                <w:rFonts w:ascii="Palatino Linotype" w:hAnsi="Palatino Linotype"/>
              </w:rPr>
              <w:t>, örtükləmə, istehsal və s.</w:t>
            </w:r>
            <w:r>
              <w:rPr>
                <w:rFonts w:ascii="Palatino Linotype" w:hAnsi="Palatino Linotype"/>
              </w:rPr>
              <w:t>)</w:t>
            </w:r>
          </w:p>
        </w:tc>
        <w:tc>
          <w:tcPr>
            <w:tcW w:w="4387" w:type="dxa"/>
            <w:vAlign w:val="center"/>
          </w:tcPr>
          <w:p w14:paraId="156C4FAA" w14:textId="77777777" w:rsidR="00AC743A" w:rsidRPr="007130FA" w:rsidRDefault="00AC743A" w:rsidP="00680F5D">
            <w:pPr>
              <w:rPr>
                <w:rFonts w:ascii="Palatino Linotype" w:hAnsi="Palatino Linotype"/>
              </w:rPr>
            </w:pPr>
          </w:p>
        </w:tc>
      </w:tr>
      <w:tr w:rsidR="00AC743A" w:rsidRPr="007130FA" w14:paraId="68F366B0" w14:textId="77777777" w:rsidTr="00BD4C2F">
        <w:trPr>
          <w:trHeight w:val="567"/>
          <w:jc w:val="center"/>
        </w:trPr>
        <w:tc>
          <w:tcPr>
            <w:tcW w:w="9175" w:type="dxa"/>
            <w:vAlign w:val="center"/>
          </w:tcPr>
          <w:p w14:paraId="258AB2F6" w14:textId="77777777" w:rsidR="00AC743A" w:rsidRPr="006D21CB" w:rsidRDefault="00F4374A" w:rsidP="00680F5D">
            <w:pPr>
              <w:rPr>
                <w:rFonts w:ascii="Palatino Linotype" w:hAnsi="Palatino Linotype"/>
                <w:b/>
                <w:bCs/>
              </w:rPr>
            </w:pPr>
            <w:r w:rsidRPr="00F4374A">
              <w:rPr>
                <w:rFonts w:ascii="Palatino Linotype" w:hAnsi="Palatino Linotype"/>
                <w:b/>
                <w:bCs/>
              </w:rPr>
              <w:t>Subpodratçılar tərəfindən həyata keçirilən əsas proseslər (əgər varsa):</w:t>
            </w:r>
          </w:p>
          <w:p w14:paraId="5E551491" w14:textId="2C3326B5" w:rsidR="00F4374A" w:rsidRPr="006D21CB" w:rsidRDefault="00F4374A" w:rsidP="00680F5D">
            <w:pPr>
              <w:rPr>
                <w:rFonts w:ascii="Palatino Linotype" w:hAnsi="Palatino Linotype"/>
              </w:rPr>
            </w:pPr>
            <w:r w:rsidRPr="00F4374A">
              <w:rPr>
                <w:rFonts w:ascii="Palatino Linotype" w:hAnsi="Palatino Linotype"/>
              </w:rPr>
              <w:t>Subpodratçılara həvalə edilmiş prosesləri və onların idarə olunması üsullarını təsvir edin.</w:t>
            </w:r>
          </w:p>
        </w:tc>
        <w:tc>
          <w:tcPr>
            <w:tcW w:w="4387" w:type="dxa"/>
            <w:vAlign w:val="center"/>
          </w:tcPr>
          <w:p w14:paraId="0102F165" w14:textId="77777777" w:rsidR="00AC743A" w:rsidRPr="007130FA" w:rsidRDefault="00AC743A" w:rsidP="00680F5D">
            <w:pPr>
              <w:rPr>
                <w:rFonts w:ascii="Palatino Linotype" w:hAnsi="Palatino Linotype"/>
              </w:rPr>
            </w:pPr>
          </w:p>
        </w:tc>
      </w:tr>
      <w:tr w:rsidR="00AC743A" w:rsidRPr="007130FA" w14:paraId="6593492E" w14:textId="77777777" w:rsidTr="00BD4C2F">
        <w:trPr>
          <w:trHeight w:val="567"/>
          <w:jc w:val="center"/>
        </w:trPr>
        <w:tc>
          <w:tcPr>
            <w:tcW w:w="9175" w:type="dxa"/>
            <w:vAlign w:val="center"/>
          </w:tcPr>
          <w:p w14:paraId="2B4C188B" w14:textId="79384550" w:rsidR="00F4374A" w:rsidRPr="006D21CB" w:rsidRDefault="00F4374A" w:rsidP="00680F5D">
            <w:pPr>
              <w:rPr>
                <w:rFonts w:ascii="Palatino Linotype" w:hAnsi="Palatino Linotype"/>
                <w:b/>
                <w:bCs/>
              </w:rPr>
            </w:pPr>
            <w:r w:rsidRPr="00F4374A">
              <w:rPr>
                <w:rFonts w:ascii="Palatino Linotype" w:hAnsi="Palatino Linotype"/>
                <w:b/>
                <w:bCs/>
              </w:rPr>
              <w:t>Keyfiyyətə nəzarət:</w:t>
            </w:r>
          </w:p>
          <w:p w14:paraId="5CB75437" w14:textId="72922709" w:rsidR="00AC743A" w:rsidRPr="006D21CB" w:rsidRDefault="00B964F3" w:rsidP="00680F5D">
            <w:pPr>
              <w:rPr>
                <w:rFonts w:ascii="Palatino Linotype" w:hAnsi="Palatino Linotype"/>
              </w:rPr>
            </w:pPr>
            <w:r>
              <w:rPr>
                <w:rFonts w:ascii="Palatino Linotype" w:hAnsi="Palatino Linotype"/>
              </w:rPr>
              <w:t>Giriş nəzarəti</w:t>
            </w:r>
            <w:r w:rsidR="00F4374A" w:rsidRPr="00F4374A">
              <w:rPr>
                <w:rFonts w:ascii="Palatino Linotype" w:hAnsi="Palatino Linotype"/>
              </w:rPr>
              <w:t>, proses</w:t>
            </w:r>
            <w:r>
              <w:rPr>
                <w:rFonts w:ascii="Palatino Linotype" w:hAnsi="Palatino Linotype"/>
              </w:rPr>
              <w:t>l</w:t>
            </w:r>
            <w:r w:rsidR="00F4374A" w:rsidRPr="00F4374A">
              <w:rPr>
                <w:rFonts w:ascii="Palatino Linotype" w:hAnsi="Palatino Linotype"/>
              </w:rPr>
              <w:t>ə</w:t>
            </w:r>
            <w:r>
              <w:rPr>
                <w:rFonts w:ascii="Palatino Linotype" w:hAnsi="Palatino Linotype"/>
              </w:rPr>
              <w:t xml:space="preserve">rin nəzarəti, </w:t>
            </w:r>
            <w:r w:rsidR="00F4374A" w:rsidRPr="00F4374A">
              <w:rPr>
                <w:rFonts w:ascii="Palatino Linotype" w:hAnsi="Palatino Linotype"/>
              </w:rPr>
              <w:t>və yekun yoxlama/test (qısa təsvir).</w:t>
            </w:r>
          </w:p>
        </w:tc>
        <w:tc>
          <w:tcPr>
            <w:tcW w:w="4387" w:type="dxa"/>
            <w:vAlign w:val="center"/>
          </w:tcPr>
          <w:p w14:paraId="0026A4F7" w14:textId="77777777" w:rsidR="00AC743A" w:rsidRPr="007130FA" w:rsidRDefault="00AC743A" w:rsidP="00680F5D">
            <w:pPr>
              <w:rPr>
                <w:rFonts w:ascii="Palatino Linotype" w:hAnsi="Palatino Linotype"/>
              </w:rPr>
            </w:pPr>
          </w:p>
        </w:tc>
      </w:tr>
      <w:tr w:rsidR="00AC743A" w:rsidRPr="007130FA" w14:paraId="06998D55" w14:textId="77777777" w:rsidTr="00BD4C2F">
        <w:trPr>
          <w:trHeight w:val="567"/>
          <w:jc w:val="center"/>
        </w:trPr>
        <w:tc>
          <w:tcPr>
            <w:tcW w:w="9175" w:type="dxa"/>
            <w:vAlign w:val="center"/>
          </w:tcPr>
          <w:p w14:paraId="588AA8BD" w14:textId="77777777" w:rsidR="00B4247A" w:rsidRDefault="00AF27BC" w:rsidP="00680F5D">
            <w:pPr>
              <w:rPr>
                <w:rFonts w:ascii="Palatino Linotype" w:hAnsi="Palatino Linotype"/>
                <w:b/>
                <w:bCs/>
              </w:rPr>
            </w:pPr>
            <w:r w:rsidRPr="00680F5D">
              <w:rPr>
                <w:rFonts w:ascii="Palatino Linotype" w:hAnsi="Palatino Linotype"/>
                <w:b/>
                <w:bCs/>
              </w:rPr>
              <w:t>İzlənilə bilənlik:</w:t>
            </w:r>
          </w:p>
          <w:p w14:paraId="5E6B656B" w14:textId="5EEAB065" w:rsidR="00AC743A" w:rsidRPr="00680F5D" w:rsidRDefault="008161D4" w:rsidP="00680F5D">
            <w:pPr>
              <w:rPr>
                <w:rFonts w:ascii="Palatino Linotype" w:hAnsi="Palatino Linotype"/>
                <w:b/>
                <w:bCs/>
              </w:rPr>
            </w:pPr>
            <w:r w:rsidRPr="008161D4">
              <w:rPr>
                <w:rFonts w:ascii="Palatino Linotype" w:hAnsi="Palatino Linotype"/>
              </w:rPr>
              <w:t>Partiyaların</w:t>
            </w:r>
            <w:r w:rsidR="00B964F3">
              <w:rPr>
                <w:rFonts w:ascii="Palatino Linotype" w:hAnsi="Palatino Linotype"/>
              </w:rPr>
              <w:t xml:space="preserve"> / istiliyin (tətbi</w:t>
            </w:r>
            <w:r w:rsidR="007E1FAD">
              <w:rPr>
                <w:rFonts w:ascii="Palatino Linotype" w:hAnsi="Palatino Linotype"/>
              </w:rPr>
              <w:t>q olunursa)</w:t>
            </w:r>
            <w:r w:rsidRPr="008161D4">
              <w:rPr>
                <w:rFonts w:ascii="Palatino Linotype" w:hAnsi="Palatino Linotype"/>
              </w:rPr>
              <w:t xml:space="preserve"> izlənilə bilməsinin necə təmin edildiyini təsvir edin.</w:t>
            </w:r>
          </w:p>
        </w:tc>
        <w:tc>
          <w:tcPr>
            <w:tcW w:w="4387" w:type="dxa"/>
            <w:vAlign w:val="center"/>
          </w:tcPr>
          <w:p w14:paraId="591E9DD3" w14:textId="77777777" w:rsidR="00AC743A" w:rsidRPr="007130FA" w:rsidRDefault="00AC743A" w:rsidP="00680F5D">
            <w:pPr>
              <w:rPr>
                <w:rFonts w:ascii="Palatino Linotype" w:hAnsi="Palatino Linotype"/>
              </w:rPr>
            </w:pPr>
          </w:p>
        </w:tc>
      </w:tr>
      <w:tr w:rsidR="00AC743A" w:rsidRPr="007130FA" w14:paraId="104AB31A" w14:textId="77777777" w:rsidTr="00BD4C2F">
        <w:trPr>
          <w:trHeight w:val="997"/>
          <w:jc w:val="center"/>
        </w:trPr>
        <w:tc>
          <w:tcPr>
            <w:tcW w:w="9175" w:type="dxa"/>
            <w:vAlign w:val="center"/>
          </w:tcPr>
          <w:p w14:paraId="51E19465" w14:textId="4EE4A382" w:rsidR="00B4247A" w:rsidRDefault="00AF27BC" w:rsidP="00680F5D">
            <w:pPr>
              <w:rPr>
                <w:rFonts w:ascii="Palatino Linotype" w:hAnsi="Palatino Linotype"/>
                <w:b/>
                <w:bCs/>
              </w:rPr>
            </w:pPr>
            <w:r w:rsidRPr="00680F5D">
              <w:rPr>
                <w:rFonts w:ascii="Palatino Linotype" w:hAnsi="Palatino Linotype"/>
                <w:b/>
                <w:bCs/>
              </w:rPr>
              <w:t xml:space="preserve">Dəyişikliklərin </w:t>
            </w:r>
            <w:r w:rsidR="007E1FAD">
              <w:rPr>
                <w:rFonts w:ascii="Palatino Linotype" w:hAnsi="Palatino Linotype"/>
                <w:b/>
                <w:bCs/>
              </w:rPr>
              <w:t>i</w:t>
            </w:r>
            <w:r w:rsidRPr="00680F5D">
              <w:rPr>
                <w:rFonts w:ascii="Palatino Linotype" w:hAnsi="Palatino Linotype"/>
                <w:b/>
                <w:bCs/>
              </w:rPr>
              <w:t xml:space="preserve">darə </w:t>
            </w:r>
            <w:r w:rsidR="007E1FAD">
              <w:rPr>
                <w:rFonts w:ascii="Palatino Linotype" w:hAnsi="Palatino Linotype"/>
                <w:b/>
                <w:bCs/>
              </w:rPr>
              <w:t>e</w:t>
            </w:r>
            <w:r w:rsidRPr="00680F5D">
              <w:rPr>
                <w:rFonts w:ascii="Palatino Linotype" w:hAnsi="Palatino Linotype"/>
                <w:b/>
                <w:bCs/>
              </w:rPr>
              <w:t>dilməsi:</w:t>
            </w:r>
          </w:p>
          <w:p w14:paraId="4BCFBC03" w14:textId="6607ED64" w:rsidR="00AC743A" w:rsidRPr="00680F5D" w:rsidRDefault="001704D6" w:rsidP="00680F5D">
            <w:pPr>
              <w:rPr>
                <w:rFonts w:ascii="Palatino Linotype" w:hAnsi="Palatino Linotype"/>
                <w:b/>
                <w:bCs/>
              </w:rPr>
            </w:pPr>
            <w:r w:rsidRPr="001704D6">
              <w:rPr>
                <w:rFonts w:ascii="Palatino Linotype" w:hAnsi="Palatino Linotype"/>
              </w:rPr>
              <w:t>Təqdim olunan məhsula təsir göstərə biləcək prosesdə, materialda və ya spesifikasiyada dəyişikliklərin necə idarə olunduğunu təsvir edin.</w:t>
            </w:r>
          </w:p>
        </w:tc>
        <w:tc>
          <w:tcPr>
            <w:tcW w:w="4387" w:type="dxa"/>
            <w:vAlign w:val="center"/>
          </w:tcPr>
          <w:p w14:paraId="7B6C9986" w14:textId="77777777" w:rsidR="00AC743A" w:rsidRPr="007130FA" w:rsidRDefault="00AC743A" w:rsidP="00680F5D">
            <w:pPr>
              <w:rPr>
                <w:rFonts w:ascii="Palatino Linotype" w:hAnsi="Palatino Linotype"/>
              </w:rPr>
            </w:pPr>
          </w:p>
        </w:tc>
      </w:tr>
      <w:tr w:rsidR="00AC743A" w:rsidRPr="007130FA" w14:paraId="0BD879BD" w14:textId="77777777" w:rsidTr="00BD4C2F">
        <w:trPr>
          <w:trHeight w:val="567"/>
          <w:jc w:val="center"/>
        </w:trPr>
        <w:tc>
          <w:tcPr>
            <w:tcW w:w="9175" w:type="dxa"/>
            <w:vAlign w:val="center"/>
          </w:tcPr>
          <w:p w14:paraId="1CC5A505" w14:textId="73BF96FF" w:rsidR="00AC743A" w:rsidRPr="00440C52" w:rsidRDefault="001704D6" w:rsidP="00680F5D">
            <w:pPr>
              <w:rPr>
                <w:rFonts w:ascii="Palatino Linotype" w:hAnsi="Palatino Linotype"/>
              </w:rPr>
            </w:pPr>
            <w:r w:rsidRPr="001704D6">
              <w:rPr>
                <w:rFonts w:ascii="Palatino Linotype" w:hAnsi="Palatino Linotype"/>
              </w:rPr>
              <w:t>Qablaşdırma, saxlama və identifikasiya nişanlarının idarə edilməsi</w:t>
            </w:r>
            <w:r w:rsidR="00F73AA0">
              <w:rPr>
                <w:rFonts w:ascii="Palatino Linotype" w:hAnsi="Palatino Linotype"/>
              </w:rPr>
              <w:t xml:space="preserve"> necə tənzimlənir?</w:t>
            </w:r>
          </w:p>
        </w:tc>
        <w:tc>
          <w:tcPr>
            <w:tcW w:w="4387" w:type="dxa"/>
            <w:vAlign w:val="center"/>
          </w:tcPr>
          <w:p w14:paraId="6558699C" w14:textId="77777777" w:rsidR="00AC743A" w:rsidRPr="007130FA" w:rsidRDefault="00AC743A" w:rsidP="00680F5D">
            <w:pPr>
              <w:rPr>
                <w:rFonts w:ascii="Palatino Linotype" w:hAnsi="Palatino Linotype"/>
              </w:rPr>
            </w:pPr>
          </w:p>
        </w:tc>
      </w:tr>
    </w:tbl>
    <w:p w14:paraId="6AF65634" w14:textId="77777777" w:rsidR="00773A09" w:rsidRPr="00773A09" w:rsidRDefault="00773A09">
      <w:pPr>
        <w:rPr>
          <w:rFonts w:ascii="Palatino Linotype" w:hAnsi="Palatino Linotype"/>
          <w:b/>
          <w:sz w:val="2"/>
          <w:szCs w:val="2"/>
        </w:rPr>
      </w:pPr>
    </w:p>
    <w:p w14:paraId="773D0775" w14:textId="54B2D085" w:rsidR="00AC743A" w:rsidRPr="007130FA" w:rsidRDefault="00AF27BC">
      <w:pPr>
        <w:rPr>
          <w:rFonts w:ascii="Palatino Linotype" w:hAnsi="Palatino Linotype"/>
        </w:rPr>
      </w:pPr>
      <w:r w:rsidRPr="007130FA">
        <w:rPr>
          <w:rFonts w:ascii="Palatino Linotype" w:hAnsi="Palatino Linotype"/>
          <w:b/>
        </w:rPr>
        <w:t>M</w:t>
      </w:r>
      <w:r w:rsidR="00ED308E">
        <w:rPr>
          <w:rFonts w:ascii="Palatino Linotype" w:hAnsi="Palatino Linotype"/>
          <w:b/>
        </w:rPr>
        <w:t>ütləq</w:t>
      </w:r>
      <w:r w:rsidRPr="007130FA">
        <w:rPr>
          <w:rFonts w:ascii="Palatino Linotype" w:hAnsi="Palatino Linotype"/>
          <w:b/>
        </w:rPr>
        <w:t xml:space="preserve"> əlavələr (Əlavə A):</w:t>
      </w:r>
    </w:p>
    <w:p w14:paraId="7B541820" w14:textId="3D990ECC" w:rsidR="00AC743A" w:rsidRPr="00C94637" w:rsidRDefault="00E62197" w:rsidP="000C0045">
      <w:pPr>
        <w:pStyle w:val="ListBullet"/>
        <w:spacing w:line="240" w:lineRule="auto"/>
        <w:rPr>
          <w:rFonts w:ascii="Palatino Linotype" w:hAnsi="Palatino Linotype"/>
        </w:rPr>
      </w:pPr>
      <w:sdt>
        <w:sdtPr>
          <w:rPr>
            <w:rFonts w:ascii="Palatino Linotype" w:hAnsi="Palatino Linotype"/>
            <w:b/>
            <w:bCs/>
          </w:rPr>
          <w:id w:val="-821964973"/>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C94637" w:rsidRPr="00C94637">
        <w:rPr>
          <w:rFonts w:ascii="Palatino Linotype" w:hAnsi="Palatino Linotype"/>
        </w:rPr>
        <w:t>İ</w:t>
      </w:r>
      <w:r w:rsidR="001704D6" w:rsidRPr="00C94637">
        <w:rPr>
          <w:rFonts w:ascii="Palatino Linotype" w:hAnsi="Palatino Linotype"/>
        </w:rPr>
        <w:t xml:space="preserve">stehsal sahələrinin </w:t>
      </w:r>
      <w:r w:rsidR="00C94637" w:rsidRPr="00C94637">
        <w:rPr>
          <w:rFonts w:ascii="Palatino Linotype" w:hAnsi="Palatino Linotype"/>
        </w:rPr>
        <w:t xml:space="preserve">ünvan </w:t>
      </w:r>
      <w:r w:rsidR="001704D6" w:rsidRPr="00C94637">
        <w:rPr>
          <w:rFonts w:ascii="Palatino Linotype" w:hAnsi="Palatino Linotype"/>
        </w:rPr>
        <w:t>siyahısı</w:t>
      </w:r>
    </w:p>
    <w:p w14:paraId="642E70F2" w14:textId="788A610F" w:rsidR="00AC743A" w:rsidRPr="007130FA" w:rsidRDefault="00E62197" w:rsidP="000C0045">
      <w:pPr>
        <w:pStyle w:val="ListBullet"/>
        <w:spacing w:line="240" w:lineRule="auto"/>
        <w:rPr>
          <w:rFonts w:ascii="Palatino Linotype" w:hAnsi="Palatino Linotype"/>
        </w:rPr>
      </w:pPr>
      <w:sdt>
        <w:sdtPr>
          <w:rPr>
            <w:rFonts w:ascii="Palatino Linotype" w:hAnsi="Palatino Linotype"/>
            <w:b/>
            <w:bCs/>
          </w:rPr>
          <w:id w:val="1003324015"/>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1704D6" w:rsidRPr="001704D6">
        <w:rPr>
          <w:rFonts w:ascii="Palatino Linotype" w:hAnsi="Palatino Linotype"/>
        </w:rPr>
        <w:t>Proses axını diaqramı və ya əsas proseslərin qısa təsviri (1 səhifə</w:t>
      </w:r>
      <w:r w:rsidR="00C94637">
        <w:rPr>
          <w:rFonts w:ascii="Palatino Linotype" w:hAnsi="Palatino Linotype"/>
        </w:rPr>
        <w:t>dən çox olmasın</w:t>
      </w:r>
      <w:r w:rsidR="001704D6" w:rsidRPr="001704D6">
        <w:rPr>
          <w:rFonts w:ascii="Palatino Linotype" w:hAnsi="Palatino Linotype"/>
        </w:rPr>
        <w:t>)</w:t>
      </w:r>
    </w:p>
    <w:p w14:paraId="64AFCE5A" w14:textId="4AD275F8" w:rsidR="00AC743A" w:rsidRPr="007130FA" w:rsidRDefault="00E62197" w:rsidP="000C0045">
      <w:pPr>
        <w:pStyle w:val="ListBullet"/>
        <w:spacing w:line="240" w:lineRule="auto"/>
        <w:rPr>
          <w:rFonts w:ascii="Palatino Linotype" w:hAnsi="Palatino Linotype"/>
        </w:rPr>
      </w:pPr>
      <w:sdt>
        <w:sdtPr>
          <w:rPr>
            <w:rFonts w:ascii="Palatino Linotype" w:hAnsi="Palatino Linotype"/>
            <w:b/>
            <w:bCs/>
          </w:rPr>
          <w:id w:val="1599752960"/>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C94637">
        <w:rPr>
          <w:rFonts w:ascii="Palatino Linotype" w:hAnsi="Palatino Linotype"/>
        </w:rPr>
        <w:t xml:space="preserve">Fəaliyyət sahənizə </w:t>
      </w:r>
      <w:r w:rsidR="001704D6" w:rsidRPr="001704D6">
        <w:rPr>
          <w:rFonts w:ascii="Palatino Linotype" w:hAnsi="Palatino Linotype"/>
        </w:rPr>
        <w:t>aid yoxlama</w:t>
      </w:r>
      <w:r w:rsidR="00C94637">
        <w:rPr>
          <w:rFonts w:ascii="Palatino Linotype" w:hAnsi="Palatino Linotype"/>
        </w:rPr>
        <w:t xml:space="preserve"> </w:t>
      </w:r>
      <w:r w:rsidR="001704D6" w:rsidRPr="001704D6">
        <w:rPr>
          <w:rFonts w:ascii="Palatino Linotype" w:hAnsi="Palatino Linotype"/>
        </w:rPr>
        <w:t>/</w:t>
      </w:r>
      <w:r w:rsidR="00C94637">
        <w:rPr>
          <w:rFonts w:ascii="Palatino Linotype" w:hAnsi="Palatino Linotype"/>
        </w:rPr>
        <w:t xml:space="preserve"> </w:t>
      </w:r>
      <w:r w:rsidR="001704D6" w:rsidRPr="001704D6">
        <w:rPr>
          <w:rFonts w:ascii="Palatino Linotype" w:hAnsi="Palatino Linotype"/>
        </w:rPr>
        <w:t xml:space="preserve">test hesabatı </w:t>
      </w:r>
      <w:r w:rsidR="00C94637" w:rsidRPr="001704D6">
        <w:rPr>
          <w:rFonts w:ascii="Palatino Linotype" w:hAnsi="Palatino Linotype"/>
        </w:rPr>
        <w:t>nümunə</w:t>
      </w:r>
      <w:r w:rsidR="00C94637">
        <w:rPr>
          <w:rFonts w:ascii="Palatino Linotype" w:hAnsi="Palatino Linotype"/>
        </w:rPr>
        <w:t xml:space="preserve">ləri </w:t>
      </w:r>
      <w:r w:rsidR="001704D6" w:rsidRPr="001704D6">
        <w:rPr>
          <w:rFonts w:ascii="Palatino Linotype" w:hAnsi="Palatino Linotype"/>
        </w:rPr>
        <w:t>(əgər varsa).</w:t>
      </w:r>
    </w:p>
    <w:p w14:paraId="107128A7" w14:textId="461FF509" w:rsidR="00773A09" w:rsidRDefault="00E62197" w:rsidP="00773A09">
      <w:pPr>
        <w:pStyle w:val="ListBullet"/>
        <w:spacing w:line="240" w:lineRule="auto"/>
        <w:rPr>
          <w:rFonts w:ascii="Palatino Linotype" w:hAnsi="Palatino Linotype"/>
        </w:rPr>
      </w:pPr>
      <w:sdt>
        <w:sdtPr>
          <w:rPr>
            <w:rFonts w:ascii="Palatino Linotype" w:hAnsi="Palatino Linotype"/>
            <w:b/>
            <w:bCs/>
          </w:rPr>
          <w:id w:val="629752157"/>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1704D6" w:rsidRPr="001704D6">
        <w:rPr>
          <w:rFonts w:ascii="Palatino Linotype" w:hAnsi="Palatino Linotype"/>
        </w:rPr>
        <w:t>Əsas subpodratçıların siyahısı (</w:t>
      </w:r>
      <w:r w:rsidR="00C94637">
        <w:rPr>
          <w:rFonts w:ascii="Palatino Linotype" w:hAnsi="Palatino Linotype"/>
        </w:rPr>
        <w:t>tətbiq olunursa</w:t>
      </w:r>
      <w:r w:rsidR="001704D6" w:rsidRPr="001704D6">
        <w:rPr>
          <w:rFonts w:ascii="Palatino Linotype" w:hAnsi="Palatino Linotype"/>
        </w:rPr>
        <w:t>)</w:t>
      </w:r>
    </w:p>
    <w:p w14:paraId="53082B6B" w14:textId="77777777" w:rsidR="00773A09" w:rsidRDefault="00773A09">
      <w:pPr>
        <w:rPr>
          <w:rFonts w:ascii="Palatino Linotype" w:hAnsi="Palatino Linotype"/>
        </w:rPr>
      </w:pPr>
      <w:r>
        <w:rPr>
          <w:rFonts w:ascii="Palatino Linotype" w:hAnsi="Palatino Linotype"/>
        </w:rPr>
        <w:br w:type="page"/>
      </w:r>
    </w:p>
    <w:p w14:paraId="7F4B0DB9" w14:textId="77777777" w:rsidR="00AF5BE0" w:rsidRPr="005C2C84" w:rsidRDefault="00AF5BE0" w:rsidP="00BE2EA5">
      <w:pPr>
        <w:pStyle w:val="ListBullet"/>
        <w:numPr>
          <w:ilvl w:val="0"/>
          <w:numId w:val="0"/>
        </w:numPr>
        <w:spacing w:line="240" w:lineRule="auto"/>
        <w:rPr>
          <w:rFonts w:ascii="Palatino Linotype" w:hAnsi="Palatino Linotype"/>
          <w:sz w:val="8"/>
          <w:szCs w:val="8"/>
        </w:rPr>
      </w:pPr>
    </w:p>
    <w:p w14:paraId="62D089FD" w14:textId="22221538" w:rsidR="00AC743A" w:rsidRPr="00E76ACC" w:rsidRDefault="00AF27BC">
      <w:pPr>
        <w:pStyle w:val="Heading2"/>
        <w:rPr>
          <w:rFonts w:ascii="Palatino Linotype" w:hAnsi="Palatino Linotype"/>
          <w:color w:val="984806" w:themeColor="accent6" w:themeShade="80"/>
        </w:rPr>
      </w:pPr>
      <w:r w:rsidRPr="00E76ACC">
        <w:rPr>
          <w:rFonts w:ascii="Palatino Linotype" w:hAnsi="Palatino Linotype"/>
          <w:color w:val="984806" w:themeColor="accent6" w:themeShade="80"/>
        </w:rPr>
        <w:t xml:space="preserve">Əlavə B </w:t>
      </w:r>
      <w:r w:rsidR="00ED308E">
        <w:rPr>
          <w:rFonts w:ascii="Palatino Linotype" w:hAnsi="Palatino Linotype"/>
          <w:color w:val="984806" w:themeColor="accent6" w:themeShade="80"/>
        </w:rPr>
        <w:t>–</w:t>
      </w:r>
      <w:r w:rsidRPr="00E76ACC">
        <w:rPr>
          <w:rFonts w:ascii="Palatino Linotype" w:hAnsi="Palatino Linotype"/>
          <w:color w:val="984806" w:themeColor="accent6" w:themeShade="80"/>
        </w:rPr>
        <w:t xml:space="preserve"> </w:t>
      </w:r>
      <w:r w:rsidR="00F73AA0">
        <w:rPr>
          <w:rFonts w:ascii="Palatino Linotype" w:hAnsi="Palatino Linotype"/>
          <w:color w:val="984806" w:themeColor="accent6" w:themeShade="80"/>
        </w:rPr>
        <w:t>Nümayəndələr</w:t>
      </w:r>
      <w:r w:rsidR="00216206">
        <w:rPr>
          <w:rFonts w:ascii="Palatino Linotype" w:hAnsi="Palatino Linotype"/>
          <w:color w:val="984806" w:themeColor="accent6" w:themeShade="80"/>
        </w:rPr>
        <w:t xml:space="preserve"> </w:t>
      </w:r>
      <w:r w:rsidR="00F73AA0">
        <w:rPr>
          <w:rFonts w:ascii="Palatino Linotype" w:hAnsi="Palatino Linotype"/>
          <w:color w:val="984806" w:themeColor="accent6" w:themeShade="80"/>
        </w:rPr>
        <w:t>(d</w:t>
      </w:r>
      <w:r w:rsidRPr="00E76ACC">
        <w:rPr>
          <w:rFonts w:ascii="Palatino Linotype" w:hAnsi="Palatino Linotype"/>
          <w:color w:val="984806" w:themeColor="accent6" w:themeShade="80"/>
        </w:rPr>
        <w:t>istribyutorlar</w:t>
      </w:r>
      <w:r w:rsidR="00F73AA0">
        <w:rPr>
          <w:rFonts w:ascii="Palatino Linotype" w:hAnsi="Palatino Linotype"/>
          <w:color w:val="984806" w:themeColor="accent6" w:themeShade="80"/>
        </w:rPr>
        <w:t>, dilerlər, rəsmi nümayəndə/tərəfdaş, və s.)</w:t>
      </w:r>
      <w:r w:rsidR="00ED308E">
        <w:rPr>
          <w:rFonts w:ascii="Palatino Linotype" w:hAnsi="Palatino Linotype"/>
          <w:color w:val="984806" w:themeColor="accent6" w:themeShade="80"/>
        </w:rPr>
        <w:t xml:space="preserve"> </w:t>
      </w:r>
      <w:r w:rsidRPr="00E76ACC">
        <w:rPr>
          <w:rFonts w:ascii="Palatino Linotype" w:hAnsi="Palatino Linotype"/>
          <w:color w:val="984806" w:themeColor="accent6" w:themeShade="80"/>
        </w:rPr>
        <w:t>/</w:t>
      </w:r>
      <w:r w:rsidR="00ED308E">
        <w:rPr>
          <w:rFonts w:ascii="Palatino Linotype" w:hAnsi="Palatino Linotype"/>
          <w:color w:val="984806" w:themeColor="accent6" w:themeShade="80"/>
        </w:rPr>
        <w:t xml:space="preserve"> </w:t>
      </w:r>
      <w:r w:rsidR="00216206">
        <w:rPr>
          <w:rFonts w:ascii="Palatino Linotype" w:hAnsi="Palatino Linotype"/>
          <w:color w:val="984806" w:themeColor="accent6" w:themeShade="80"/>
        </w:rPr>
        <w:t>Treyderlər</w:t>
      </w:r>
    </w:p>
    <w:p w14:paraId="754AAB37" w14:textId="5DC8E6FA" w:rsidR="00AC743A" w:rsidRPr="00E76ACC" w:rsidRDefault="001704D6">
      <w:pPr>
        <w:rPr>
          <w:rFonts w:ascii="Palatino Linotype" w:hAnsi="Palatino Linotype"/>
          <w:b/>
          <w:bCs/>
        </w:rPr>
      </w:pPr>
      <w:r w:rsidRPr="001704D6">
        <w:rPr>
          <w:rFonts w:ascii="Palatino Linotype" w:hAnsi="Palatino Linotype"/>
          <w:b/>
          <w:bCs/>
        </w:rPr>
        <w:t>Məhsul tədarük edirsinizsə, lakin onların istehsalçısı deyilsinizsə (</w:t>
      </w:r>
      <w:r w:rsidR="00ED308E">
        <w:rPr>
          <w:rFonts w:ascii="Palatino Linotype" w:hAnsi="Palatino Linotype"/>
          <w:b/>
          <w:bCs/>
        </w:rPr>
        <w:t>satış</w:t>
      </w:r>
      <w:r w:rsidRPr="001704D6">
        <w:rPr>
          <w:rFonts w:ascii="Palatino Linotype" w:hAnsi="Palatino Linotype"/>
          <w:b/>
          <w:bCs/>
        </w:rPr>
        <w:t xml:space="preserve">, ticarət, təkrar satış), xahiş edirik bu </w:t>
      </w:r>
      <w:r w:rsidR="00F73AA0">
        <w:rPr>
          <w:rFonts w:ascii="Palatino Linotype" w:hAnsi="Palatino Linotype"/>
          <w:b/>
          <w:bCs/>
        </w:rPr>
        <w:t xml:space="preserve">hissəni </w:t>
      </w:r>
      <w:r w:rsidRPr="001704D6">
        <w:rPr>
          <w:rFonts w:ascii="Palatino Linotype" w:hAnsi="Palatino Linotype"/>
          <w:b/>
          <w:bCs/>
        </w:rPr>
        <w:t>doldurun.</w:t>
      </w:r>
    </w:p>
    <w:tbl>
      <w:tblPr>
        <w:tblStyle w:val="TableGrid"/>
        <w:tblW w:w="0" w:type="auto"/>
        <w:jc w:val="center"/>
        <w:tblLook w:val="04A0" w:firstRow="1" w:lastRow="0" w:firstColumn="1" w:lastColumn="0" w:noHBand="0" w:noVBand="1"/>
      </w:tblPr>
      <w:tblGrid>
        <w:gridCol w:w="8583"/>
        <w:gridCol w:w="4979"/>
      </w:tblGrid>
      <w:tr w:rsidR="00AC743A" w:rsidRPr="007130FA" w14:paraId="7EDDC45C" w14:textId="77777777" w:rsidTr="00413DA3">
        <w:trPr>
          <w:trHeight w:val="366"/>
          <w:jc w:val="center"/>
        </w:trPr>
        <w:tc>
          <w:tcPr>
            <w:tcW w:w="8771" w:type="dxa"/>
            <w:shd w:val="clear" w:color="auto" w:fill="F2F2F2"/>
            <w:vAlign w:val="center"/>
          </w:tcPr>
          <w:p w14:paraId="4C9743EE" w14:textId="77777777" w:rsidR="00AC743A" w:rsidRPr="007130FA" w:rsidRDefault="00AF27BC" w:rsidP="000D05E8">
            <w:pPr>
              <w:jc w:val="center"/>
              <w:rPr>
                <w:rFonts w:ascii="Palatino Linotype" w:hAnsi="Palatino Linotype"/>
              </w:rPr>
            </w:pPr>
            <w:r w:rsidRPr="007130FA">
              <w:rPr>
                <w:rFonts w:ascii="Palatino Linotype" w:hAnsi="Palatino Linotype"/>
                <w:b/>
              </w:rPr>
              <w:t>Sual / Tələb</w:t>
            </w:r>
          </w:p>
        </w:tc>
        <w:tc>
          <w:tcPr>
            <w:tcW w:w="5072" w:type="dxa"/>
            <w:shd w:val="clear" w:color="auto" w:fill="F2F2F2"/>
            <w:vAlign w:val="center"/>
          </w:tcPr>
          <w:p w14:paraId="6215F17A" w14:textId="77777777" w:rsidR="00AC743A" w:rsidRPr="007130FA" w:rsidRDefault="00AF27BC" w:rsidP="000D05E8">
            <w:pPr>
              <w:jc w:val="center"/>
              <w:rPr>
                <w:rFonts w:ascii="Palatino Linotype" w:hAnsi="Palatino Linotype"/>
              </w:rPr>
            </w:pPr>
            <w:r w:rsidRPr="007130FA">
              <w:rPr>
                <w:rFonts w:ascii="Palatino Linotype" w:hAnsi="Palatino Linotype"/>
                <w:b/>
              </w:rPr>
              <w:t>Təchizatçının cavabı</w:t>
            </w:r>
          </w:p>
        </w:tc>
      </w:tr>
      <w:tr w:rsidR="00AC743A" w:rsidRPr="007130FA" w14:paraId="718438A7" w14:textId="77777777" w:rsidTr="00413DA3">
        <w:trPr>
          <w:trHeight w:val="750"/>
          <w:jc w:val="center"/>
        </w:trPr>
        <w:tc>
          <w:tcPr>
            <w:tcW w:w="8771" w:type="dxa"/>
            <w:vAlign w:val="center"/>
          </w:tcPr>
          <w:p w14:paraId="675EA889" w14:textId="274800FC" w:rsidR="000D05E8" w:rsidRDefault="00436636" w:rsidP="000D05E8">
            <w:pPr>
              <w:rPr>
                <w:rFonts w:ascii="Palatino Linotype" w:hAnsi="Palatino Linotype"/>
              </w:rPr>
            </w:pPr>
            <w:r>
              <w:rPr>
                <w:rFonts w:ascii="Palatino Linotype" w:hAnsi="Palatino Linotype"/>
                <w:b/>
                <w:bCs/>
              </w:rPr>
              <w:t>Səlahiyyətiniz varsa</w:t>
            </w:r>
            <w:r w:rsidR="00AF27BC" w:rsidRPr="007130FA">
              <w:rPr>
                <w:rFonts w:ascii="Palatino Linotype" w:hAnsi="Palatino Linotype"/>
              </w:rPr>
              <w:t>:</w:t>
            </w:r>
          </w:p>
          <w:p w14:paraId="1CC304F8" w14:textId="58EFA2C9" w:rsidR="00AC743A" w:rsidRPr="007130FA" w:rsidRDefault="00216206" w:rsidP="000D05E8">
            <w:pPr>
              <w:rPr>
                <w:rFonts w:ascii="Palatino Linotype" w:hAnsi="Palatino Linotype"/>
              </w:rPr>
            </w:pPr>
            <w:r>
              <w:rPr>
                <w:rFonts w:ascii="Palatino Linotype" w:hAnsi="Palatino Linotype"/>
              </w:rPr>
              <w:t>İ</w:t>
            </w:r>
            <w:r w:rsidR="005F6CE6" w:rsidRPr="005F6CE6">
              <w:rPr>
                <w:rFonts w:ascii="Palatino Linotype" w:hAnsi="Palatino Linotype"/>
              </w:rPr>
              <w:t xml:space="preserve">stehsalçıdan </w:t>
            </w:r>
            <w:r w:rsidR="00F73AA0">
              <w:rPr>
                <w:rFonts w:ascii="Palatino Linotype" w:hAnsi="Palatino Linotype"/>
              </w:rPr>
              <w:t xml:space="preserve">nümayəndə olduğunuzu təsdiq edən </w:t>
            </w:r>
            <w:r w:rsidR="005F6CE6" w:rsidRPr="005F6CE6">
              <w:rPr>
                <w:rFonts w:ascii="Palatino Linotype" w:hAnsi="Palatino Linotype"/>
              </w:rPr>
              <w:t>məktub</w:t>
            </w:r>
            <w:r>
              <w:rPr>
                <w:rFonts w:ascii="Palatino Linotype" w:hAnsi="Palatino Linotype"/>
              </w:rPr>
              <w:t>u</w:t>
            </w:r>
            <w:r w:rsidR="005F6CE6" w:rsidRPr="005F6CE6">
              <w:rPr>
                <w:rFonts w:ascii="Palatino Linotype" w:hAnsi="Palatino Linotype"/>
              </w:rPr>
              <w:t xml:space="preserve"> təqdim edin </w:t>
            </w:r>
            <w:r w:rsidR="00436636">
              <w:rPr>
                <w:rFonts w:ascii="Palatino Linotype" w:hAnsi="Palatino Linotype"/>
              </w:rPr>
              <w:t xml:space="preserve">( </w:t>
            </w:r>
            <w:r w:rsidR="005F6CE6" w:rsidRPr="005F6CE6">
              <w:rPr>
                <w:rFonts w:ascii="Palatino Linotype" w:hAnsi="Palatino Linotype"/>
              </w:rPr>
              <w:t>etibarlılıq müddəti</w:t>
            </w:r>
            <w:r w:rsidR="00436636">
              <w:rPr>
                <w:rFonts w:ascii="Palatino Linotype" w:hAnsi="Palatino Linotype"/>
              </w:rPr>
              <w:t>,</w:t>
            </w:r>
            <w:r w:rsidR="009D7678">
              <w:rPr>
                <w:rFonts w:ascii="Palatino Linotype" w:hAnsi="Palatino Linotype"/>
              </w:rPr>
              <w:t xml:space="preserve"> brend</w:t>
            </w:r>
            <w:r w:rsidR="005F6CE6" w:rsidRPr="005F6CE6">
              <w:rPr>
                <w:rFonts w:ascii="Palatino Linotype" w:hAnsi="Palatino Linotype"/>
              </w:rPr>
              <w:t>, məhsul, ölkə qeyd ed</w:t>
            </w:r>
            <w:r w:rsidR="00436636">
              <w:rPr>
                <w:rFonts w:ascii="Palatino Linotype" w:hAnsi="Palatino Linotype"/>
              </w:rPr>
              <w:t>ilməklə)</w:t>
            </w:r>
          </w:p>
        </w:tc>
        <w:tc>
          <w:tcPr>
            <w:tcW w:w="5072" w:type="dxa"/>
            <w:vAlign w:val="center"/>
          </w:tcPr>
          <w:p w14:paraId="00A26834" w14:textId="77777777" w:rsidR="00AC743A" w:rsidRPr="007130FA" w:rsidRDefault="00AC743A" w:rsidP="000D05E8">
            <w:pPr>
              <w:rPr>
                <w:rFonts w:ascii="Palatino Linotype" w:hAnsi="Palatino Linotype"/>
              </w:rPr>
            </w:pPr>
          </w:p>
        </w:tc>
      </w:tr>
      <w:tr w:rsidR="00AC743A" w:rsidRPr="007130FA" w14:paraId="7266425B" w14:textId="77777777" w:rsidTr="00413DA3">
        <w:trPr>
          <w:trHeight w:val="750"/>
          <w:jc w:val="center"/>
        </w:trPr>
        <w:tc>
          <w:tcPr>
            <w:tcW w:w="8771" w:type="dxa"/>
            <w:vAlign w:val="center"/>
          </w:tcPr>
          <w:p w14:paraId="66198D0D" w14:textId="77777777" w:rsidR="000D05E8" w:rsidRPr="000D05E8" w:rsidRDefault="00AF27BC" w:rsidP="000D05E8">
            <w:pPr>
              <w:rPr>
                <w:rFonts w:ascii="Palatino Linotype" w:hAnsi="Palatino Linotype"/>
                <w:b/>
                <w:bCs/>
              </w:rPr>
            </w:pPr>
            <w:r w:rsidRPr="000D05E8">
              <w:rPr>
                <w:rFonts w:ascii="Palatino Linotype" w:hAnsi="Palatino Linotype"/>
                <w:b/>
                <w:bCs/>
              </w:rPr>
              <w:t>Təchizat zəncirinin izlənməsi:</w:t>
            </w:r>
          </w:p>
          <w:p w14:paraId="787E4D7C" w14:textId="19E23C29" w:rsidR="00AC743A" w:rsidRPr="007130FA" w:rsidRDefault="005F6CE6" w:rsidP="000D05E8">
            <w:pPr>
              <w:rPr>
                <w:rFonts w:ascii="Palatino Linotype" w:hAnsi="Palatino Linotype"/>
              </w:rPr>
            </w:pPr>
            <w:r w:rsidRPr="005F6CE6">
              <w:rPr>
                <w:rFonts w:ascii="Palatino Linotype" w:hAnsi="Palatino Linotype"/>
              </w:rPr>
              <w:t xml:space="preserve">Məhsulu orijinal avadanlıq istehsalçısına (OEM) qədər izləyə və müvafiq sertifikatların və ya sənədlərin </w:t>
            </w:r>
            <w:r w:rsidR="00F01CB6">
              <w:rPr>
                <w:rFonts w:ascii="Palatino Linotype" w:hAnsi="Palatino Linotype"/>
              </w:rPr>
              <w:t xml:space="preserve">etibarlı </w:t>
            </w:r>
            <w:r w:rsidRPr="005F6CE6">
              <w:rPr>
                <w:rFonts w:ascii="Palatino Linotype" w:hAnsi="Palatino Linotype"/>
              </w:rPr>
              <w:t xml:space="preserve">nüsxələrini </w:t>
            </w:r>
            <w:r w:rsidR="00F01CB6">
              <w:rPr>
                <w:rFonts w:ascii="Palatino Linotype" w:hAnsi="Palatino Linotype"/>
              </w:rPr>
              <w:t xml:space="preserve">(skan versiyası) </w:t>
            </w:r>
            <w:r w:rsidRPr="005F6CE6">
              <w:rPr>
                <w:rFonts w:ascii="Palatino Linotype" w:hAnsi="Palatino Linotype"/>
              </w:rPr>
              <w:t>təqdim edə bilərsinizmi?</w:t>
            </w:r>
          </w:p>
        </w:tc>
        <w:tc>
          <w:tcPr>
            <w:tcW w:w="5072" w:type="dxa"/>
            <w:vAlign w:val="center"/>
          </w:tcPr>
          <w:p w14:paraId="38653AF5" w14:textId="7C80FC9B" w:rsidR="002A6F2D" w:rsidRDefault="00E62197" w:rsidP="000D05E8">
            <w:pPr>
              <w:rPr>
                <w:rFonts w:ascii="Palatino Linotype" w:hAnsi="Palatino Linotype"/>
                <w:b/>
                <w:bCs/>
              </w:rPr>
            </w:pPr>
            <w:sdt>
              <w:sdtPr>
                <w:rPr>
                  <w:rFonts w:ascii="Palatino Linotype" w:hAnsi="Palatino Linotype"/>
                  <w:b/>
                  <w:bCs/>
                </w:rPr>
                <w:id w:val="526848404"/>
                <w14:checkbox>
                  <w14:checked w14:val="0"/>
                  <w14:checkedState w14:val="2612" w14:font="MS Gothic"/>
                  <w14:uncheckedState w14:val="2610" w14:font="MS Gothic"/>
                </w14:checkbox>
              </w:sdtPr>
              <w:sdtEndPr/>
              <w:sdtContent>
                <w:r w:rsidR="000D08D3">
                  <w:rPr>
                    <w:rFonts w:ascii="MS Gothic" w:eastAsia="MS Gothic" w:hAnsi="MS Gothic" w:hint="eastAsia"/>
                    <w:b/>
                    <w:bCs/>
                  </w:rPr>
                  <w:t>☐</w:t>
                </w:r>
              </w:sdtContent>
            </w:sdt>
            <w:r w:rsidR="00F01CB6">
              <w:rPr>
                <w:rFonts w:ascii="Palatino Linotype" w:hAnsi="Palatino Linotype"/>
                <w:b/>
                <w:bCs/>
              </w:rPr>
              <w:t xml:space="preserve"> </w:t>
            </w:r>
            <w:r w:rsidR="000D05E8" w:rsidRPr="000D05E8">
              <w:rPr>
                <w:rFonts w:ascii="Palatino Linotype" w:hAnsi="Palatino Linotype"/>
                <w:b/>
                <w:bCs/>
              </w:rPr>
              <w:t>Bəli</w:t>
            </w:r>
          </w:p>
          <w:p w14:paraId="206F8C4E" w14:textId="13C834D6" w:rsidR="00AC743A" w:rsidRPr="000D05E8" w:rsidRDefault="00E62197" w:rsidP="000D05E8">
            <w:pPr>
              <w:rPr>
                <w:rFonts w:ascii="Palatino Linotype" w:hAnsi="Palatino Linotype"/>
                <w:b/>
                <w:bCs/>
              </w:rPr>
            </w:pPr>
            <w:sdt>
              <w:sdtPr>
                <w:rPr>
                  <w:rFonts w:ascii="Palatino Linotype" w:hAnsi="Palatino Linotype"/>
                  <w:b/>
                  <w:bCs/>
                </w:rPr>
                <w:id w:val="405575685"/>
                <w14:checkbox>
                  <w14:checked w14:val="0"/>
                  <w14:checkedState w14:val="2612" w14:font="MS Gothic"/>
                  <w14:uncheckedState w14:val="2610" w14:font="MS Gothic"/>
                </w14:checkbox>
              </w:sdtPr>
              <w:sdtEndPr/>
              <w:sdtContent>
                <w:r w:rsidR="000D08D3">
                  <w:rPr>
                    <w:rFonts w:ascii="MS Gothic" w:eastAsia="MS Gothic" w:hAnsi="MS Gothic" w:hint="eastAsia"/>
                    <w:b/>
                    <w:bCs/>
                  </w:rPr>
                  <w:t>☐</w:t>
                </w:r>
              </w:sdtContent>
            </w:sdt>
            <w:r w:rsidR="00F01CB6">
              <w:rPr>
                <w:rFonts w:ascii="Palatino Linotype" w:hAnsi="Palatino Linotype"/>
                <w:b/>
                <w:bCs/>
              </w:rPr>
              <w:t xml:space="preserve"> </w:t>
            </w:r>
            <w:r w:rsidR="008F4270" w:rsidRPr="000528E8">
              <w:rPr>
                <w:rFonts w:ascii="Palatino Linotype" w:hAnsi="Palatino Linotype"/>
                <w:b/>
                <w:bCs/>
              </w:rPr>
              <w:t>Xeyr.</w:t>
            </w:r>
            <w:r w:rsidR="00F01CB6">
              <w:rPr>
                <w:rFonts w:ascii="Palatino Linotype" w:hAnsi="Palatino Linotype"/>
                <w:b/>
                <w:bCs/>
              </w:rPr>
              <w:t xml:space="preserve"> Yox olduqda səbəbini izah edin.</w:t>
            </w:r>
          </w:p>
        </w:tc>
      </w:tr>
      <w:tr w:rsidR="00AC743A" w:rsidRPr="007130FA" w14:paraId="3C99A18F" w14:textId="77777777" w:rsidTr="00413DA3">
        <w:trPr>
          <w:trHeight w:val="750"/>
          <w:jc w:val="center"/>
        </w:trPr>
        <w:tc>
          <w:tcPr>
            <w:tcW w:w="8771" w:type="dxa"/>
            <w:vAlign w:val="center"/>
          </w:tcPr>
          <w:p w14:paraId="53A4E167" w14:textId="77777777" w:rsidR="000D05E8" w:rsidRPr="000D05E8" w:rsidRDefault="00AF27BC" w:rsidP="000D05E8">
            <w:pPr>
              <w:rPr>
                <w:rFonts w:ascii="Palatino Linotype" w:hAnsi="Palatino Linotype"/>
                <w:b/>
                <w:bCs/>
              </w:rPr>
            </w:pPr>
            <w:r w:rsidRPr="000D05E8">
              <w:rPr>
                <w:rFonts w:ascii="Palatino Linotype" w:hAnsi="Palatino Linotype"/>
                <w:b/>
                <w:bCs/>
              </w:rPr>
              <w:t>Saxtakarlığın qarşısının alınması:</w:t>
            </w:r>
          </w:p>
          <w:p w14:paraId="580C9BD6" w14:textId="2797B5B5" w:rsidR="00AC743A" w:rsidRPr="007130FA" w:rsidRDefault="005F6CE6" w:rsidP="000D05E8">
            <w:pPr>
              <w:rPr>
                <w:rFonts w:ascii="Palatino Linotype" w:hAnsi="Palatino Linotype"/>
              </w:rPr>
            </w:pPr>
            <w:r w:rsidRPr="005F6CE6">
              <w:rPr>
                <w:rFonts w:ascii="Palatino Linotype" w:hAnsi="Palatino Linotype"/>
              </w:rPr>
              <w:t xml:space="preserve">Saxta və ya şübhəli hissə və materialların istifadəsinin qarşısını almaq üçün mövcud nəzarət </w:t>
            </w:r>
            <w:r w:rsidR="003A1771">
              <w:rPr>
                <w:rFonts w:ascii="Palatino Linotype" w:hAnsi="Palatino Linotype"/>
              </w:rPr>
              <w:t>mexanizmlərini</w:t>
            </w:r>
            <w:r w:rsidRPr="005F6CE6">
              <w:rPr>
                <w:rFonts w:ascii="Palatino Linotype" w:hAnsi="Palatino Linotype"/>
              </w:rPr>
              <w:t xml:space="preserve"> təsvir edin.</w:t>
            </w:r>
          </w:p>
        </w:tc>
        <w:tc>
          <w:tcPr>
            <w:tcW w:w="5072" w:type="dxa"/>
            <w:vAlign w:val="center"/>
          </w:tcPr>
          <w:p w14:paraId="76C34777" w14:textId="77777777" w:rsidR="00AC743A" w:rsidRPr="007130FA" w:rsidRDefault="00AC743A" w:rsidP="000D05E8">
            <w:pPr>
              <w:rPr>
                <w:rFonts w:ascii="Palatino Linotype" w:hAnsi="Palatino Linotype"/>
              </w:rPr>
            </w:pPr>
          </w:p>
        </w:tc>
      </w:tr>
      <w:tr w:rsidR="00AC743A" w:rsidRPr="007130FA" w14:paraId="08069CBF" w14:textId="77777777" w:rsidTr="00413DA3">
        <w:trPr>
          <w:trHeight w:val="750"/>
          <w:jc w:val="center"/>
        </w:trPr>
        <w:tc>
          <w:tcPr>
            <w:tcW w:w="8771" w:type="dxa"/>
            <w:vAlign w:val="center"/>
          </w:tcPr>
          <w:p w14:paraId="36B2CB82" w14:textId="77777777" w:rsidR="000D05E8" w:rsidRPr="000D05E8" w:rsidRDefault="00AF27BC" w:rsidP="000D05E8">
            <w:pPr>
              <w:rPr>
                <w:rFonts w:ascii="Palatino Linotype" w:hAnsi="Palatino Linotype"/>
                <w:b/>
                <w:bCs/>
              </w:rPr>
            </w:pPr>
            <w:r w:rsidRPr="000D05E8">
              <w:rPr>
                <w:rFonts w:ascii="Palatino Linotype" w:hAnsi="Palatino Linotype"/>
                <w:b/>
                <w:bCs/>
              </w:rPr>
              <w:t>Saxlama şərtləri:</w:t>
            </w:r>
          </w:p>
          <w:p w14:paraId="6CD7B234" w14:textId="29269579" w:rsidR="00AC743A" w:rsidRPr="007130FA" w:rsidRDefault="005F6CE6" w:rsidP="000D05E8">
            <w:pPr>
              <w:rPr>
                <w:rFonts w:ascii="Palatino Linotype" w:hAnsi="Palatino Linotype"/>
              </w:rPr>
            </w:pPr>
            <w:r w:rsidRPr="005F6CE6">
              <w:rPr>
                <w:rFonts w:ascii="Palatino Linotype" w:hAnsi="Palatino Linotype"/>
              </w:rPr>
              <w:t>Məhsulların saxlanma şərtlərini və anbar nəzarət sistemini təsvir edin.</w:t>
            </w:r>
          </w:p>
        </w:tc>
        <w:tc>
          <w:tcPr>
            <w:tcW w:w="5072" w:type="dxa"/>
            <w:vAlign w:val="center"/>
          </w:tcPr>
          <w:p w14:paraId="29DC6B21" w14:textId="77777777" w:rsidR="00AC743A" w:rsidRPr="007130FA" w:rsidRDefault="00AC743A" w:rsidP="000D05E8">
            <w:pPr>
              <w:rPr>
                <w:rFonts w:ascii="Palatino Linotype" w:hAnsi="Palatino Linotype"/>
              </w:rPr>
            </w:pPr>
          </w:p>
        </w:tc>
      </w:tr>
      <w:tr w:rsidR="00AC743A" w:rsidRPr="007130FA" w14:paraId="04754BA0" w14:textId="77777777" w:rsidTr="00413DA3">
        <w:trPr>
          <w:trHeight w:val="750"/>
          <w:jc w:val="center"/>
        </w:trPr>
        <w:tc>
          <w:tcPr>
            <w:tcW w:w="8771" w:type="dxa"/>
            <w:vAlign w:val="center"/>
          </w:tcPr>
          <w:p w14:paraId="62D5DD90" w14:textId="6BBD6A9E" w:rsidR="000D05E8" w:rsidRPr="000D05E8" w:rsidRDefault="00ED6776" w:rsidP="000D05E8">
            <w:pPr>
              <w:rPr>
                <w:rFonts w:ascii="Palatino Linotype" w:hAnsi="Palatino Linotype"/>
                <w:b/>
                <w:bCs/>
              </w:rPr>
            </w:pPr>
            <w:r w:rsidRPr="00ED6776">
              <w:rPr>
                <w:rFonts w:ascii="Palatino Linotype" w:hAnsi="Palatino Linotype"/>
                <w:b/>
                <w:bCs/>
              </w:rPr>
              <w:t>Məhsulun geri qaytarılması və geri çağırılması:</w:t>
            </w:r>
          </w:p>
          <w:p w14:paraId="00B7F101" w14:textId="0827EA3F" w:rsidR="00AC743A" w:rsidRPr="007130FA" w:rsidRDefault="00ED6776" w:rsidP="000D05E8">
            <w:pPr>
              <w:rPr>
                <w:rFonts w:ascii="Palatino Linotype" w:hAnsi="Palatino Linotype"/>
              </w:rPr>
            </w:pPr>
            <w:r w:rsidRPr="00ED6776">
              <w:rPr>
                <w:rFonts w:ascii="Palatino Linotype" w:hAnsi="Palatino Linotype"/>
              </w:rPr>
              <w:t>Geri qaytarılma, karantin tədbirləri və məhsulların geri çağırılması prosesini təsvir edin.</w:t>
            </w:r>
          </w:p>
        </w:tc>
        <w:tc>
          <w:tcPr>
            <w:tcW w:w="5072" w:type="dxa"/>
            <w:vAlign w:val="center"/>
          </w:tcPr>
          <w:p w14:paraId="2BA56DE2" w14:textId="77777777" w:rsidR="00AC743A" w:rsidRPr="007130FA" w:rsidRDefault="00AC743A" w:rsidP="000D05E8">
            <w:pPr>
              <w:rPr>
                <w:rFonts w:ascii="Palatino Linotype" w:hAnsi="Palatino Linotype"/>
              </w:rPr>
            </w:pPr>
          </w:p>
        </w:tc>
      </w:tr>
    </w:tbl>
    <w:p w14:paraId="0223E6EE" w14:textId="77777777" w:rsidR="007C28FE" w:rsidRPr="007C28FE" w:rsidRDefault="007C28FE">
      <w:pPr>
        <w:rPr>
          <w:rFonts w:ascii="Palatino Linotype" w:hAnsi="Palatino Linotype"/>
          <w:b/>
          <w:sz w:val="2"/>
          <w:szCs w:val="2"/>
        </w:rPr>
      </w:pPr>
    </w:p>
    <w:p w14:paraId="77B3E501" w14:textId="3D15A33B" w:rsidR="00AC743A" w:rsidRPr="007130FA" w:rsidRDefault="003A1771">
      <w:pPr>
        <w:rPr>
          <w:rFonts w:ascii="Palatino Linotype" w:hAnsi="Palatino Linotype"/>
        </w:rPr>
      </w:pPr>
      <w:r>
        <w:rPr>
          <w:rFonts w:ascii="Palatino Linotype" w:hAnsi="Palatino Linotype"/>
          <w:b/>
        </w:rPr>
        <w:t>Mütləq</w:t>
      </w:r>
      <w:r w:rsidR="00AF27BC" w:rsidRPr="007130FA">
        <w:rPr>
          <w:rFonts w:ascii="Palatino Linotype" w:hAnsi="Palatino Linotype"/>
          <w:b/>
        </w:rPr>
        <w:t xml:space="preserve"> əlavələr (Əlavə B):</w:t>
      </w:r>
    </w:p>
    <w:p w14:paraId="4B655821" w14:textId="41107D8E" w:rsidR="00AC743A" w:rsidRPr="007130FA" w:rsidRDefault="00E62197">
      <w:pPr>
        <w:pStyle w:val="ListBullet"/>
        <w:rPr>
          <w:rFonts w:ascii="Palatino Linotype" w:hAnsi="Palatino Linotype"/>
        </w:rPr>
      </w:pPr>
      <w:sdt>
        <w:sdtPr>
          <w:rPr>
            <w:rFonts w:ascii="Palatino Linotype" w:hAnsi="Palatino Linotype"/>
            <w:b/>
            <w:bCs/>
          </w:rPr>
          <w:id w:val="678625496"/>
          <w14:checkbox>
            <w14:checked w14:val="0"/>
            <w14:checkedState w14:val="2612" w14:font="MS Gothic"/>
            <w14:uncheckedState w14:val="2610" w14:font="MS Gothic"/>
          </w14:checkbox>
        </w:sdtPr>
        <w:sdtEndPr/>
        <w:sdtContent>
          <w:r w:rsidR="005C6641">
            <w:rPr>
              <w:rFonts w:ascii="MS Gothic" w:eastAsia="MS Gothic" w:hAnsi="MS Gothic" w:hint="eastAsia"/>
              <w:b/>
              <w:bCs/>
            </w:rPr>
            <w:t>☐</w:t>
          </w:r>
        </w:sdtContent>
      </w:sdt>
      <w:r w:rsidR="003205EE" w:rsidRPr="00D8216A">
        <w:rPr>
          <w:rFonts w:ascii="Palatino Linotype" w:hAnsi="Palatino Linotype"/>
          <w:b/>
          <w:bCs/>
        </w:rPr>
        <w:t xml:space="preserve"> </w:t>
      </w:r>
      <w:r w:rsidR="00036170" w:rsidRPr="00036170">
        <w:rPr>
          <w:rFonts w:ascii="Palatino Linotype" w:hAnsi="Palatino Linotype"/>
        </w:rPr>
        <w:t xml:space="preserve">OEM </w:t>
      </w:r>
      <w:r w:rsidR="007F53AE">
        <w:rPr>
          <w:rFonts w:ascii="Palatino Linotype" w:hAnsi="Palatino Linotype"/>
        </w:rPr>
        <w:t>s</w:t>
      </w:r>
      <w:r w:rsidR="00036170" w:rsidRPr="00036170">
        <w:rPr>
          <w:rFonts w:ascii="Palatino Linotype" w:hAnsi="Palatino Linotype"/>
        </w:rPr>
        <w:t xml:space="preserve">əlahiyyət </w:t>
      </w:r>
      <w:r w:rsidR="007F53AE">
        <w:rPr>
          <w:rFonts w:ascii="Palatino Linotype" w:hAnsi="Palatino Linotype"/>
        </w:rPr>
        <w:t>m</w:t>
      </w:r>
      <w:r w:rsidR="00036170" w:rsidRPr="00036170">
        <w:rPr>
          <w:rFonts w:ascii="Palatino Linotype" w:hAnsi="Palatino Linotype"/>
        </w:rPr>
        <w:t>əktubu (distribyutor səlahiyyətlidirsə)</w:t>
      </w:r>
    </w:p>
    <w:p w14:paraId="09F2B67E" w14:textId="647BE741" w:rsidR="00AC743A" w:rsidRPr="007130FA" w:rsidRDefault="00E62197">
      <w:pPr>
        <w:pStyle w:val="ListBullet"/>
        <w:rPr>
          <w:rFonts w:ascii="Palatino Linotype" w:hAnsi="Palatino Linotype"/>
        </w:rPr>
      </w:pPr>
      <w:sdt>
        <w:sdtPr>
          <w:rPr>
            <w:rFonts w:ascii="Palatino Linotype" w:hAnsi="Palatino Linotype"/>
            <w:b/>
            <w:bCs/>
          </w:rPr>
          <w:id w:val="-1655448847"/>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036170" w:rsidRPr="00036170">
        <w:rPr>
          <w:rFonts w:ascii="Palatino Linotype" w:hAnsi="Palatino Linotype"/>
        </w:rPr>
        <w:t>Məhsul tədarük edən əsas OEM və ya brendlərin siyahısı.</w:t>
      </w:r>
    </w:p>
    <w:p w14:paraId="3F4FC4B5" w14:textId="6909CC3C" w:rsidR="00AC743A" w:rsidRPr="007130FA" w:rsidRDefault="00E62197">
      <w:pPr>
        <w:pStyle w:val="ListBullet"/>
        <w:rPr>
          <w:rFonts w:ascii="Palatino Linotype" w:hAnsi="Palatino Linotype"/>
        </w:rPr>
      </w:pPr>
      <w:sdt>
        <w:sdtPr>
          <w:rPr>
            <w:rFonts w:ascii="Palatino Linotype" w:hAnsi="Palatino Linotype"/>
            <w:b/>
            <w:bCs/>
          </w:rPr>
          <w:id w:val="-1835992673"/>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036170" w:rsidRPr="00036170">
        <w:rPr>
          <w:rFonts w:ascii="Palatino Linotype" w:hAnsi="Palatino Linotype"/>
        </w:rPr>
        <w:t>Nümunə OEM</w:t>
      </w:r>
      <w:r w:rsidR="007F53AE">
        <w:rPr>
          <w:rFonts w:ascii="Palatino Linotype" w:hAnsi="Palatino Linotype"/>
        </w:rPr>
        <w:t xml:space="preserve"> sertifikat paketi </w:t>
      </w:r>
      <w:r w:rsidR="00036170" w:rsidRPr="00036170">
        <w:rPr>
          <w:rFonts w:ascii="Palatino Linotype" w:hAnsi="Palatino Linotype"/>
        </w:rPr>
        <w:t>/</w:t>
      </w:r>
      <w:r w:rsidR="007F53AE">
        <w:rPr>
          <w:rFonts w:ascii="Palatino Linotype" w:hAnsi="Palatino Linotype"/>
        </w:rPr>
        <w:t xml:space="preserve"> Uyğunluq sertifikatı (CoC) </w:t>
      </w:r>
      <w:r w:rsidR="00036170" w:rsidRPr="00036170">
        <w:rPr>
          <w:rFonts w:ascii="Palatino Linotype" w:hAnsi="Palatino Linotype"/>
        </w:rPr>
        <w:t>/</w:t>
      </w:r>
      <w:r w:rsidR="007F53AE" w:rsidRPr="007F53AE">
        <w:t xml:space="preserve"> </w:t>
      </w:r>
      <w:r w:rsidR="007F53AE" w:rsidRPr="007F53AE">
        <w:rPr>
          <w:rFonts w:ascii="Palatino Linotype" w:hAnsi="Palatino Linotype"/>
        </w:rPr>
        <w:t>Metal material üçün zavod sınaq sertifikat</w:t>
      </w:r>
      <w:r w:rsidR="005C2C84">
        <w:rPr>
          <w:rFonts w:ascii="Palatino Linotype" w:hAnsi="Palatino Linotype"/>
        </w:rPr>
        <w:t xml:space="preserve"> p</w:t>
      </w:r>
      <w:r w:rsidR="005C2C84" w:rsidRPr="00036170">
        <w:rPr>
          <w:rFonts w:ascii="Palatino Linotype" w:hAnsi="Palatino Linotype"/>
        </w:rPr>
        <w:t>aketi</w:t>
      </w:r>
      <w:r w:rsidR="007F53AE" w:rsidRPr="007F53AE">
        <w:rPr>
          <w:rFonts w:ascii="Palatino Linotype" w:hAnsi="Palatino Linotype"/>
        </w:rPr>
        <w:t xml:space="preserve"> </w:t>
      </w:r>
      <w:r w:rsidR="007F53AE">
        <w:rPr>
          <w:rFonts w:ascii="Palatino Linotype" w:hAnsi="Palatino Linotype"/>
        </w:rPr>
        <w:t xml:space="preserve">(MTC) </w:t>
      </w:r>
      <w:r w:rsidR="00036170" w:rsidRPr="00036170">
        <w:rPr>
          <w:rFonts w:ascii="Palatino Linotype" w:hAnsi="Palatino Linotype"/>
        </w:rPr>
        <w:t>(tətbiq olunduğu hallarda)</w:t>
      </w:r>
    </w:p>
    <w:p w14:paraId="7D50452D" w14:textId="2CDDBB6F" w:rsidR="007C28FE" w:rsidRPr="005C2C84" w:rsidRDefault="00E62197" w:rsidP="005C2C84">
      <w:pPr>
        <w:pStyle w:val="ListBullet"/>
        <w:rPr>
          <w:rFonts w:ascii="Palatino Linotype" w:hAnsi="Palatino Linotype"/>
        </w:rPr>
      </w:pPr>
      <w:sdt>
        <w:sdtPr>
          <w:rPr>
            <w:rFonts w:ascii="MS Gothic" w:eastAsia="MS Gothic" w:hAnsi="MS Gothic"/>
            <w:b/>
            <w:bCs/>
          </w:rPr>
          <w:id w:val="-1383782134"/>
          <w14:checkbox>
            <w14:checked w14:val="0"/>
            <w14:checkedState w14:val="2612" w14:font="MS Gothic"/>
            <w14:uncheckedState w14:val="2610" w14:font="MS Gothic"/>
          </w14:checkbox>
        </w:sdtPr>
        <w:sdtEndPr/>
        <w:sdtContent>
          <w:r w:rsidR="003205EE" w:rsidRPr="005C2C84">
            <w:rPr>
              <w:rFonts w:ascii="MS Gothic" w:eastAsia="MS Gothic" w:hAnsi="MS Gothic" w:hint="eastAsia"/>
              <w:b/>
              <w:bCs/>
            </w:rPr>
            <w:t>☐</w:t>
          </w:r>
        </w:sdtContent>
      </w:sdt>
      <w:r w:rsidR="003205EE" w:rsidRPr="005C2C84">
        <w:rPr>
          <w:rFonts w:ascii="Palatino Linotype" w:hAnsi="Palatino Linotype"/>
          <w:b/>
          <w:bCs/>
        </w:rPr>
        <w:t xml:space="preserve"> </w:t>
      </w:r>
      <w:r w:rsidR="00036170" w:rsidRPr="005C2C84">
        <w:rPr>
          <w:rFonts w:ascii="Palatino Linotype" w:hAnsi="Palatino Linotype"/>
        </w:rPr>
        <w:t>Anbar binasının təsviri (şəkillər</w:t>
      </w:r>
      <w:r w:rsidR="00554093" w:rsidRPr="005C2C84">
        <w:rPr>
          <w:rFonts w:ascii="Palatino Linotype" w:hAnsi="Palatino Linotype"/>
        </w:rPr>
        <w:t xml:space="preserve"> varsa</w:t>
      </w:r>
      <w:r w:rsidR="00036170" w:rsidRPr="005C2C84">
        <w:rPr>
          <w:rFonts w:ascii="Palatino Linotype" w:hAnsi="Palatino Linotype"/>
        </w:rPr>
        <w:t>)</w:t>
      </w:r>
    </w:p>
    <w:p w14:paraId="14FABB3F" w14:textId="54A54486" w:rsidR="00AC743A" w:rsidRPr="00B62CF1" w:rsidRDefault="00B62CF1" w:rsidP="00B62CF1">
      <w:pPr>
        <w:rPr>
          <w:rFonts w:ascii="Palatino Linotype" w:hAnsi="Palatino Linotype"/>
        </w:rPr>
      </w:pPr>
      <w:r>
        <w:rPr>
          <w:rFonts w:ascii="Palatino Linotype" w:hAnsi="Palatino Linotype"/>
        </w:rPr>
        <w:br w:type="page"/>
      </w:r>
      <w:r w:rsidR="00AF27BC" w:rsidRPr="002A6F2D">
        <w:rPr>
          <w:rFonts w:ascii="Palatino Linotype" w:hAnsi="Palatino Linotype"/>
          <w:color w:val="984806" w:themeColor="accent6" w:themeShade="80"/>
        </w:rPr>
        <w:lastRenderedPageBreak/>
        <w:t>Əlavə C - Xidmət Təminatçıları</w:t>
      </w:r>
      <w:r w:rsidR="00F30187">
        <w:rPr>
          <w:rFonts w:ascii="Palatino Linotype" w:hAnsi="Palatino Linotype"/>
          <w:color w:val="984806" w:themeColor="accent6" w:themeShade="80"/>
        </w:rPr>
        <w:t xml:space="preserve"> </w:t>
      </w:r>
      <w:r w:rsidR="00AF27BC" w:rsidRPr="002A6F2D">
        <w:rPr>
          <w:rFonts w:ascii="Palatino Linotype" w:hAnsi="Palatino Linotype"/>
          <w:color w:val="984806" w:themeColor="accent6" w:themeShade="80"/>
        </w:rPr>
        <w:t>/</w:t>
      </w:r>
      <w:r w:rsidR="00F30187">
        <w:rPr>
          <w:rFonts w:ascii="Palatino Linotype" w:hAnsi="Palatino Linotype"/>
          <w:color w:val="984806" w:themeColor="accent6" w:themeShade="80"/>
        </w:rPr>
        <w:t xml:space="preserve"> </w:t>
      </w:r>
      <w:r w:rsidR="00AF27BC" w:rsidRPr="002A6F2D">
        <w:rPr>
          <w:rFonts w:ascii="Palatino Linotype" w:hAnsi="Palatino Linotype"/>
          <w:color w:val="984806" w:themeColor="accent6" w:themeShade="80"/>
        </w:rPr>
        <w:t>Podratçılar</w:t>
      </w:r>
    </w:p>
    <w:p w14:paraId="71EE2AAA" w14:textId="236AFA1F" w:rsidR="00AC743A" w:rsidRPr="002A6F2D" w:rsidRDefault="006C4A95">
      <w:pPr>
        <w:rPr>
          <w:rFonts w:ascii="Palatino Linotype" w:hAnsi="Palatino Linotype"/>
          <w:b/>
          <w:bCs/>
        </w:rPr>
      </w:pPr>
      <w:r w:rsidRPr="006C4A95">
        <w:rPr>
          <w:rFonts w:ascii="Palatino Linotype" w:hAnsi="Palatino Linotype"/>
          <w:b/>
          <w:bCs/>
        </w:rPr>
        <w:t>Əgər BSC üçün yerində xidmətlər göstərirsinizsə və ya müqavilə çərçivəsində iş/xidmətlər yerinə yetirirsinizsə, bu ə</w:t>
      </w:r>
      <w:r w:rsidR="00F30187">
        <w:rPr>
          <w:rFonts w:ascii="Palatino Linotype" w:hAnsi="Palatino Linotype"/>
          <w:b/>
          <w:bCs/>
        </w:rPr>
        <w:t xml:space="preserve">lavəni </w:t>
      </w:r>
      <w:r w:rsidRPr="006C4A95">
        <w:rPr>
          <w:rFonts w:ascii="Palatino Linotype" w:hAnsi="Palatino Linotype"/>
          <w:b/>
          <w:bCs/>
        </w:rPr>
        <w:t>doldurun.</w:t>
      </w:r>
    </w:p>
    <w:tbl>
      <w:tblPr>
        <w:tblStyle w:val="TableGrid"/>
        <w:tblW w:w="0" w:type="auto"/>
        <w:jc w:val="center"/>
        <w:tblLook w:val="04A0" w:firstRow="1" w:lastRow="0" w:firstColumn="1" w:lastColumn="0" w:noHBand="0" w:noVBand="1"/>
      </w:tblPr>
      <w:tblGrid>
        <w:gridCol w:w="8995"/>
        <w:gridCol w:w="4567"/>
      </w:tblGrid>
      <w:tr w:rsidR="00AC743A" w:rsidRPr="007130FA" w14:paraId="62539359" w14:textId="77777777" w:rsidTr="00454E68">
        <w:trPr>
          <w:jc w:val="center"/>
        </w:trPr>
        <w:tc>
          <w:tcPr>
            <w:tcW w:w="8995" w:type="dxa"/>
            <w:shd w:val="clear" w:color="auto" w:fill="F2F2F2"/>
            <w:vAlign w:val="center"/>
          </w:tcPr>
          <w:p w14:paraId="58E7A03C" w14:textId="77777777" w:rsidR="00AC743A" w:rsidRPr="007130FA" w:rsidRDefault="00AF27BC" w:rsidP="002A6F2D">
            <w:pPr>
              <w:jc w:val="center"/>
              <w:rPr>
                <w:rFonts w:ascii="Palatino Linotype" w:hAnsi="Palatino Linotype"/>
              </w:rPr>
            </w:pPr>
            <w:r w:rsidRPr="007130FA">
              <w:rPr>
                <w:rFonts w:ascii="Palatino Linotype" w:hAnsi="Palatino Linotype"/>
                <w:b/>
              </w:rPr>
              <w:t>Sual / Tələb</w:t>
            </w:r>
          </w:p>
        </w:tc>
        <w:tc>
          <w:tcPr>
            <w:tcW w:w="4567" w:type="dxa"/>
            <w:shd w:val="clear" w:color="auto" w:fill="F2F2F2"/>
            <w:vAlign w:val="center"/>
          </w:tcPr>
          <w:p w14:paraId="48FB0DF7" w14:textId="77777777" w:rsidR="00AC743A" w:rsidRPr="007130FA" w:rsidRDefault="00AF27BC" w:rsidP="002A6F2D">
            <w:pPr>
              <w:jc w:val="center"/>
              <w:rPr>
                <w:rFonts w:ascii="Palatino Linotype" w:hAnsi="Palatino Linotype"/>
              </w:rPr>
            </w:pPr>
            <w:r w:rsidRPr="007130FA">
              <w:rPr>
                <w:rFonts w:ascii="Palatino Linotype" w:hAnsi="Palatino Linotype"/>
                <w:b/>
              </w:rPr>
              <w:t>Təchizatçının cavabı</w:t>
            </w:r>
          </w:p>
        </w:tc>
      </w:tr>
      <w:tr w:rsidR="00AC743A" w:rsidRPr="007130FA" w14:paraId="73F5C3BB" w14:textId="77777777" w:rsidTr="00454E68">
        <w:trPr>
          <w:jc w:val="center"/>
        </w:trPr>
        <w:tc>
          <w:tcPr>
            <w:tcW w:w="8995" w:type="dxa"/>
            <w:vAlign w:val="center"/>
          </w:tcPr>
          <w:p w14:paraId="7FCEAAC7" w14:textId="08FF6F4B" w:rsidR="002A6F2D" w:rsidRDefault="006C4A95" w:rsidP="002A6F2D">
            <w:pPr>
              <w:rPr>
                <w:rFonts w:ascii="Palatino Linotype" w:hAnsi="Palatino Linotype"/>
                <w:b/>
                <w:bCs/>
              </w:rPr>
            </w:pPr>
            <w:r w:rsidRPr="006C4A95">
              <w:rPr>
                <w:rFonts w:ascii="Palatino Linotype" w:hAnsi="Palatino Linotype"/>
                <w:b/>
                <w:bCs/>
              </w:rPr>
              <w:t>Əməyin Mühafizəsi və Təhlükəsizliyi və Ətraf Mühitin İdarə Edilməsi:</w:t>
            </w:r>
          </w:p>
          <w:p w14:paraId="3B489646" w14:textId="78E2EF2D" w:rsidR="00AC743A" w:rsidRPr="007130FA" w:rsidRDefault="005C2C84" w:rsidP="002A6F2D">
            <w:pPr>
              <w:rPr>
                <w:rFonts w:ascii="Palatino Linotype" w:hAnsi="Palatino Linotype"/>
              </w:rPr>
            </w:pPr>
            <w:r>
              <w:rPr>
                <w:rFonts w:ascii="Palatino Linotype" w:hAnsi="Palatino Linotype"/>
              </w:rPr>
              <w:t>F</w:t>
            </w:r>
            <w:r w:rsidR="006C4A95" w:rsidRPr="006C4A95">
              <w:rPr>
                <w:rFonts w:ascii="Palatino Linotype" w:hAnsi="Palatino Linotype"/>
              </w:rPr>
              <w:t>əaliyyətləriniz üçün peşə sağlamlığı və təhlükəsizliyi siyasətinizin və risk qiymətləndirmə prosesinizin olub-olmadığını göstərin.</w:t>
            </w:r>
          </w:p>
        </w:tc>
        <w:tc>
          <w:tcPr>
            <w:tcW w:w="4567" w:type="dxa"/>
            <w:vAlign w:val="center"/>
          </w:tcPr>
          <w:p w14:paraId="6012F9C0" w14:textId="1DF7306A" w:rsidR="002A6F2D" w:rsidRPr="002A6F2D" w:rsidRDefault="00E62197" w:rsidP="002A6F2D">
            <w:pPr>
              <w:rPr>
                <w:rFonts w:ascii="Palatino Linotype" w:hAnsi="Palatino Linotype"/>
                <w:b/>
                <w:bCs/>
              </w:rPr>
            </w:pPr>
            <w:sdt>
              <w:sdtPr>
                <w:rPr>
                  <w:rFonts w:ascii="Palatino Linotype" w:hAnsi="Palatino Linotype"/>
                  <w:b/>
                  <w:bCs/>
                </w:rPr>
                <w:id w:val="2100356076"/>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Bəli (əlavə edin)</w:t>
            </w:r>
          </w:p>
          <w:p w14:paraId="6AB9C635" w14:textId="27538AB3" w:rsidR="00AC743A" w:rsidRPr="007130FA" w:rsidRDefault="00E62197" w:rsidP="002A6F2D">
            <w:pPr>
              <w:rPr>
                <w:rFonts w:ascii="Palatino Linotype" w:hAnsi="Palatino Linotype"/>
              </w:rPr>
            </w:pPr>
            <w:sdt>
              <w:sdtPr>
                <w:rPr>
                  <w:rFonts w:ascii="Palatino Linotype" w:hAnsi="Palatino Linotype"/>
                  <w:b/>
                  <w:bCs/>
                </w:rPr>
                <w:id w:val="492220222"/>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Xeyr</w:t>
            </w:r>
          </w:p>
        </w:tc>
      </w:tr>
      <w:tr w:rsidR="00AC743A" w:rsidRPr="007130FA" w14:paraId="15B115DD" w14:textId="77777777" w:rsidTr="00454E68">
        <w:trPr>
          <w:jc w:val="center"/>
        </w:trPr>
        <w:tc>
          <w:tcPr>
            <w:tcW w:w="8995" w:type="dxa"/>
            <w:vAlign w:val="center"/>
          </w:tcPr>
          <w:p w14:paraId="14903B4E" w14:textId="77777777" w:rsidR="002A6F2D" w:rsidRPr="002A6F2D" w:rsidRDefault="00AF27BC" w:rsidP="002A6F2D">
            <w:pPr>
              <w:rPr>
                <w:rFonts w:ascii="Palatino Linotype" w:hAnsi="Palatino Linotype"/>
                <w:b/>
                <w:bCs/>
              </w:rPr>
            </w:pPr>
            <w:r w:rsidRPr="002A6F2D">
              <w:rPr>
                <w:rFonts w:ascii="Palatino Linotype" w:hAnsi="Palatino Linotype"/>
                <w:b/>
                <w:bCs/>
              </w:rPr>
              <w:t>Təlim və peşəkar inkişaf:</w:t>
            </w:r>
          </w:p>
          <w:p w14:paraId="3662CD07" w14:textId="547344E9" w:rsidR="00AC743A" w:rsidRPr="007130FA" w:rsidRDefault="00F30187" w:rsidP="002A6F2D">
            <w:pPr>
              <w:rPr>
                <w:rFonts w:ascii="Palatino Linotype" w:hAnsi="Palatino Linotype"/>
              </w:rPr>
            </w:pPr>
            <w:r>
              <w:rPr>
                <w:rFonts w:ascii="Palatino Linotype" w:hAnsi="Palatino Linotype"/>
              </w:rPr>
              <w:t>Əməkdaşlarınızın</w:t>
            </w:r>
            <w:r w:rsidR="006C4A95" w:rsidRPr="006C4A95">
              <w:rPr>
                <w:rFonts w:ascii="Palatino Linotype" w:hAnsi="Palatino Linotype"/>
              </w:rPr>
              <w:t xml:space="preserve"> təyin olunmuş </w:t>
            </w:r>
            <w:r>
              <w:rPr>
                <w:rFonts w:ascii="Palatino Linotype" w:hAnsi="Palatino Linotype"/>
              </w:rPr>
              <w:t>işlərin icrası üçün</w:t>
            </w:r>
            <w:r w:rsidR="0086501B">
              <w:rPr>
                <w:rFonts w:ascii="Palatino Linotype" w:hAnsi="Palatino Linotype"/>
              </w:rPr>
              <w:t xml:space="preserve"> bacarıqlı olmasını necə təmin edirsdiniz?</w:t>
            </w:r>
          </w:p>
        </w:tc>
        <w:tc>
          <w:tcPr>
            <w:tcW w:w="4567" w:type="dxa"/>
            <w:vAlign w:val="center"/>
          </w:tcPr>
          <w:p w14:paraId="07605532" w14:textId="77777777" w:rsidR="00AC743A" w:rsidRPr="007130FA" w:rsidRDefault="00AC743A" w:rsidP="002A6F2D">
            <w:pPr>
              <w:rPr>
                <w:rFonts w:ascii="Palatino Linotype" w:hAnsi="Palatino Linotype"/>
              </w:rPr>
            </w:pPr>
          </w:p>
        </w:tc>
      </w:tr>
      <w:tr w:rsidR="00AC743A" w:rsidRPr="007130FA" w14:paraId="34303186" w14:textId="77777777" w:rsidTr="00454E68">
        <w:trPr>
          <w:jc w:val="center"/>
        </w:trPr>
        <w:tc>
          <w:tcPr>
            <w:tcW w:w="8995" w:type="dxa"/>
            <w:vAlign w:val="center"/>
          </w:tcPr>
          <w:p w14:paraId="5DCAA36E" w14:textId="5671CED3" w:rsidR="002A6F2D" w:rsidRPr="002A6F2D" w:rsidRDefault="006C4A95" w:rsidP="002A6F2D">
            <w:pPr>
              <w:rPr>
                <w:rFonts w:ascii="Palatino Linotype" w:hAnsi="Palatino Linotype"/>
                <w:b/>
                <w:bCs/>
              </w:rPr>
            </w:pPr>
            <w:r w:rsidRPr="006C4A95">
              <w:rPr>
                <w:rFonts w:ascii="Palatino Linotype" w:hAnsi="Palatino Linotype"/>
                <w:b/>
                <w:bCs/>
              </w:rPr>
              <w:t>İş icazəsi</w:t>
            </w:r>
            <w:r w:rsidR="00B90752">
              <w:rPr>
                <w:rFonts w:ascii="Palatino Linotype" w:hAnsi="Palatino Linotype"/>
                <w:b/>
                <w:bCs/>
              </w:rPr>
              <w:t xml:space="preserve"> </w:t>
            </w:r>
            <w:r w:rsidRPr="006C4A95">
              <w:rPr>
                <w:rFonts w:ascii="Palatino Linotype" w:hAnsi="Palatino Linotype"/>
                <w:b/>
                <w:bCs/>
              </w:rPr>
              <w:t>/</w:t>
            </w:r>
            <w:r w:rsidR="00B90752">
              <w:rPr>
                <w:rFonts w:ascii="Palatino Linotype" w:hAnsi="Palatino Linotype"/>
                <w:b/>
                <w:bCs/>
              </w:rPr>
              <w:t xml:space="preserve"> </w:t>
            </w:r>
            <w:r w:rsidRPr="006C4A95">
              <w:rPr>
                <w:rFonts w:ascii="Palatino Linotype" w:hAnsi="Palatino Linotype"/>
                <w:b/>
                <w:bCs/>
              </w:rPr>
              <w:t>təhlükəsiz iş təcrübələri:</w:t>
            </w:r>
          </w:p>
          <w:p w14:paraId="45A089B0" w14:textId="2C9A415D" w:rsidR="00AC743A" w:rsidRPr="007130FA" w:rsidRDefault="006C4A95" w:rsidP="002A6F2D">
            <w:pPr>
              <w:rPr>
                <w:rFonts w:ascii="Palatino Linotype" w:hAnsi="Palatino Linotype"/>
              </w:rPr>
            </w:pPr>
            <w:r w:rsidRPr="006C4A95">
              <w:rPr>
                <w:rFonts w:ascii="Palatino Linotype" w:hAnsi="Palatino Linotype"/>
              </w:rPr>
              <w:t>BSC qaydalarına (müvafiq olaraq,</w:t>
            </w:r>
            <w:r w:rsidR="00B90752">
              <w:rPr>
                <w:rFonts w:ascii="Palatino Linotype" w:hAnsi="Palatino Linotype"/>
              </w:rPr>
              <w:t xml:space="preserve"> </w:t>
            </w:r>
            <w:r w:rsidR="00B90752">
              <w:rPr>
                <w:rFonts w:ascii="Palatino Linotype" w:hAnsi="Palatino Linotype"/>
                <w:lang w:val="az-Latn-AZ"/>
              </w:rPr>
              <w:t>iş icazəzələrinin alınması, kilidləmə və nişanlama proseduru</w:t>
            </w:r>
            <w:r w:rsidRPr="006C4A95">
              <w:rPr>
                <w:rFonts w:ascii="Palatino Linotype" w:hAnsi="Palatino Linotype"/>
              </w:rPr>
              <w:t xml:space="preserve">, </w:t>
            </w:r>
            <w:r w:rsidR="00B90752">
              <w:rPr>
                <w:rFonts w:ascii="Palatino Linotype" w:hAnsi="Palatino Linotype"/>
              </w:rPr>
              <w:t xml:space="preserve">qaynar </w:t>
            </w:r>
            <w:r w:rsidR="00B90752">
              <w:rPr>
                <w:rFonts w:ascii="Palatino Linotype" w:hAnsi="Palatino Linotype"/>
                <w:lang w:val="az-Latn-AZ"/>
              </w:rPr>
              <w:t>işlər</w:t>
            </w:r>
            <w:r w:rsidRPr="006C4A95">
              <w:rPr>
                <w:rFonts w:ascii="Palatino Linotype" w:hAnsi="Palatino Linotype"/>
              </w:rPr>
              <w:t>, qapalı məkan işləri və s.) riayət etmək qabiliyyətini təsdiqləyin.</w:t>
            </w:r>
          </w:p>
        </w:tc>
        <w:tc>
          <w:tcPr>
            <w:tcW w:w="4567" w:type="dxa"/>
            <w:vAlign w:val="center"/>
          </w:tcPr>
          <w:p w14:paraId="478F11C3" w14:textId="774D01A6" w:rsidR="002A6F2D" w:rsidRPr="002A6F2D" w:rsidRDefault="00E62197" w:rsidP="002A6F2D">
            <w:pPr>
              <w:rPr>
                <w:rFonts w:ascii="Palatino Linotype" w:hAnsi="Palatino Linotype"/>
                <w:b/>
                <w:bCs/>
              </w:rPr>
            </w:pPr>
            <w:sdt>
              <w:sdtPr>
                <w:rPr>
                  <w:rFonts w:ascii="Palatino Linotype" w:hAnsi="Palatino Linotype"/>
                  <w:b/>
                  <w:bCs/>
                </w:rPr>
                <w:id w:val="-694534469"/>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Bəli</w:t>
            </w:r>
          </w:p>
          <w:p w14:paraId="3ACF0CF0" w14:textId="457125FA" w:rsidR="00AC743A" w:rsidRPr="007130FA" w:rsidRDefault="00E62197" w:rsidP="002A6F2D">
            <w:pPr>
              <w:rPr>
                <w:rFonts w:ascii="Palatino Linotype" w:hAnsi="Palatino Linotype"/>
              </w:rPr>
            </w:pPr>
            <w:sdt>
              <w:sdtPr>
                <w:rPr>
                  <w:rFonts w:ascii="Palatino Linotype" w:hAnsi="Palatino Linotype"/>
                  <w:b/>
                  <w:bCs/>
                </w:rPr>
                <w:id w:val="826474030"/>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Xeyr</w:t>
            </w:r>
          </w:p>
        </w:tc>
      </w:tr>
      <w:tr w:rsidR="00AC743A" w:rsidRPr="007130FA" w14:paraId="34F360E7" w14:textId="77777777" w:rsidTr="00454E68">
        <w:trPr>
          <w:jc w:val="center"/>
        </w:trPr>
        <w:tc>
          <w:tcPr>
            <w:tcW w:w="8995" w:type="dxa"/>
            <w:vAlign w:val="center"/>
          </w:tcPr>
          <w:p w14:paraId="76686FD6" w14:textId="39AA17AA" w:rsidR="002A6F2D" w:rsidRPr="002A6F2D" w:rsidRDefault="006C4A95" w:rsidP="002A6F2D">
            <w:pPr>
              <w:rPr>
                <w:rFonts w:ascii="Palatino Linotype" w:hAnsi="Palatino Linotype"/>
                <w:b/>
                <w:bCs/>
              </w:rPr>
            </w:pPr>
            <w:r w:rsidRPr="006C4A95">
              <w:rPr>
                <w:rFonts w:ascii="Palatino Linotype" w:hAnsi="Palatino Linotype"/>
                <w:b/>
                <w:bCs/>
              </w:rPr>
              <w:t xml:space="preserve">Hadisə </w:t>
            </w:r>
            <w:r w:rsidR="0086501B">
              <w:rPr>
                <w:rFonts w:ascii="Palatino Linotype" w:hAnsi="Palatino Linotype"/>
                <w:b/>
                <w:bCs/>
              </w:rPr>
              <w:t>h</w:t>
            </w:r>
            <w:r w:rsidRPr="006C4A95">
              <w:rPr>
                <w:rFonts w:ascii="Palatino Linotype" w:hAnsi="Palatino Linotype"/>
                <w:b/>
                <w:bCs/>
              </w:rPr>
              <w:t>esabatı:</w:t>
            </w:r>
          </w:p>
          <w:p w14:paraId="37E8AF75" w14:textId="2C21F450" w:rsidR="00AC743A" w:rsidRPr="007130FA" w:rsidRDefault="006C4A95" w:rsidP="002A6F2D">
            <w:pPr>
              <w:rPr>
                <w:rFonts w:ascii="Palatino Linotype" w:hAnsi="Palatino Linotype"/>
              </w:rPr>
            </w:pPr>
            <w:r w:rsidRPr="006C4A95">
              <w:rPr>
                <w:rFonts w:ascii="Palatino Linotype" w:hAnsi="Palatino Linotype"/>
              </w:rPr>
              <w:t>Hadisələrin və ya təhlükəli vəziyyətlərin qeydə alınması və araşdırılması prosesini təsvir edin.</w:t>
            </w:r>
          </w:p>
        </w:tc>
        <w:tc>
          <w:tcPr>
            <w:tcW w:w="4567" w:type="dxa"/>
            <w:vAlign w:val="center"/>
          </w:tcPr>
          <w:p w14:paraId="749FE3CF" w14:textId="77777777" w:rsidR="00AC743A" w:rsidRPr="007130FA" w:rsidRDefault="00AC743A" w:rsidP="002A6F2D">
            <w:pPr>
              <w:rPr>
                <w:rFonts w:ascii="Palatino Linotype" w:hAnsi="Palatino Linotype"/>
              </w:rPr>
            </w:pPr>
          </w:p>
        </w:tc>
      </w:tr>
      <w:tr w:rsidR="00AC743A" w:rsidRPr="007130FA" w14:paraId="3A9D2759" w14:textId="77777777" w:rsidTr="00454E68">
        <w:trPr>
          <w:jc w:val="center"/>
        </w:trPr>
        <w:tc>
          <w:tcPr>
            <w:tcW w:w="8995" w:type="dxa"/>
            <w:vAlign w:val="center"/>
          </w:tcPr>
          <w:p w14:paraId="3EA0764C" w14:textId="77777777" w:rsidR="002A6F2D" w:rsidRPr="002A6F2D" w:rsidRDefault="00AF27BC" w:rsidP="002A6F2D">
            <w:pPr>
              <w:rPr>
                <w:rFonts w:ascii="Palatino Linotype" w:hAnsi="Palatino Linotype"/>
                <w:b/>
                <w:bCs/>
              </w:rPr>
            </w:pPr>
            <w:r w:rsidRPr="002A6F2D">
              <w:rPr>
                <w:rFonts w:ascii="Palatino Linotype" w:hAnsi="Palatino Linotype"/>
                <w:b/>
                <w:bCs/>
              </w:rPr>
              <w:t>Sığorta:</w:t>
            </w:r>
          </w:p>
          <w:p w14:paraId="77D95C8D" w14:textId="5D6F8433" w:rsidR="00AC743A" w:rsidRPr="006D21CB" w:rsidRDefault="009C3C81" w:rsidP="002A6F2D">
            <w:pPr>
              <w:rPr>
                <w:rFonts w:ascii="Palatino Linotype" w:hAnsi="Palatino Linotype"/>
              </w:rPr>
            </w:pPr>
            <w:r>
              <w:rPr>
                <w:rFonts w:ascii="Palatino Linotype" w:hAnsi="Palatino Linotype"/>
              </w:rPr>
              <w:t>G</w:t>
            </w:r>
            <w:r w:rsidR="006C4A95" w:rsidRPr="006C4A95">
              <w:rPr>
                <w:rFonts w:ascii="Palatino Linotype" w:hAnsi="Palatino Linotype"/>
              </w:rPr>
              <w:t xml:space="preserve">örülən işin miqyasına uyğun mülki məsuliyyət sığortanızın olub-olmadığını göstərin </w:t>
            </w:r>
            <w:r w:rsidR="006C4A95" w:rsidRPr="006D21CB">
              <w:rPr>
                <w:rFonts w:ascii="Palatino Linotype" w:hAnsi="Palatino Linotype"/>
              </w:rPr>
              <w:t>.</w:t>
            </w:r>
          </w:p>
        </w:tc>
        <w:tc>
          <w:tcPr>
            <w:tcW w:w="4567" w:type="dxa"/>
            <w:vAlign w:val="center"/>
          </w:tcPr>
          <w:p w14:paraId="57CEA64A" w14:textId="591E6AA9" w:rsidR="002A6F2D" w:rsidRPr="002A6F2D" w:rsidRDefault="00E62197" w:rsidP="002A6F2D">
            <w:pPr>
              <w:rPr>
                <w:rFonts w:ascii="Palatino Linotype" w:hAnsi="Palatino Linotype"/>
                <w:b/>
                <w:bCs/>
              </w:rPr>
            </w:pPr>
            <w:sdt>
              <w:sdtPr>
                <w:rPr>
                  <w:rFonts w:ascii="Palatino Linotype" w:hAnsi="Palatino Linotype"/>
                  <w:b/>
                  <w:bCs/>
                </w:rPr>
                <w:id w:val="-1902967712"/>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Bəli (ətraflı məlumat verin)</w:t>
            </w:r>
          </w:p>
          <w:p w14:paraId="68C076DF" w14:textId="7C883571" w:rsidR="00AC743A" w:rsidRPr="007130FA" w:rsidRDefault="00E62197" w:rsidP="002A6F2D">
            <w:pPr>
              <w:rPr>
                <w:rFonts w:ascii="Palatino Linotype" w:hAnsi="Palatino Linotype"/>
              </w:rPr>
            </w:pPr>
            <w:sdt>
              <w:sdtPr>
                <w:rPr>
                  <w:rFonts w:ascii="Palatino Linotype" w:hAnsi="Palatino Linotype"/>
                  <w:b/>
                  <w:bCs/>
                </w:rPr>
                <w:id w:val="118509606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Xeyr</w:t>
            </w:r>
          </w:p>
        </w:tc>
      </w:tr>
      <w:tr w:rsidR="00AC743A" w:rsidRPr="007130FA" w14:paraId="760A0605" w14:textId="77777777" w:rsidTr="00454E68">
        <w:trPr>
          <w:jc w:val="center"/>
        </w:trPr>
        <w:tc>
          <w:tcPr>
            <w:tcW w:w="8995" w:type="dxa"/>
            <w:vAlign w:val="center"/>
          </w:tcPr>
          <w:p w14:paraId="05D7DD5D" w14:textId="77777777" w:rsidR="00C76E1C" w:rsidRPr="00270E44" w:rsidRDefault="00AF27BC" w:rsidP="002A6F2D">
            <w:pPr>
              <w:rPr>
                <w:rFonts w:ascii="Palatino Linotype" w:hAnsi="Palatino Linotype"/>
                <w:b/>
                <w:bCs/>
              </w:rPr>
            </w:pPr>
            <w:r w:rsidRPr="00270E44">
              <w:rPr>
                <w:rFonts w:ascii="Palatino Linotype" w:hAnsi="Palatino Linotype"/>
                <w:b/>
                <w:bCs/>
              </w:rPr>
              <w:t>Subpodratçılar:</w:t>
            </w:r>
          </w:p>
          <w:p w14:paraId="39FB4F1C" w14:textId="5956748B" w:rsidR="00AC743A" w:rsidRPr="007130FA" w:rsidRDefault="00454E68" w:rsidP="002A6F2D">
            <w:pPr>
              <w:rPr>
                <w:rFonts w:ascii="Palatino Linotype" w:hAnsi="Palatino Linotype"/>
              </w:rPr>
            </w:pPr>
            <w:r>
              <w:rPr>
                <w:rFonts w:ascii="Palatino Linotype" w:hAnsi="Palatino Linotype"/>
              </w:rPr>
              <w:t>S</w:t>
            </w:r>
            <w:r w:rsidR="006C4A95" w:rsidRPr="006C4A95">
              <w:rPr>
                <w:rFonts w:ascii="Palatino Linotype" w:hAnsi="Palatino Linotype"/>
              </w:rPr>
              <w:t>ubpodratçılardan istifadə edib-etməyəcəyinizi göstərin. Əgər belədirsə, seçiminizi və nəzarət metodlarınızı təsvir edin.</w:t>
            </w:r>
          </w:p>
        </w:tc>
        <w:tc>
          <w:tcPr>
            <w:tcW w:w="4567" w:type="dxa"/>
            <w:vAlign w:val="center"/>
          </w:tcPr>
          <w:p w14:paraId="3AD334A1" w14:textId="02F29345" w:rsidR="00C76E1C" w:rsidRPr="00C76E1C" w:rsidRDefault="00E62197" w:rsidP="002A6F2D">
            <w:pPr>
              <w:rPr>
                <w:rFonts w:ascii="Palatino Linotype" w:hAnsi="Palatino Linotype"/>
                <w:b/>
                <w:bCs/>
              </w:rPr>
            </w:pPr>
            <w:sdt>
              <w:sdtPr>
                <w:rPr>
                  <w:rFonts w:ascii="Palatino Linotype" w:hAnsi="Palatino Linotype"/>
                  <w:b/>
                  <w:bCs/>
                </w:rPr>
                <w:id w:val="-1254403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Xeyr</w:t>
            </w:r>
          </w:p>
          <w:p w14:paraId="7916AD79" w14:textId="23ED5565" w:rsidR="00AC743A" w:rsidRPr="007130FA" w:rsidRDefault="00E62197" w:rsidP="002A6F2D">
            <w:pPr>
              <w:rPr>
                <w:rFonts w:ascii="Palatino Linotype" w:hAnsi="Palatino Linotype"/>
              </w:rPr>
            </w:pPr>
            <w:sdt>
              <w:sdtPr>
                <w:rPr>
                  <w:rFonts w:ascii="Palatino Linotype" w:hAnsi="Palatino Linotype"/>
                  <w:b/>
                  <w:bCs/>
                </w:rPr>
                <w:id w:val="-45040351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8F4270" w:rsidRPr="000528E8">
              <w:rPr>
                <w:rFonts w:ascii="Palatino Linotype" w:hAnsi="Palatino Linotype"/>
                <w:b/>
                <w:bCs/>
              </w:rPr>
              <w:t>Bəli (təsvir edin)</w:t>
            </w:r>
          </w:p>
        </w:tc>
      </w:tr>
    </w:tbl>
    <w:p w14:paraId="7995F2D0" w14:textId="77777777" w:rsidR="00AC743A" w:rsidRPr="00454E68" w:rsidRDefault="00AC743A">
      <w:pPr>
        <w:rPr>
          <w:rFonts w:ascii="Palatino Linotype" w:hAnsi="Palatino Linotype"/>
          <w:sz w:val="2"/>
          <w:szCs w:val="2"/>
        </w:rPr>
      </w:pPr>
    </w:p>
    <w:p w14:paraId="0890FF4A" w14:textId="77777777" w:rsidR="00AC743A" w:rsidRPr="007130FA" w:rsidRDefault="00AF27BC">
      <w:pPr>
        <w:rPr>
          <w:rFonts w:ascii="Palatino Linotype" w:hAnsi="Palatino Linotype"/>
        </w:rPr>
      </w:pPr>
      <w:r w:rsidRPr="007130FA">
        <w:rPr>
          <w:rFonts w:ascii="Palatino Linotype" w:hAnsi="Palatino Linotype"/>
          <w:b/>
        </w:rPr>
        <w:t>Məcburi əlavələr (Əlavə C):</w:t>
      </w:r>
    </w:p>
    <w:p w14:paraId="3D9E78C0" w14:textId="55793BBF" w:rsidR="00AC743A" w:rsidRPr="007130FA" w:rsidRDefault="00E62197">
      <w:pPr>
        <w:pStyle w:val="ListBullet"/>
        <w:rPr>
          <w:rFonts w:ascii="Palatino Linotype" w:hAnsi="Palatino Linotype"/>
        </w:rPr>
      </w:pPr>
      <w:sdt>
        <w:sdtPr>
          <w:rPr>
            <w:rFonts w:ascii="Palatino Linotype" w:hAnsi="Palatino Linotype"/>
            <w:b/>
            <w:bCs/>
          </w:rPr>
          <w:id w:val="-2054072219"/>
          <w14:checkbox>
            <w14:checked w14:val="0"/>
            <w14:checkedState w14:val="2612" w14:font="MS Gothic"/>
            <w14:uncheckedState w14:val="2610" w14:font="MS Gothic"/>
          </w14:checkbox>
        </w:sdtPr>
        <w:sdtEndPr/>
        <w:sdtContent>
          <w:r w:rsidR="005C6641">
            <w:rPr>
              <w:rFonts w:ascii="MS Gothic" w:eastAsia="MS Gothic" w:hAnsi="MS Gothic" w:hint="eastAsia"/>
              <w:b/>
              <w:bCs/>
            </w:rPr>
            <w:t>☐</w:t>
          </w:r>
        </w:sdtContent>
      </w:sdt>
      <w:r w:rsidR="003205EE" w:rsidRPr="00D8216A">
        <w:rPr>
          <w:rFonts w:ascii="Palatino Linotype" w:hAnsi="Palatino Linotype"/>
          <w:b/>
          <w:bCs/>
        </w:rPr>
        <w:t xml:space="preserve"> </w:t>
      </w:r>
      <w:r w:rsidR="0086501B">
        <w:rPr>
          <w:rFonts w:ascii="Palatino Linotype" w:hAnsi="Palatino Linotype"/>
          <w:b/>
          <w:bCs/>
        </w:rPr>
        <w:t>S</w:t>
      </w:r>
      <w:r w:rsidR="006C4A95" w:rsidRPr="006C4A95">
        <w:rPr>
          <w:rFonts w:ascii="Palatino Linotype" w:hAnsi="Palatino Linotype"/>
        </w:rPr>
        <w:t>ağlamlı</w:t>
      </w:r>
      <w:r w:rsidR="0086501B">
        <w:rPr>
          <w:rFonts w:ascii="Palatino Linotype" w:hAnsi="Palatino Linotype"/>
        </w:rPr>
        <w:t>q, t</w:t>
      </w:r>
      <w:r w:rsidR="006C4A95" w:rsidRPr="006C4A95">
        <w:rPr>
          <w:rFonts w:ascii="Palatino Linotype" w:hAnsi="Palatino Linotype"/>
        </w:rPr>
        <w:t>əhlükəsizli</w:t>
      </w:r>
      <w:r w:rsidR="0086501B">
        <w:rPr>
          <w:rFonts w:ascii="Palatino Linotype" w:hAnsi="Palatino Linotype"/>
        </w:rPr>
        <w:t xml:space="preserve">k və ətraf mühitin </w:t>
      </w:r>
      <w:r w:rsidR="00C05893">
        <w:rPr>
          <w:rFonts w:ascii="Palatino Linotype" w:hAnsi="Palatino Linotype"/>
        </w:rPr>
        <w:t xml:space="preserve">qorunması </w:t>
      </w:r>
      <w:r w:rsidR="0086501B">
        <w:rPr>
          <w:rFonts w:ascii="Palatino Linotype" w:hAnsi="Palatino Linotype"/>
        </w:rPr>
        <w:t>s</w:t>
      </w:r>
      <w:r w:rsidR="006C4A95" w:rsidRPr="006C4A95">
        <w:rPr>
          <w:rFonts w:ascii="Palatino Linotype" w:hAnsi="Palatino Linotype"/>
        </w:rPr>
        <w:t>iyasəti</w:t>
      </w:r>
    </w:p>
    <w:p w14:paraId="038B2071" w14:textId="14499607" w:rsidR="00AC743A" w:rsidRPr="007130FA" w:rsidRDefault="00E62197">
      <w:pPr>
        <w:pStyle w:val="ListBullet"/>
        <w:rPr>
          <w:rFonts w:ascii="Palatino Linotype" w:hAnsi="Palatino Linotype"/>
        </w:rPr>
      </w:pPr>
      <w:sdt>
        <w:sdtPr>
          <w:rPr>
            <w:rFonts w:ascii="Palatino Linotype" w:hAnsi="Palatino Linotype"/>
            <w:b/>
            <w:bCs/>
          </w:rPr>
          <w:id w:val="-88956573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6C4A95" w:rsidRPr="006C4A95">
        <w:rPr>
          <w:rFonts w:ascii="Palatino Linotype" w:hAnsi="Palatino Linotype"/>
        </w:rPr>
        <w:t>Risk qiymətləndirmə şablonu və ya metod təsviri (ən azı bir nümunə)</w:t>
      </w:r>
    </w:p>
    <w:p w14:paraId="0B68357E" w14:textId="2A62FD2C" w:rsidR="00AC743A" w:rsidRPr="007130FA" w:rsidRDefault="00E62197">
      <w:pPr>
        <w:pStyle w:val="ListBullet"/>
        <w:rPr>
          <w:rFonts w:ascii="Palatino Linotype" w:hAnsi="Palatino Linotype"/>
        </w:rPr>
      </w:pPr>
      <w:sdt>
        <w:sdtPr>
          <w:rPr>
            <w:rFonts w:ascii="Palatino Linotype" w:hAnsi="Palatino Linotype"/>
            <w:b/>
            <w:bCs/>
          </w:rPr>
          <w:id w:val="-2058617438"/>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6C4A95" w:rsidRPr="006C4A95">
        <w:rPr>
          <w:rFonts w:ascii="Palatino Linotype" w:hAnsi="Palatino Linotype"/>
        </w:rPr>
        <w:t>Sığorta polisi (əgər varsa)</w:t>
      </w:r>
    </w:p>
    <w:p w14:paraId="37D8DD38" w14:textId="2C423C39" w:rsidR="00AC743A" w:rsidRPr="007130FA" w:rsidRDefault="00E62197">
      <w:pPr>
        <w:pStyle w:val="ListBullet"/>
        <w:rPr>
          <w:rFonts w:ascii="Palatino Linotype" w:hAnsi="Palatino Linotype"/>
        </w:rPr>
      </w:pPr>
      <w:sdt>
        <w:sdtPr>
          <w:rPr>
            <w:rFonts w:ascii="Palatino Linotype" w:hAnsi="Palatino Linotype"/>
            <w:b/>
            <w:bCs/>
          </w:rPr>
          <w:id w:val="937184602"/>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6C4A95" w:rsidRPr="006C4A95">
        <w:rPr>
          <w:rFonts w:ascii="Palatino Linotype" w:hAnsi="Palatino Linotype"/>
        </w:rPr>
        <w:t>Planlaşdırılan subpodratçıların siyahısı (əgər varsa)</w:t>
      </w:r>
    </w:p>
    <w:p w14:paraId="6E967CF4" w14:textId="3A55E757" w:rsidR="00AC743A" w:rsidRPr="006D21CB" w:rsidRDefault="00AF27BC" w:rsidP="00056800">
      <w:pPr>
        <w:rPr>
          <w:rFonts w:ascii="Palatino Linotype" w:hAnsi="Palatino Linotype"/>
          <w:color w:val="984806" w:themeColor="accent6" w:themeShade="80"/>
        </w:rPr>
      </w:pPr>
      <w:r w:rsidRPr="007130FA">
        <w:rPr>
          <w:rFonts w:ascii="Palatino Linotype" w:hAnsi="Palatino Linotype"/>
        </w:rPr>
        <w:br w:type="page"/>
      </w:r>
      <w:r w:rsidR="00442C3D" w:rsidRPr="00442C3D">
        <w:rPr>
          <w:rFonts w:ascii="Palatino Linotype" w:hAnsi="Palatino Linotype"/>
          <w:color w:val="984806" w:themeColor="accent6" w:themeShade="80"/>
        </w:rPr>
        <w:lastRenderedPageBreak/>
        <w:t xml:space="preserve">Əlavə D – İT </w:t>
      </w:r>
      <w:r w:rsidR="00333359">
        <w:rPr>
          <w:rFonts w:ascii="Palatino Linotype" w:hAnsi="Palatino Linotype"/>
          <w:color w:val="984806" w:themeColor="accent6" w:themeShade="80"/>
        </w:rPr>
        <w:t>h</w:t>
      </w:r>
      <w:r w:rsidR="00442C3D" w:rsidRPr="00442C3D">
        <w:rPr>
          <w:rFonts w:ascii="Palatino Linotype" w:hAnsi="Palatino Linotype"/>
          <w:color w:val="984806" w:themeColor="accent6" w:themeShade="80"/>
        </w:rPr>
        <w:t>əlləri</w:t>
      </w:r>
      <w:r w:rsidR="00333359">
        <w:rPr>
          <w:rFonts w:ascii="Palatino Linotype" w:hAnsi="Palatino Linotype"/>
          <w:color w:val="984806" w:themeColor="accent6" w:themeShade="80"/>
        </w:rPr>
        <w:t xml:space="preserve"> </w:t>
      </w:r>
      <w:r w:rsidR="00442C3D" w:rsidRPr="00442C3D">
        <w:rPr>
          <w:rFonts w:ascii="Palatino Linotype" w:hAnsi="Palatino Linotype"/>
          <w:color w:val="984806" w:themeColor="accent6" w:themeShade="80"/>
        </w:rPr>
        <w:t>/</w:t>
      </w:r>
      <w:r w:rsidR="00333359">
        <w:rPr>
          <w:rFonts w:ascii="Palatino Linotype" w:hAnsi="Palatino Linotype"/>
          <w:color w:val="984806" w:themeColor="accent6" w:themeShade="80"/>
        </w:rPr>
        <w:t xml:space="preserve"> </w:t>
      </w:r>
      <w:r w:rsidR="00442C3D" w:rsidRPr="00442C3D">
        <w:rPr>
          <w:rFonts w:ascii="Palatino Linotype" w:hAnsi="Palatino Linotype"/>
          <w:color w:val="984806" w:themeColor="accent6" w:themeShade="80"/>
        </w:rPr>
        <w:t>Avtomatlaşdırma</w:t>
      </w:r>
      <w:r w:rsidR="00333359">
        <w:rPr>
          <w:rFonts w:ascii="Palatino Linotype" w:hAnsi="Palatino Linotype"/>
          <w:color w:val="984806" w:themeColor="accent6" w:themeShade="80"/>
        </w:rPr>
        <w:t xml:space="preserve"> </w:t>
      </w:r>
      <w:r w:rsidR="00442C3D" w:rsidRPr="00442C3D">
        <w:rPr>
          <w:rFonts w:ascii="Palatino Linotype" w:hAnsi="Palatino Linotype"/>
          <w:color w:val="984806" w:themeColor="accent6" w:themeShade="80"/>
        </w:rPr>
        <w:t>/</w:t>
      </w:r>
      <w:r w:rsidR="00333359">
        <w:rPr>
          <w:rFonts w:ascii="Palatino Linotype" w:hAnsi="Palatino Linotype"/>
          <w:color w:val="984806" w:themeColor="accent6" w:themeShade="80"/>
        </w:rPr>
        <w:t xml:space="preserve"> </w:t>
      </w:r>
      <w:r w:rsidR="00442C3D" w:rsidRPr="00442C3D">
        <w:rPr>
          <w:rFonts w:ascii="Palatino Linotype" w:hAnsi="Palatino Linotype"/>
          <w:color w:val="984806" w:themeColor="accent6" w:themeShade="80"/>
        </w:rPr>
        <w:t xml:space="preserve">Proqram </w:t>
      </w:r>
      <w:r w:rsidR="00333359">
        <w:rPr>
          <w:rFonts w:ascii="Palatino Linotype" w:hAnsi="Palatino Linotype"/>
          <w:color w:val="984806" w:themeColor="accent6" w:themeShade="80"/>
        </w:rPr>
        <w:t>t</w:t>
      </w:r>
      <w:r w:rsidR="00442C3D" w:rsidRPr="00442C3D">
        <w:rPr>
          <w:rFonts w:ascii="Palatino Linotype" w:hAnsi="Palatino Linotype"/>
          <w:color w:val="984806" w:themeColor="accent6" w:themeShade="80"/>
        </w:rPr>
        <w:t>əminatçıları (əgər varsa)</w:t>
      </w:r>
    </w:p>
    <w:p w14:paraId="62625238" w14:textId="6043ACB6" w:rsidR="00442C3D" w:rsidRPr="006D21CB" w:rsidRDefault="000A789D" w:rsidP="00442C3D">
      <w:pPr>
        <w:rPr>
          <w:rFonts w:ascii="Palatino Linotype" w:hAnsi="Palatino Linotype"/>
          <w:b/>
          <w:bCs/>
        </w:rPr>
      </w:pPr>
      <w:r>
        <w:rPr>
          <w:rFonts w:ascii="Palatino Linotype" w:hAnsi="Palatino Linotype"/>
          <w:b/>
          <w:bCs/>
        </w:rPr>
        <w:t>B</w:t>
      </w:r>
      <w:r w:rsidR="00442C3D" w:rsidRPr="006D21CB">
        <w:rPr>
          <w:rFonts w:ascii="Palatino Linotype" w:hAnsi="Palatino Linotype"/>
          <w:b/>
          <w:bCs/>
        </w:rPr>
        <w:t xml:space="preserve">u </w:t>
      </w:r>
      <w:r w:rsidR="009D7678">
        <w:rPr>
          <w:rFonts w:ascii="Palatino Linotype" w:hAnsi="Palatino Linotype"/>
          <w:b/>
          <w:bCs/>
        </w:rPr>
        <w:t xml:space="preserve">hissəni </w:t>
      </w:r>
      <w:r w:rsidR="00442C3D" w:rsidRPr="006D21CB">
        <w:rPr>
          <w:rFonts w:ascii="Palatino Linotype" w:hAnsi="Palatino Linotype"/>
          <w:b/>
          <w:bCs/>
        </w:rPr>
        <w:t>yalnız fəaliyyətləriniz aşağıdakıları əhatə edirsə doldurun:</w:t>
      </w:r>
    </w:p>
    <w:p w14:paraId="1E448DB6" w14:textId="369DECFF" w:rsidR="00AC743A" w:rsidRPr="00333359" w:rsidRDefault="00442C3D" w:rsidP="00442C3D">
      <w:pPr>
        <w:numPr>
          <w:ilvl w:val="0"/>
          <w:numId w:val="12"/>
        </w:numPr>
        <w:rPr>
          <w:rFonts w:ascii="Palatino Linotype" w:hAnsi="Palatino Linotype"/>
          <w:b/>
          <w:bCs/>
        </w:rPr>
      </w:pPr>
      <w:r w:rsidRPr="00333359">
        <w:rPr>
          <w:rFonts w:ascii="Palatino Linotype" w:hAnsi="Palatino Linotype"/>
          <w:b/>
          <w:bCs/>
        </w:rPr>
        <w:t>BSC İT sistemlərinə giriş ,</w:t>
      </w:r>
      <w:r w:rsidR="00333359" w:rsidRPr="00333359">
        <w:rPr>
          <w:rFonts w:ascii="Palatino Linotype" w:hAnsi="Palatino Linotype"/>
          <w:b/>
          <w:bCs/>
          <w:lang w:val="az-Latn-AZ"/>
        </w:rPr>
        <w:t xml:space="preserve"> </w:t>
      </w:r>
      <w:r w:rsidRPr="00333359">
        <w:rPr>
          <w:rFonts w:ascii="Palatino Linotype" w:hAnsi="Palatino Linotype"/>
          <w:b/>
          <w:bCs/>
        </w:rPr>
        <w:t>OT /avtomatlaşdırma şəbəkələrinə giriş və ya</w:t>
      </w:r>
      <w:r w:rsidR="00333359">
        <w:rPr>
          <w:rFonts w:ascii="Palatino Linotype" w:hAnsi="Palatino Linotype"/>
          <w:b/>
          <w:bCs/>
        </w:rPr>
        <w:t xml:space="preserve"> </w:t>
      </w:r>
      <w:r w:rsidRPr="00333359">
        <w:rPr>
          <w:rFonts w:ascii="Palatino Linotype" w:hAnsi="Palatino Linotype"/>
          <w:b/>
          <w:bCs/>
        </w:rPr>
        <w:t>BSC məlumatları</w:t>
      </w:r>
      <w:r w:rsidR="00333359">
        <w:rPr>
          <w:rFonts w:ascii="Palatino Linotype" w:hAnsi="Palatino Linotype"/>
          <w:b/>
          <w:bCs/>
        </w:rPr>
        <w:t>nın emalı</w:t>
      </w:r>
      <w:r w:rsidRPr="00333359">
        <w:rPr>
          <w:rFonts w:ascii="Palatino Linotype" w:hAnsi="Palatino Linotype"/>
          <w:b/>
          <w:bCs/>
        </w:rPr>
        <w:t xml:space="preserve"> .</w:t>
      </w:r>
    </w:p>
    <w:tbl>
      <w:tblPr>
        <w:tblStyle w:val="TableGrid"/>
        <w:tblW w:w="0" w:type="auto"/>
        <w:jc w:val="center"/>
        <w:tblLook w:val="04A0" w:firstRow="1" w:lastRow="0" w:firstColumn="1" w:lastColumn="0" w:noHBand="0" w:noVBand="1"/>
      </w:tblPr>
      <w:tblGrid>
        <w:gridCol w:w="8643"/>
        <w:gridCol w:w="4919"/>
      </w:tblGrid>
      <w:tr w:rsidR="00AC743A" w:rsidRPr="007130FA" w14:paraId="42242CC0" w14:textId="77777777" w:rsidTr="002269FA">
        <w:trPr>
          <w:trHeight w:val="332"/>
          <w:jc w:val="center"/>
        </w:trPr>
        <w:tc>
          <w:tcPr>
            <w:tcW w:w="8725" w:type="dxa"/>
            <w:shd w:val="clear" w:color="auto" w:fill="F2F2F2"/>
            <w:vAlign w:val="center"/>
          </w:tcPr>
          <w:p w14:paraId="46FD3657" w14:textId="77777777" w:rsidR="00AC743A" w:rsidRPr="007130FA" w:rsidRDefault="00AF27BC" w:rsidP="000038EC">
            <w:pPr>
              <w:jc w:val="center"/>
              <w:rPr>
                <w:rFonts w:ascii="Palatino Linotype" w:hAnsi="Palatino Linotype"/>
              </w:rPr>
            </w:pPr>
            <w:r w:rsidRPr="007130FA">
              <w:rPr>
                <w:rFonts w:ascii="Palatino Linotype" w:hAnsi="Palatino Linotype"/>
                <w:b/>
              </w:rPr>
              <w:t>Sual / Tələb</w:t>
            </w:r>
          </w:p>
        </w:tc>
        <w:tc>
          <w:tcPr>
            <w:tcW w:w="4959" w:type="dxa"/>
            <w:shd w:val="clear" w:color="auto" w:fill="F2F2F2"/>
            <w:vAlign w:val="center"/>
          </w:tcPr>
          <w:p w14:paraId="7B1A7C6C" w14:textId="77777777" w:rsidR="00AC743A" w:rsidRPr="007130FA" w:rsidRDefault="00AF27BC" w:rsidP="000038EC">
            <w:pPr>
              <w:jc w:val="center"/>
              <w:rPr>
                <w:rFonts w:ascii="Palatino Linotype" w:hAnsi="Palatino Linotype"/>
              </w:rPr>
            </w:pPr>
            <w:r w:rsidRPr="007130FA">
              <w:rPr>
                <w:rFonts w:ascii="Palatino Linotype" w:hAnsi="Palatino Linotype"/>
                <w:b/>
              </w:rPr>
              <w:t>Təchizatçının cavabı</w:t>
            </w:r>
          </w:p>
        </w:tc>
      </w:tr>
      <w:tr w:rsidR="00AC743A" w:rsidRPr="007130FA" w14:paraId="147AE6F1" w14:textId="77777777" w:rsidTr="002269FA">
        <w:trPr>
          <w:trHeight w:val="567"/>
          <w:jc w:val="center"/>
        </w:trPr>
        <w:tc>
          <w:tcPr>
            <w:tcW w:w="8725" w:type="dxa"/>
            <w:vAlign w:val="center"/>
          </w:tcPr>
          <w:p w14:paraId="3B9E25B2" w14:textId="2DCF71B1" w:rsidR="000038EC" w:rsidRPr="000038EC" w:rsidRDefault="00AF27BC" w:rsidP="000038EC">
            <w:pPr>
              <w:rPr>
                <w:rFonts w:ascii="Palatino Linotype" w:hAnsi="Palatino Linotype"/>
                <w:b/>
                <w:bCs/>
              </w:rPr>
            </w:pPr>
            <w:r w:rsidRPr="000038EC">
              <w:rPr>
                <w:rFonts w:ascii="Palatino Linotype" w:hAnsi="Palatino Linotype"/>
                <w:b/>
                <w:bCs/>
              </w:rPr>
              <w:t xml:space="preserve">İnformasiya </w:t>
            </w:r>
            <w:r w:rsidR="00333359">
              <w:rPr>
                <w:rFonts w:ascii="Palatino Linotype" w:hAnsi="Palatino Linotype"/>
                <w:b/>
                <w:bCs/>
              </w:rPr>
              <w:t>t</w:t>
            </w:r>
            <w:r w:rsidRPr="000038EC">
              <w:rPr>
                <w:rFonts w:ascii="Palatino Linotype" w:hAnsi="Palatino Linotype"/>
                <w:b/>
                <w:bCs/>
              </w:rPr>
              <w:t xml:space="preserve">əhlükəsizliyi </w:t>
            </w:r>
            <w:r w:rsidR="00333359">
              <w:rPr>
                <w:rFonts w:ascii="Palatino Linotype" w:hAnsi="Palatino Linotype"/>
                <w:b/>
                <w:bCs/>
              </w:rPr>
              <w:t>p</w:t>
            </w:r>
            <w:r w:rsidRPr="000038EC">
              <w:rPr>
                <w:rFonts w:ascii="Palatino Linotype" w:hAnsi="Palatino Linotype"/>
                <w:b/>
                <w:bCs/>
              </w:rPr>
              <w:t>roqramı:</w:t>
            </w:r>
          </w:p>
          <w:p w14:paraId="00D5A2C9" w14:textId="76DE1B4F" w:rsidR="00AC743A" w:rsidRPr="006D21CB" w:rsidRDefault="00B45E4A" w:rsidP="000038EC">
            <w:pPr>
              <w:rPr>
                <w:rFonts w:ascii="Palatino Linotype" w:hAnsi="Palatino Linotype"/>
              </w:rPr>
            </w:pPr>
            <w:r>
              <w:rPr>
                <w:rFonts w:ascii="Palatino Linotype" w:hAnsi="Palatino Linotype"/>
              </w:rPr>
              <w:t>Ş</w:t>
            </w:r>
            <w:r w:rsidR="00333359">
              <w:rPr>
                <w:rFonts w:ascii="Palatino Linotype" w:hAnsi="Palatino Linotype"/>
              </w:rPr>
              <w:t>irkətiniz</w:t>
            </w:r>
            <w:r>
              <w:rPr>
                <w:rFonts w:ascii="Palatino Linotype" w:hAnsi="Palatino Linotype"/>
              </w:rPr>
              <w:t>də</w:t>
            </w:r>
            <w:r w:rsidR="00333359">
              <w:rPr>
                <w:rFonts w:ascii="Palatino Linotype" w:hAnsi="Palatino Linotype"/>
              </w:rPr>
              <w:t xml:space="preserve"> </w:t>
            </w:r>
            <w:r w:rsidR="00442C3D" w:rsidRPr="00442C3D">
              <w:rPr>
                <w:rFonts w:ascii="Palatino Linotype" w:hAnsi="Palatino Linotype"/>
              </w:rPr>
              <w:t xml:space="preserve">təhlükəsizlik siyasəti və nəzarət </w:t>
            </w:r>
            <w:r>
              <w:rPr>
                <w:rFonts w:ascii="Palatino Linotype" w:hAnsi="Palatino Linotype"/>
              </w:rPr>
              <w:t xml:space="preserve">mexanizmləri mövcuddur </w:t>
            </w:r>
            <w:r w:rsidR="00442C3D" w:rsidRPr="00442C3D">
              <w:rPr>
                <w:rFonts w:ascii="Palatino Linotype" w:hAnsi="Palatino Linotype"/>
              </w:rPr>
              <w:t xml:space="preserve">(məsələn, ISO 27001 və ya oxşar) </w:t>
            </w:r>
            <w:r>
              <w:rPr>
                <w:rFonts w:ascii="Palatino Linotype" w:hAnsi="Palatino Linotype"/>
              </w:rPr>
              <w:t>?</w:t>
            </w:r>
          </w:p>
        </w:tc>
        <w:tc>
          <w:tcPr>
            <w:tcW w:w="4959" w:type="dxa"/>
            <w:vAlign w:val="center"/>
          </w:tcPr>
          <w:p w14:paraId="5E149C30" w14:textId="12C0CAED" w:rsidR="000038EC" w:rsidRPr="00785C9E" w:rsidRDefault="00E62197" w:rsidP="000038EC">
            <w:pPr>
              <w:rPr>
                <w:rFonts w:ascii="Palatino Linotype" w:hAnsi="Palatino Linotype"/>
                <w:b/>
                <w:bCs/>
              </w:rPr>
            </w:pPr>
            <w:sdt>
              <w:sdtPr>
                <w:rPr>
                  <w:rFonts w:ascii="Palatino Linotype" w:hAnsi="Palatino Linotype"/>
                  <w:b/>
                  <w:bCs/>
                </w:rPr>
                <w:id w:val="-559636395"/>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0A789D">
              <w:rPr>
                <w:rFonts w:ascii="Palatino Linotype" w:hAnsi="Palatino Linotype"/>
                <w:b/>
                <w:bCs/>
              </w:rPr>
              <w:t xml:space="preserve"> </w:t>
            </w:r>
            <w:r w:rsidR="008F4270" w:rsidRPr="000528E8">
              <w:rPr>
                <w:rFonts w:ascii="Palatino Linotype" w:hAnsi="Palatino Linotype"/>
                <w:b/>
                <w:bCs/>
              </w:rPr>
              <w:t>Bəli (xülasə</w:t>
            </w:r>
            <w:r w:rsidR="000A789D">
              <w:rPr>
                <w:rFonts w:ascii="Palatino Linotype" w:hAnsi="Palatino Linotype"/>
                <w:b/>
                <w:bCs/>
              </w:rPr>
              <w:t xml:space="preserve"> </w:t>
            </w:r>
            <w:r w:rsidR="008F4270" w:rsidRPr="000528E8">
              <w:rPr>
                <w:rFonts w:ascii="Palatino Linotype" w:hAnsi="Palatino Linotype"/>
                <w:b/>
                <w:bCs/>
              </w:rPr>
              <w:t>/</w:t>
            </w:r>
            <w:r w:rsidR="000A789D">
              <w:rPr>
                <w:rFonts w:ascii="Palatino Linotype" w:hAnsi="Palatino Linotype"/>
                <w:b/>
                <w:bCs/>
              </w:rPr>
              <w:t xml:space="preserve"> </w:t>
            </w:r>
            <w:r w:rsidR="008F4270" w:rsidRPr="000528E8">
              <w:rPr>
                <w:rFonts w:ascii="Palatino Linotype" w:hAnsi="Palatino Linotype"/>
                <w:b/>
                <w:bCs/>
              </w:rPr>
              <w:t>sertifikatı əlavə edin)</w:t>
            </w:r>
          </w:p>
          <w:p w14:paraId="1ED2B51D" w14:textId="4C3D9A85" w:rsidR="00AC743A" w:rsidRPr="00785C9E" w:rsidRDefault="00E62197" w:rsidP="000038EC">
            <w:pPr>
              <w:rPr>
                <w:rFonts w:ascii="Palatino Linotype" w:hAnsi="Palatino Linotype"/>
                <w:b/>
                <w:bCs/>
              </w:rPr>
            </w:pPr>
            <w:sdt>
              <w:sdtPr>
                <w:rPr>
                  <w:rFonts w:ascii="Palatino Linotype" w:hAnsi="Palatino Linotype"/>
                  <w:b/>
                  <w:bCs/>
                </w:rPr>
                <w:id w:val="-1337376794"/>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0A789D">
              <w:rPr>
                <w:rFonts w:ascii="Palatino Linotype" w:hAnsi="Palatino Linotype"/>
                <w:b/>
                <w:bCs/>
              </w:rPr>
              <w:t xml:space="preserve"> </w:t>
            </w:r>
            <w:r w:rsidR="008F4270" w:rsidRPr="000528E8">
              <w:rPr>
                <w:rFonts w:ascii="Palatino Linotype" w:hAnsi="Palatino Linotype"/>
                <w:b/>
                <w:bCs/>
              </w:rPr>
              <w:t>Xeyr</w:t>
            </w:r>
          </w:p>
        </w:tc>
      </w:tr>
      <w:tr w:rsidR="00AC743A" w:rsidRPr="007130FA" w14:paraId="5E937912" w14:textId="77777777" w:rsidTr="002269FA">
        <w:trPr>
          <w:trHeight w:val="567"/>
          <w:jc w:val="center"/>
        </w:trPr>
        <w:tc>
          <w:tcPr>
            <w:tcW w:w="8725" w:type="dxa"/>
            <w:vAlign w:val="center"/>
          </w:tcPr>
          <w:p w14:paraId="668AEFF7" w14:textId="77777777" w:rsidR="000038EC" w:rsidRPr="000038EC" w:rsidRDefault="00AF27BC" w:rsidP="000038EC">
            <w:pPr>
              <w:rPr>
                <w:rFonts w:ascii="Palatino Linotype" w:hAnsi="Palatino Linotype"/>
                <w:b/>
                <w:bCs/>
              </w:rPr>
            </w:pPr>
            <w:r w:rsidRPr="000038EC">
              <w:rPr>
                <w:rFonts w:ascii="Palatino Linotype" w:hAnsi="Palatino Linotype"/>
                <w:b/>
                <w:bCs/>
              </w:rPr>
              <w:t>Giriş nəzarəti:</w:t>
            </w:r>
          </w:p>
          <w:p w14:paraId="49FA5C84" w14:textId="7DC7E082" w:rsidR="00AC743A" w:rsidRPr="007130FA" w:rsidRDefault="00442C3D" w:rsidP="000038EC">
            <w:pPr>
              <w:rPr>
                <w:rFonts w:ascii="Palatino Linotype" w:hAnsi="Palatino Linotype"/>
              </w:rPr>
            </w:pPr>
            <w:r w:rsidRPr="00442C3D">
              <w:rPr>
                <w:rFonts w:ascii="Palatino Linotype" w:hAnsi="Palatino Linotype"/>
              </w:rPr>
              <w:t>İstifadəçi və administrator girişinin necə verildiyini, təsdiqləndiyini və ləğv edildiyini təsvir edin.</w:t>
            </w:r>
          </w:p>
        </w:tc>
        <w:tc>
          <w:tcPr>
            <w:tcW w:w="4959" w:type="dxa"/>
            <w:vAlign w:val="center"/>
          </w:tcPr>
          <w:p w14:paraId="24BC158D" w14:textId="77777777" w:rsidR="00AC743A" w:rsidRPr="00785C9E" w:rsidRDefault="00AC743A" w:rsidP="000038EC">
            <w:pPr>
              <w:rPr>
                <w:rFonts w:ascii="Palatino Linotype" w:hAnsi="Palatino Linotype"/>
                <w:b/>
                <w:bCs/>
              </w:rPr>
            </w:pPr>
          </w:p>
        </w:tc>
      </w:tr>
      <w:tr w:rsidR="00AC743A" w:rsidRPr="007130FA" w14:paraId="5DF57938" w14:textId="77777777" w:rsidTr="002269FA">
        <w:trPr>
          <w:trHeight w:val="567"/>
          <w:jc w:val="center"/>
        </w:trPr>
        <w:tc>
          <w:tcPr>
            <w:tcW w:w="8725" w:type="dxa"/>
            <w:vAlign w:val="center"/>
          </w:tcPr>
          <w:p w14:paraId="2CFA131A" w14:textId="7E4D116B" w:rsidR="000038EC" w:rsidRPr="000038EC" w:rsidRDefault="00AF27BC" w:rsidP="000038EC">
            <w:pPr>
              <w:rPr>
                <w:rFonts w:ascii="Palatino Linotype" w:hAnsi="Palatino Linotype"/>
                <w:b/>
                <w:bCs/>
              </w:rPr>
            </w:pPr>
            <w:r w:rsidRPr="000038EC">
              <w:rPr>
                <w:rFonts w:ascii="Palatino Linotype" w:hAnsi="Palatino Linotype"/>
                <w:b/>
                <w:bCs/>
              </w:rPr>
              <w:t xml:space="preserve">Hadisə </w:t>
            </w:r>
            <w:r w:rsidR="003D4218">
              <w:rPr>
                <w:rFonts w:ascii="Palatino Linotype" w:hAnsi="Palatino Linotype"/>
                <w:b/>
                <w:bCs/>
              </w:rPr>
              <w:t>b</w:t>
            </w:r>
            <w:r w:rsidRPr="000038EC">
              <w:rPr>
                <w:rFonts w:ascii="Palatino Linotype" w:hAnsi="Palatino Linotype"/>
                <w:b/>
                <w:bCs/>
              </w:rPr>
              <w:t>ildirişi:</w:t>
            </w:r>
          </w:p>
          <w:p w14:paraId="5A987FE1" w14:textId="09937E5D" w:rsidR="00AC743A" w:rsidRPr="006D21CB" w:rsidRDefault="003D4218" w:rsidP="000038EC">
            <w:pPr>
              <w:rPr>
                <w:rFonts w:ascii="Palatino Linotype" w:hAnsi="Palatino Linotype"/>
              </w:rPr>
            </w:pPr>
            <w:r>
              <w:rPr>
                <w:rFonts w:ascii="Palatino Linotype" w:hAnsi="Palatino Linotype"/>
              </w:rPr>
              <w:t>R</w:t>
            </w:r>
            <w:r w:rsidR="00442C3D" w:rsidRPr="00442C3D">
              <w:rPr>
                <w:rFonts w:ascii="Palatino Linotype" w:hAnsi="Palatino Linotype"/>
              </w:rPr>
              <w:t xml:space="preserve">azılaşdırılmış müddət ərzində BSC sistemlərinə təsir edən təhlükəsizlik hadisələri barədə məlumat verə biləcəyinizi </w:t>
            </w:r>
            <w:r>
              <w:rPr>
                <w:rFonts w:ascii="Palatino Linotype" w:hAnsi="Palatino Linotype"/>
              </w:rPr>
              <w:t>təsdiqləyin</w:t>
            </w:r>
            <w:r w:rsidR="00442C3D" w:rsidRPr="006D21CB">
              <w:rPr>
                <w:rFonts w:ascii="Palatino Linotype" w:hAnsi="Palatino Linotype"/>
              </w:rPr>
              <w:t>.</w:t>
            </w:r>
          </w:p>
        </w:tc>
        <w:tc>
          <w:tcPr>
            <w:tcW w:w="4959" w:type="dxa"/>
            <w:vAlign w:val="center"/>
          </w:tcPr>
          <w:p w14:paraId="26688B6F" w14:textId="0722501F" w:rsidR="000038EC" w:rsidRPr="00785C9E" w:rsidRDefault="00E62197" w:rsidP="000038EC">
            <w:pPr>
              <w:rPr>
                <w:rFonts w:ascii="Palatino Linotype" w:hAnsi="Palatino Linotype"/>
                <w:b/>
                <w:bCs/>
              </w:rPr>
            </w:pPr>
            <w:sdt>
              <w:sdtPr>
                <w:rPr>
                  <w:rFonts w:ascii="Palatino Linotype" w:hAnsi="Palatino Linotype"/>
                  <w:b/>
                  <w:bCs/>
                </w:rPr>
                <w:id w:val="1023748617"/>
                <w14:checkbox>
                  <w14:checked w14:val="0"/>
                  <w14:checkedState w14:val="2612" w14:font="MS Gothic"/>
                  <w14:uncheckedState w14:val="2610" w14:font="MS Gothic"/>
                </w14:checkbox>
              </w:sdtPr>
              <w:sdtEndPr/>
              <w:sdtContent>
                <w:r w:rsidR="008F4270">
                  <w:rPr>
                    <w:rFonts w:ascii="MS Gothic" w:eastAsia="MS Gothic" w:hAnsi="MS Gothic" w:hint="eastAsia"/>
                    <w:b/>
                    <w:bCs/>
                  </w:rPr>
                  <w:t>☐</w:t>
                </w:r>
              </w:sdtContent>
            </w:sdt>
            <w:r w:rsidR="000A789D">
              <w:rPr>
                <w:rFonts w:ascii="Palatino Linotype" w:hAnsi="Palatino Linotype"/>
                <w:b/>
                <w:bCs/>
              </w:rPr>
              <w:t xml:space="preserve"> </w:t>
            </w:r>
            <w:r w:rsidR="008F4270" w:rsidRPr="000528E8">
              <w:rPr>
                <w:rFonts w:ascii="Palatino Linotype" w:hAnsi="Palatino Linotype"/>
                <w:b/>
                <w:bCs/>
              </w:rPr>
              <w:t>Bəli</w:t>
            </w:r>
          </w:p>
          <w:p w14:paraId="276EBA80" w14:textId="4A685EFF" w:rsidR="00AC743A" w:rsidRPr="00785C9E" w:rsidRDefault="00E62197" w:rsidP="000038EC">
            <w:pPr>
              <w:rPr>
                <w:rFonts w:ascii="Palatino Linotype" w:hAnsi="Palatino Linotype"/>
                <w:b/>
                <w:bCs/>
              </w:rPr>
            </w:pPr>
            <w:sdt>
              <w:sdtPr>
                <w:rPr>
                  <w:rFonts w:ascii="Palatino Linotype" w:hAnsi="Palatino Linotype"/>
                  <w:b/>
                  <w:bCs/>
                </w:rPr>
                <w:id w:val="-32733771"/>
                <w14:checkbox>
                  <w14:checked w14:val="0"/>
                  <w14:checkedState w14:val="2612" w14:font="MS Gothic"/>
                  <w14:uncheckedState w14:val="2610" w14:font="MS Gothic"/>
                </w14:checkbox>
              </w:sdtPr>
              <w:sdtEndPr/>
              <w:sdtContent>
                <w:r w:rsidR="00690238">
                  <w:rPr>
                    <w:rFonts w:ascii="MS Gothic" w:eastAsia="MS Gothic" w:hAnsi="MS Gothic" w:hint="eastAsia"/>
                    <w:b/>
                    <w:bCs/>
                  </w:rPr>
                  <w:t>☐</w:t>
                </w:r>
              </w:sdtContent>
            </w:sdt>
            <w:r w:rsidR="000A789D">
              <w:rPr>
                <w:rFonts w:ascii="Palatino Linotype" w:hAnsi="Palatino Linotype"/>
                <w:b/>
                <w:bCs/>
              </w:rPr>
              <w:t xml:space="preserve"> </w:t>
            </w:r>
            <w:r w:rsidR="008F4270" w:rsidRPr="000528E8">
              <w:rPr>
                <w:rFonts w:ascii="Palatino Linotype" w:hAnsi="Palatino Linotype"/>
                <w:b/>
                <w:bCs/>
              </w:rPr>
              <w:t>Xeyr</w:t>
            </w:r>
          </w:p>
        </w:tc>
      </w:tr>
      <w:tr w:rsidR="00AC743A" w:rsidRPr="007130FA" w14:paraId="247FBDAE" w14:textId="77777777" w:rsidTr="002269FA">
        <w:trPr>
          <w:trHeight w:val="567"/>
          <w:jc w:val="center"/>
        </w:trPr>
        <w:tc>
          <w:tcPr>
            <w:tcW w:w="8725" w:type="dxa"/>
            <w:vAlign w:val="center"/>
          </w:tcPr>
          <w:p w14:paraId="7F5C2B9F" w14:textId="77777777" w:rsidR="000038EC" w:rsidRPr="000038EC" w:rsidRDefault="00AF27BC" w:rsidP="000038EC">
            <w:pPr>
              <w:rPr>
                <w:rFonts w:ascii="Palatino Linotype" w:hAnsi="Palatino Linotype"/>
                <w:b/>
                <w:bCs/>
              </w:rPr>
            </w:pPr>
            <w:r w:rsidRPr="000038EC">
              <w:rPr>
                <w:rFonts w:ascii="Palatino Linotype" w:hAnsi="Palatino Linotype"/>
                <w:b/>
                <w:bCs/>
              </w:rPr>
              <w:t>Məlumatların emalı:</w:t>
            </w:r>
          </w:p>
          <w:p w14:paraId="2D384671" w14:textId="0E5F2E72" w:rsidR="00AC743A" w:rsidRPr="006D21CB" w:rsidRDefault="00442C3D" w:rsidP="000038EC">
            <w:pPr>
              <w:rPr>
                <w:rFonts w:ascii="Palatino Linotype" w:hAnsi="Palatino Linotype"/>
              </w:rPr>
            </w:pPr>
            <w:r w:rsidRPr="00442C3D">
              <w:rPr>
                <w:rFonts w:ascii="Palatino Linotype" w:hAnsi="Palatino Linotype"/>
              </w:rPr>
              <w:t xml:space="preserve">BSC məlumatlarının harada saxlanılacağını və emal ediləcəyini (ölkə/region) göstərin </w:t>
            </w:r>
            <w:r w:rsidRPr="006D21CB">
              <w:rPr>
                <w:rFonts w:ascii="Palatino Linotype" w:hAnsi="Palatino Linotype"/>
              </w:rPr>
              <w:t>.</w:t>
            </w:r>
          </w:p>
        </w:tc>
        <w:tc>
          <w:tcPr>
            <w:tcW w:w="4959" w:type="dxa"/>
            <w:vAlign w:val="center"/>
          </w:tcPr>
          <w:p w14:paraId="62F32282" w14:textId="77777777" w:rsidR="00AC743A" w:rsidRPr="007130FA" w:rsidRDefault="00AC743A" w:rsidP="000038EC">
            <w:pPr>
              <w:rPr>
                <w:rFonts w:ascii="Palatino Linotype" w:hAnsi="Palatino Linotype"/>
              </w:rPr>
            </w:pPr>
          </w:p>
        </w:tc>
      </w:tr>
      <w:tr w:rsidR="00AC743A" w:rsidRPr="007130FA" w14:paraId="67950678" w14:textId="77777777" w:rsidTr="002269FA">
        <w:trPr>
          <w:trHeight w:val="567"/>
          <w:jc w:val="center"/>
        </w:trPr>
        <w:tc>
          <w:tcPr>
            <w:tcW w:w="8725" w:type="dxa"/>
            <w:vAlign w:val="center"/>
          </w:tcPr>
          <w:p w14:paraId="59A86A67" w14:textId="77777777" w:rsidR="000038EC" w:rsidRPr="000038EC" w:rsidRDefault="00AF27BC" w:rsidP="000038EC">
            <w:pPr>
              <w:rPr>
                <w:rFonts w:ascii="Palatino Linotype" w:hAnsi="Palatino Linotype"/>
                <w:b/>
                <w:bCs/>
              </w:rPr>
            </w:pPr>
            <w:r w:rsidRPr="000038EC">
              <w:rPr>
                <w:rFonts w:ascii="Palatino Linotype" w:hAnsi="Palatino Linotype"/>
                <w:b/>
                <w:bCs/>
              </w:rPr>
              <w:t>Biznesin davamlılığının təmin edilməsi:</w:t>
            </w:r>
          </w:p>
          <w:p w14:paraId="539C77A1" w14:textId="7EA8DDF1" w:rsidR="00AC743A" w:rsidRPr="007130FA" w:rsidRDefault="00085744" w:rsidP="000038EC">
            <w:pPr>
              <w:rPr>
                <w:rFonts w:ascii="Palatino Linotype" w:hAnsi="Palatino Linotype"/>
              </w:rPr>
            </w:pPr>
            <w:r>
              <w:rPr>
                <w:rFonts w:ascii="Palatino Linotype" w:hAnsi="Palatino Linotype"/>
              </w:rPr>
              <w:t xml:space="preserve">Göstərdiyiniz </w:t>
            </w:r>
            <w:r w:rsidR="00442C3D" w:rsidRPr="00442C3D">
              <w:rPr>
                <w:rFonts w:ascii="Palatino Linotype" w:hAnsi="Palatino Linotype"/>
              </w:rPr>
              <w:t xml:space="preserve">xidmətə tətbiq olunan məlumatların ehtiyat nüsxəsini </w:t>
            </w:r>
            <w:r>
              <w:rPr>
                <w:rFonts w:ascii="Palatino Linotype" w:hAnsi="Palatino Linotype"/>
              </w:rPr>
              <w:t xml:space="preserve">saxlama </w:t>
            </w:r>
            <w:r w:rsidR="00442C3D" w:rsidRPr="00442C3D">
              <w:rPr>
                <w:rFonts w:ascii="Palatino Linotype" w:hAnsi="Palatino Linotype"/>
              </w:rPr>
              <w:t>və bərpa etmə üsulunu təsvir edin.</w:t>
            </w:r>
          </w:p>
        </w:tc>
        <w:tc>
          <w:tcPr>
            <w:tcW w:w="4959" w:type="dxa"/>
            <w:vAlign w:val="center"/>
          </w:tcPr>
          <w:p w14:paraId="34A636E7" w14:textId="77777777" w:rsidR="00AC743A" w:rsidRPr="007130FA" w:rsidRDefault="00AC743A" w:rsidP="000038EC">
            <w:pPr>
              <w:rPr>
                <w:rFonts w:ascii="Palatino Linotype" w:hAnsi="Palatino Linotype"/>
              </w:rPr>
            </w:pPr>
          </w:p>
        </w:tc>
      </w:tr>
    </w:tbl>
    <w:p w14:paraId="64CA3499" w14:textId="77777777" w:rsidR="00056800" w:rsidRPr="006D21CB" w:rsidRDefault="00056800">
      <w:pPr>
        <w:rPr>
          <w:rFonts w:ascii="Palatino Linotype" w:hAnsi="Palatino Linotype"/>
          <w:b/>
          <w:sz w:val="12"/>
          <w:szCs w:val="12"/>
        </w:rPr>
      </w:pPr>
    </w:p>
    <w:p w14:paraId="60947A7F" w14:textId="7046BCE9" w:rsidR="00AC743A" w:rsidRPr="007130FA" w:rsidRDefault="00AF27BC">
      <w:pPr>
        <w:rPr>
          <w:rFonts w:ascii="Palatino Linotype" w:hAnsi="Palatino Linotype"/>
        </w:rPr>
      </w:pPr>
      <w:r w:rsidRPr="007130FA">
        <w:rPr>
          <w:rFonts w:ascii="Palatino Linotype" w:hAnsi="Palatino Linotype"/>
          <w:b/>
        </w:rPr>
        <w:t>Məcburi əlavələr (Əlavə D):</w:t>
      </w:r>
    </w:p>
    <w:p w14:paraId="3B2C4F07" w14:textId="38FBB0E6" w:rsidR="00AC743A" w:rsidRPr="007130FA" w:rsidRDefault="00E62197">
      <w:pPr>
        <w:pStyle w:val="ListBullet"/>
        <w:rPr>
          <w:rFonts w:ascii="Palatino Linotype" w:hAnsi="Palatino Linotype"/>
        </w:rPr>
      </w:pPr>
      <w:sdt>
        <w:sdtPr>
          <w:rPr>
            <w:rFonts w:ascii="Palatino Linotype" w:hAnsi="Palatino Linotype"/>
            <w:b/>
            <w:bCs/>
          </w:rPr>
          <w:id w:val="452518814"/>
          <w14:checkbox>
            <w14:checked w14:val="0"/>
            <w14:checkedState w14:val="2612" w14:font="MS Gothic"/>
            <w14:uncheckedState w14:val="2610" w14:font="MS Gothic"/>
          </w14:checkbox>
        </w:sdtPr>
        <w:sdtEndPr/>
        <w:sdtContent>
          <w:r w:rsidR="005C6641">
            <w:rPr>
              <w:rFonts w:ascii="MS Gothic" w:eastAsia="MS Gothic" w:hAnsi="MS Gothic" w:hint="eastAsia"/>
              <w:b/>
              <w:bCs/>
            </w:rPr>
            <w:t>☐</w:t>
          </w:r>
        </w:sdtContent>
      </w:sdt>
      <w:r w:rsidR="003205EE" w:rsidRPr="00D8216A">
        <w:rPr>
          <w:rFonts w:ascii="Palatino Linotype" w:hAnsi="Palatino Linotype"/>
          <w:b/>
          <w:bCs/>
        </w:rPr>
        <w:t xml:space="preserve"> </w:t>
      </w:r>
      <w:r w:rsidR="003205EE" w:rsidRPr="007130FA">
        <w:rPr>
          <w:rFonts w:ascii="Palatino Linotype" w:hAnsi="Palatino Linotype"/>
        </w:rPr>
        <w:t>İnformasiya təhlükəsizliyi siyasətinin xülasəsi (və ya varsa, sertifikat)</w:t>
      </w:r>
    </w:p>
    <w:p w14:paraId="3C50A8AF" w14:textId="5A146D26" w:rsidR="00AC743A" w:rsidRPr="002269FA" w:rsidRDefault="00E62197" w:rsidP="002269FA">
      <w:pPr>
        <w:pStyle w:val="ListBullet"/>
        <w:rPr>
          <w:rFonts w:ascii="Palatino Linotype" w:hAnsi="Palatino Linotype"/>
        </w:rPr>
      </w:pPr>
      <w:sdt>
        <w:sdtPr>
          <w:rPr>
            <w:rFonts w:ascii="Palatino Linotype" w:hAnsi="Palatino Linotype"/>
            <w:b/>
            <w:bCs/>
          </w:rPr>
          <w:id w:val="1542474554"/>
          <w14:checkbox>
            <w14:checked w14:val="0"/>
            <w14:checkedState w14:val="2612" w14:font="MS Gothic"/>
            <w14:uncheckedState w14:val="2610" w14:font="MS Gothic"/>
          </w14:checkbox>
        </w:sdtPr>
        <w:sdtEndPr/>
        <w:sdtContent>
          <w:r w:rsidR="003205EE">
            <w:rPr>
              <w:rFonts w:ascii="MS Gothic" w:eastAsia="MS Gothic" w:hAnsi="MS Gothic" w:hint="eastAsia"/>
              <w:b/>
              <w:bCs/>
            </w:rPr>
            <w:t>☐</w:t>
          </w:r>
        </w:sdtContent>
      </w:sdt>
      <w:r w:rsidR="003205EE" w:rsidRPr="00D8216A">
        <w:rPr>
          <w:rFonts w:ascii="Palatino Linotype" w:hAnsi="Palatino Linotype"/>
          <w:b/>
          <w:bCs/>
        </w:rPr>
        <w:t xml:space="preserve"> </w:t>
      </w:r>
      <w:r w:rsidR="00994E76" w:rsidRPr="00994E76">
        <w:rPr>
          <w:rFonts w:ascii="Palatino Linotype" w:hAnsi="Palatino Linotype"/>
        </w:rPr>
        <w:t>Hadisələrə operativ reaksiya və məlumatlandırma proseduru</w:t>
      </w:r>
      <w:r w:rsidR="003205EE" w:rsidRPr="002269FA">
        <w:rPr>
          <w:rFonts w:ascii="Palatino Linotype" w:hAnsi="Palatino Linotype"/>
          <w:i/>
        </w:rPr>
        <w:t>.</w:t>
      </w:r>
    </w:p>
    <w:sectPr w:rsidR="00AC743A" w:rsidRPr="002269FA" w:rsidSect="00056800">
      <w:type w:val="continuous"/>
      <w:pgSz w:w="15840" w:h="12240" w:orient="landscape"/>
      <w:pgMar w:top="1134" w:right="1134" w:bottom="99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8A46" w14:textId="77777777" w:rsidR="00E62197" w:rsidRDefault="00E62197" w:rsidP="003054C6">
      <w:pPr>
        <w:spacing w:after="0" w:line="240" w:lineRule="auto"/>
      </w:pPr>
      <w:r>
        <w:separator/>
      </w:r>
    </w:p>
  </w:endnote>
  <w:endnote w:type="continuationSeparator" w:id="0">
    <w:p w14:paraId="4F7BDD89" w14:textId="77777777" w:rsidR="00E62197" w:rsidRDefault="00E62197" w:rsidP="00305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B9F5" w14:textId="77777777" w:rsidR="00E62197" w:rsidRDefault="00E62197" w:rsidP="003054C6">
      <w:pPr>
        <w:spacing w:after="0" w:line="240" w:lineRule="auto"/>
      </w:pPr>
      <w:r>
        <w:separator/>
      </w:r>
    </w:p>
  </w:footnote>
  <w:footnote w:type="continuationSeparator" w:id="0">
    <w:p w14:paraId="17E20BCE" w14:textId="77777777" w:rsidR="00E62197" w:rsidRDefault="00E62197" w:rsidP="00305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16" w:type="dxa"/>
      <w:tblLook w:val="04A0" w:firstRow="1" w:lastRow="0" w:firstColumn="1" w:lastColumn="0" w:noHBand="0" w:noVBand="1"/>
    </w:tblPr>
    <w:tblGrid>
      <w:gridCol w:w="1101"/>
      <w:gridCol w:w="9780"/>
      <w:gridCol w:w="1418"/>
      <w:gridCol w:w="1417"/>
    </w:tblGrid>
    <w:tr w:rsidR="003054C6" w14:paraId="355ED12D" w14:textId="77777777" w:rsidTr="00D072AD">
      <w:trPr>
        <w:trHeight w:val="292"/>
      </w:trPr>
      <w:tc>
        <w:tcPr>
          <w:tcW w:w="1101" w:type="dxa"/>
          <w:vMerge w:val="restart"/>
        </w:tcPr>
        <w:p w14:paraId="5BED18E7" w14:textId="77777777" w:rsidR="003054C6" w:rsidRDefault="003054C6" w:rsidP="003054C6">
          <w:pPr>
            <w:pStyle w:val="Header"/>
          </w:pPr>
          <w:r>
            <w:rPr>
              <w:i/>
              <w:noProof/>
              <w:lang w:val="az-Latn-AZ"/>
            </w:rPr>
            <w:drawing>
              <wp:anchor distT="0" distB="0" distL="114300" distR="114300" simplePos="0" relativeHeight="251657216" behindDoc="0" locked="0" layoutInCell="1" allowOverlap="1" wp14:anchorId="6F64A975" wp14:editId="3B455BB2">
                <wp:simplePos x="0" y="0"/>
                <wp:positionH relativeFrom="column">
                  <wp:posOffset>-78105</wp:posOffset>
                </wp:positionH>
                <wp:positionV relativeFrom="paragraph">
                  <wp:posOffset>-18415</wp:posOffset>
                </wp:positionV>
                <wp:extent cx="694023" cy="602095"/>
                <wp:effectExtent l="0" t="0" r="0" b="7620"/>
                <wp:wrapNone/>
                <wp:docPr id="1675793303" name="Picture 167579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6569" r="17151"/>
                        <a:stretch/>
                      </pic:blipFill>
                      <pic:spPr bwMode="auto">
                        <a:xfrm>
                          <a:off x="0" y="0"/>
                          <a:ext cx="694023" cy="602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9780" w:type="dxa"/>
          <w:vMerge w:val="restart"/>
          <w:vAlign w:val="center"/>
        </w:tcPr>
        <w:p w14:paraId="31E14FD4" w14:textId="08088D75" w:rsidR="003054C6" w:rsidRPr="00287A56" w:rsidRDefault="003054C6" w:rsidP="003054C6">
          <w:pPr>
            <w:tabs>
              <w:tab w:val="left" w:pos="5040"/>
              <w:tab w:val="left" w:pos="5130"/>
            </w:tabs>
            <w:spacing w:before="120" w:after="120"/>
            <w:jc w:val="center"/>
            <w:rPr>
              <w:rFonts w:ascii="Palatino Linotype" w:hAnsi="Palatino Linotype"/>
              <w:b/>
              <w:sz w:val="28"/>
              <w:lang w:val="az-Latn-AZ"/>
            </w:rPr>
          </w:pPr>
          <w:r w:rsidRPr="00287A56">
            <w:rPr>
              <w:rFonts w:ascii="Palatino Linotype" w:hAnsi="Palatino Linotype"/>
              <w:b/>
              <w:sz w:val="28"/>
            </w:rPr>
            <w:t xml:space="preserve">TƏCHİZATÇININ </w:t>
          </w:r>
          <w:r w:rsidR="00EF114A">
            <w:rPr>
              <w:rFonts w:ascii="Palatino Linotype" w:hAnsi="Palatino Linotype"/>
              <w:b/>
              <w:sz w:val="28"/>
            </w:rPr>
            <w:t>PRE</w:t>
          </w:r>
          <w:r w:rsidRPr="00287A56">
            <w:rPr>
              <w:rFonts w:ascii="Palatino Linotype" w:hAnsi="Palatino Linotype"/>
              <w:b/>
              <w:sz w:val="28"/>
            </w:rPr>
            <w:t>KVALIFİKASİYA</w:t>
          </w:r>
          <w:r w:rsidR="00EF114A">
            <w:rPr>
              <w:rFonts w:ascii="Palatino Linotype" w:hAnsi="Palatino Linotype"/>
              <w:b/>
              <w:sz w:val="28"/>
            </w:rPr>
            <w:t>SI</w:t>
          </w:r>
          <w:r w:rsidRPr="00287A56">
            <w:rPr>
              <w:rFonts w:ascii="Palatino Linotype" w:hAnsi="Palatino Linotype"/>
              <w:b/>
              <w:sz w:val="28"/>
            </w:rPr>
            <w:t xml:space="preserve"> SORĞUSU</w:t>
          </w:r>
        </w:p>
      </w:tc>
      <w:tc>
        <w:tcPr>
          <w:tcW w:w="1418" w:type="dxa"/>
          <w:vAlign w:val="center"/>
        </w:tcPr>
        <w:p w14:paraId="2BC03FCC" w14:textId="77777777" w:rsidR="003054C6" w:rsidRPr="000A3B5E" w:rsidRDefault="003054C6" w:rsidP="003054C6">
          <w:pPr>
            <w:pStyle w:val="Header"/>
            <w:tabs>
              <w:tab w:val="left" w:pos="1185"/>
            </w:tabs>
            <w:rPr>
              <w:sz w:val="20"/>
              <w:lang w:val="ru-RU"/>
            </w:rPr>
          </w:pPr>
          <w:r w:rsidRPr="000A3B5E">
            <w:rPr>
              <w:sz w:val="20"/>
              <w:lang w:val="az-Latn-AZ"/>
            </w:rPr>
            <w:t xml:space="preserve">Forma </w:t>
          </w:r>
          <w:r>
            <w:rPr>
              <w:sz w:val="20"/>
              <w:lang w:val="ru-RU"/>
            </w:rPr>
            <w:t>№:</w:t>
          </w:r>
        </w:p>
      </w:tc>
      <w:tc>
        <w:tcPr>
          <w:tcW w:w="1417" w:type="dxa"/>
          <w:vAlign w:val="center"/>
        </w:tcPr>
        <w:p w14:paraId="095C4F67" w14:textId="77777777" w:rsidR="003054C6" w:rsidRPr="000A3B5E" w:rsidRDefault="003054C6" w:rsidP="003054C6">
          <w:pPr>
            <w:pStyle w:val="Header"/>
            <w:rPr>
              <w:sz w:val="20"/>
            </w:rPr>
          </w:pPr>
          <w:r>
            <w:rPr>
              <w:sz w:val="20"/>
            </w:rPr>
            <w:t>BSC-ÇXR-F-01</w:t>
          </w:r>
        </w:p>
      </w:tc>
    </w:tr>
    <w:tr w:rsidR="003054C6" w14:paraId="20B7AEE8" w14:textId="77777777" w:rsidTr="00D072AD">
      <w:trPr>
        <w:trHeight w:val="292"/>
      </w:trPr>
      <w:tc>
        <w:tcPr>
          <w:tcW w:w="1101" w:type="dxa"/>
          <w:vMerge/>
        </w:tcPr>
        <w:p w14:paraId="118B6C04" w14:textId="77777777" w:rsidR="003054C6" w:rsidRDefault="003054C6" w:rsidP="003054C6">
          <w:pPr>
            <w:pStyle w:val="Header"/>
            <w:rPr>
              <w:i/>
              <w:noProof/>
              <w:lang w:val="az-Latn-AZ"/>
            </w:rPr>
          </w:pPr>
        </w:p>
      </w:tc>
      <w:tc>
        <w:tcPr>
          <w:tcW w:w="9780" w:type="dxa"/>
          <w:vMerge/>
          <w:vAlign w:val="center"/>
        </w:tcPr>
        <w:p w14:paraId="2CBB7F90" w14:textId="77777777" w:rsidR="003054C6" w:rsidRDefault="003054C6" w:rsidP="003054C6">
          <w:pPr>
            <w:tabs>
              <w:tab w:val="left" w:pos="5040"/>
              <w:tab w:val="left" w:pos="5130"/>
            </w:tabs>
            <w:spacing w:before="120" w:after="120" w:line="276" w:lineRule="auto"/>
            <w:jc w:val="center"/>
            <w:rPr>
              <w:b/>
              <w:lang w:val="az-Latn-AZ"/>
            </w:rPr>
          </w:pPr>
        </w:p>
      </w:tc>
      <w:tc>
        <w:tcPr>
          <w:tcW w:w="1418" w:type="dxa"/>
          <w:vAlign w:val="center"/>
        </w:tcPr>
        <w:p w14:paraId="3019944D" w14:textId="77777777" w:rsidR="003054C6" w:rsidRPr="000A3B5E" w:rsidRDefault="003054C6" w:rsidP="003054C6">
          <w:pPr>
            <w:pStyle w:val="Header"/>
            <w:rPr>
              <w:sz w:val="20"/>
              <w:lang w:val="ru-RU"/>
            </w:rPr>
          </w:pPr>
          <w:r>
            <w:rPr>
              <w:sz w:val="20"/>
              <w:lang w:val="az-Latn-AZ"/>
            </w:rPr>
            <w:t xml:space="preserve">Buraxılış </w:t>
          </w:r>
          <w:r>
            <w:rPr>
              <w:sz w:val="20"/>
              <w:lang w:val="ru-RU"/>
            </w:rPr>
            <w:t>№:</w:t>
          </w:r>
        </w:p>
      </w:tc>
      <w:tc>
        <w:tcPr>
          <w:tcW w:w="1417" w:type="dxa"/>
          <w:vAlign w:val="center"/>
        </w:tcPr>
        <w:p w14:paraId="605B1168" w14:textId="7B80B441" w:rsidR="003054C6" w:rsidRPr="000A3B5E" w:rsidRDefault="00B2547A" w:rsidP="003054C6">
          <w:pPr>
            <w:pStyle w:val="Header"/>
            <w:rPr>
              <w:sz w:val="20"/>
            </w:rPr>
          </w:pPr>
          <w:r>
            <w:rPr>
              <w:sz w:val="20"/>
            </w:rPr>
            <w:t>1</w:t>
          </w:r>
        </w:p>
      </w:tc>
    </w:tr>
    <w:tr w:rsidR="003054C6" w14:paraId="52E67D60" w14:textId="77777777" w:rsidTr="00D072AD">
      <w:trPr>
        <w:trHeight w:val="292"/>
      </w:trPr>
      <w:tc>
        <w:tcPr>
          <w:tcW w:w="1101" w:type="dxa"/>
          <w:vMerge/>
        </w:tcPr>
        <w:p w14:paraId="41BDB1E1" w14:textId="77777777" w:rsidR="003054C6" w:rsidRDefault="003054C6" w:rsidP="003054C6">
          <w:pPr>
            <w:pStyle w:val="Header"/>
            <w:rPr>
              <w:i/>
              <w:noProof/>
              <w:lang w:val="az-Latn-AZ"/>
            </w:rPr>
          </w:pPr>
        </w:p>
      </w:tc>
      <w:tc>
        <w:tcPr>
          <w:tcW w:w="9780" w:type="dxa"/>
          <w:vMerge/>
          <w:vAlign w:val="center"/>
        </w:tcPr>
        <w:p w14:paraId="255DD60A" w14:textId="77777777" w:rsidR="003054C6" w:rsidRDefault="003054C6" w:rsidP="003054C6">
          <w:pPr>
            <w:tabs>
              <w:tab w:val="left" w:pos="5040"/>
              <w:tab w:val="left" w:pos="5130"/>
            </w:tabs>
            <w:spacing w:before="120" w:after="120" w:line="276" w:lineRule="auto"/>
            <w:jc w:val="center"/>
            <w:rPr>
              <w:b/>
              <w:lang w:val="az-Latn-AZ"/>
            </w:rPr>
          </w:pPr>
        </w:p>
      </w:tc>
      <w:tc>
        <w:tcPr>
          <w:tcW w:w="1418" w:type="dxa"/>
          <w:vAlign w:val="center"/>
        </w:tcPr>
        <w:p w14:paraId="1BE8F42F" w14:textId="77777777" w:rsidR="003054C6" w:rsidRPr="000A3B5E" w:rsidRDefault="003054C6" w:rsidP="003054C6">
          <w:pPr>
            <w:pStyle w:val="Header"/>
            <w:rPr>
              <w:sz w:val="20"/>
            </w:rPr>
          </w:pPr>
          <w:r>
            <w:rPr>
              <w:sz w:val="20"/>
            </w:rPr>
            <w:t>Yeniləmə tarixi:</w:t>
          </w:r>
        </w:p>
      </w:tc>
      <w:tc>
        <w:tcPr>
          <w:tcW w:w="1417" w:type="dxa"/>
          <w:vAlign w:val="center"/>
        </w:tcPr>
        <w:p w14:paraId="52EC6B8A" w14:textId="5197AFBE" w:rsidR="003054C6" w:rsidRPr="000A3B5E" w:rsidRDefault="00B2547A" w:rsidP="003054C6">
          <w:pPr>
            <w:pStyle w:val="Header"/>
            <w:rPr>
              <w:sz w:val="20"/>
            </w:rPr>
          </w:pPr>
          <w:r>
            <w:rPr>
              <w:sz w:val="20"/>
            </w:rPr>
            <w:t>26 Fevral 2026</w:t>
          </w:r>
        </w:p>
      </w:tc>
    </w:tr>
  </w:tbl>
  <w:p w14:paraId="6C691434" w14:textId="77777777" w:rsidR="003054C6" w:rsidRDefault="00305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F70103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1724024"/>
    <w:multiLevelType w:val="hybridMultilevel"/>
    <w:tmpl w:val="C1F8B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1677117"/>
    <w:multiLevelType w:val="multilevel"/>
    <w:tmpl w:val="C226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C4476"/>
    <w:multiLevelType w:val="multilevel"/>
    <w:tmpl w:val="3F94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A363B1"/>
    <w:multiLevelType w:val="multilevel"/>
    <w:tmpl w:val="77D2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710744">
    <w:abstractNumId w:val="8"/>
  </w:num>
  <w:num w:numId="2" w16cid:durableId="1067142684">
    <w:abstractNumId w:val="6"/>
  </w:num>
  <w:num w:numId="3" w16cid:durableId="839125401">
    <w:abstractNumId w:val="5"/>
  </w:num>
  <w:num w:numId="4" w16cid:durableId="1804540412">
    <w:abstractNumId w:val="4"/>
  </w:num>
  <w:num w:numId="5" w16cid:durableId="824205813">
    <w:abstractNumId w:val="7"/>
  </w:num>
  <w:num w:numId="6" w16cid:durableId="564225435">
    <w:abstractNumId w:val="3"/>
  </w:num>
  <w:num w:numId="7" w16cid:durableId="915476951">
    <w:abstractNumId w:val="2"/>
  </w:num>
  <w:num w:numId="8" w16cid:durableId="482430701">
    <w:abstractNumId w:val="1"/>
  </w:num>
  <w:num w:numId="9" w16cid:durableId="560166990">
    <w:abstractNumId w:val="0"/>
  </w:num>
  <w:num w:numId="10" w16cid:durableId="1200119061">
    <w:abstractNumId w:val="12"/>
  </w:num>
  <w:num w:numId="11" w16cid:durableId="30955282">
    <w:abstractNumId w:val="10"/>
  </w:num>
  <w:num w:numId="12" w16cid:durableId="1562253470">
    <w:abstractNumId w:val="11"/>
  </w:num>
  <w:num w:numId="13" w16cid:durableId="15546100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EC"/>
    <w:rsid w:val="0003351E"/>
    <w:rsid w:val="00034616"/>
    <w:rsid w:val="00036170"/>
    <w:rsid w:val="00046884"/>
    <w:rsid w:val="000528E8"/>
    <w:rsid w:val="00056800"/>
    <w:rsid w:val="00056F1A"/>
    <w:rsid w:val="0006063C"/>
    <w:rsid w:val="00062679"/>
    <w:rsid w:val="00083DB9"/>
    <w:rsid w:val="00085744"/>
    <w:rsid w:val="000950AD"/>
    <w:rsid w:val="000A436F"/>
    <w:rsid w:val="000A789D"/>
    <w:rsid w:val="000B721E"/>
    <w:rsid w:val="000C0045"/>
    <w:rsid w:val="000C282D"/>
    <w:rsid w:val="000C6B61"/>
    <w:rsid w:val="000D05E8"/>
    <w:rsid w:val="000D08D3"/>
    <w:rsid w:val="000F36E0"/>
    <w:rsid w:val="0010179C"/>
    <w:rsid w:val="001224B1"/>
    <w:rsid w:val="001376DC"/>
    <w:rsid w:val="0015074B"/>
    <w:rsid w:val="00156460"/>
    <w:rsid w:val="001656FD"/>
    <w:rsid w:val="001704D6"/>
    <w:rsid w:val="00174986"/>
    <w:rsid w:val="00175E18"/>
    <w:rsid w:val="001B16C4"/>
    <w:rsid w:val="001D1C53"/>
    <w:rsid w:val="001E6995"/>
    <w:rsid w:val="00200E76"/>
    <w:rsid w:val="00216206"/>
    <w:rsid w:val="002269FA"/>
    <w:rsid w:val="00233019"/>
    <w:rsid w:val="00254C64"/>
    <w:rsid w:val="0026738A"/>
    <w:rsid w:val="00270E44"/>
    <w:rsid w:val="00283E6C"/>
    <w:rsid w:val="00286D4A"/>
    <w:rsid w:val="002913FD"/>
    <w:rsid w:val="0029639D"/>
    <w:rsid w:val="00297100"/>
    <w:rsid w:val="002A6F2D"/>
    <w:rsid w:val="002D7074"/>
    <w:rsid w:val="002E49D2"/>
    <w:rsid w:val="00301D83"/>
    <w:rsid w:val="003031C4"/>
    <w:rsid w:val="003054C6"/>
    <w:rsid w:val="00310709"/>
    <w:rsid w:val="003205EE"/>
    <w:rsid w:val="00324FC1"/>
    <w:rsid w:val="00326F90"/>
    <w:rsid w:val="00333359"/>
    <w:rsid w:val="00333EC0"/>
    <w:rsid w:val="00345470"/>
    <w:rsid w:val="00346786"/>
    <w:rsid w:val="0036615E"/>
    <w:rsid w:val="0037553A"/>
    <w:rsid w:val="003A1771"/>
    <w:rsid w:val="003D1C8A"/>
    <w:rsid w:val="003D4218"/>
    <w:rsid w:val="00413DA3"/>
    <w:rsid w:val="004218B5"/>
    <w:rsid w:val="00435B16"/>
    <w:rsid w:val="00436636"/>
    <w:rsid w:val="00440C52"/>
    <w:rsid w:val="00442C3D"/>
    <w:rsid w:val="00454E68"/>
    <w:rsid w:val="00455777"/>
    <w:rsid w:val="0046109E"/>
    <w:rsid w:val="00490951"/>
    <w:rsid w:val="00490E6C"/>
    <w:rsid w:val="004C1307"/>
    <w:rsid w:val="004E379C"/>
    <w:rsid w:val="004E7E12"/>
    <w:rsid w:val="005019C3"/>
    <w:rsid w:val="00520577"/>
    <w:rsid w:val="00520900"/>
    <w:rsid w:val="0052127D"/>
    <w:rsid w:val="00542B8A"/>
    <w:rsid w:val="005528F9"/>
    <w:rsid w:val="00554093"/>
    <w:rsid w:val="005708E9"/>
    <w:rsid w:val="00596049"/>
    <w:rsid w:val="005B2E5E"/>
    <w:rsid w:val="005C2C84"/>
    <w:rsid w:val="005C6641"/>
    <w:rsid w:val="005C6DBE"/>
    <w:rsid w:val="005D0CEB"/>
    <w:rsid w:val="005E3D29"/>
    <w:rsid w:val="005F6CE6"/>
    <w:rsid w:val="006063B6"/>
    <w:rsid w:val="006267AE"/>
    <w:rsid w:val="00651885"/>
    <w:rsid w:val="0065442B"/>
    <w:rsid w:val="006571B6"/>
    <w:rsid w:val="0067648E"/>
    <w:rsid w:val="0067751C"/>
    <w:rsid w:val="00680F5D"/>
    <w:rsid w:val="00690238"/>
    <w:rsid w:val="006B3665"/>
    <w:rsid w:val="006C4A95"/>
    <w:rsid w:val="006D21CB"/>
    <w:rsid w:val="006F1AFA"/>
    <w:rsid w:val="006F47D6"/>
    <w:rsid w:val="007130FA"/>
    <w:rsid w:val="00746CE7"/>
    <w:rsid w:val="00747F35"/>
    <w:rsid w:val="00773A09"/>
    <w:rsid w:val="00785C9E"/>
    <w:rsid w:val="007878DC"/>
    <w:rsid w:val="0079197D"/>
    <w:rsid w:val="007922DB"/>
    <w:rsid w:val="007958FA"/>
    <w:rsid w:val="007A26A0"/>
    <w:rsid w:val="007A2D92"/>
    <w:rsid w:val="007A3FB5"/>
    <w:rsid w:val="007A4534"/>
    <w:rsid w:val="007B61CF"/>
    <w:rsid w:val="007B73FF"/>
    <w:rsid w:val="007C0A1A"/>
    <w:rsid w:val="007C0D54"/>
    <w:rsid w:val="007C1F9B"/>
    <w:rsid w:val="007C28FE"/>
    <w:rsid w:val="007D4A55"/>
    <w:rsid w:val="007E1FAD"/>
    <w:rsid w:val="007F53AE"/>
    <w:rsid w:val="008161D4"/>
    <w:rsid w:val="00825D69"/>
    <w:rsid w:val="00825D75"/>
    <w:rsid w:val="00837C06"/>
    <w:rsid w:val="0086501B"/>
    <w:rsid w:val="0087493C"/>
    <w:rsid w:val="00880C0C"/>
    <w:rsid w:val="00883489"/>
    <w:rsid w:val="008A0788"/>
    <w:rsid w:val="008A11C2"/>
    <w:rsid w:val="008A2469"/>
    <w:rsid w:val="008B230B"/>
    <w:rsid w:val="008C0503"/>
    <w:rsid w:val="008C0C94"/>
    <w:rsid w:val="008D4D1C"/>
    <w:rsid w:val="008D75BE"/>
    <w:rsid w:val="008E7EEB"/>
    <w:rsid w:val="008F4270"/>
    <w:rsid w:val="00915FF7"/>
    <w:rsid w:val="00922A0F"/>
    <w:rsid w:val="00927D1D"/>
    <w:rsid w:val="00930DEB"/>
    <w:rsid w:val="00931B85"/>
    <w:rsid w:val="00940958"/>
    <w:rsid w:val="00942678"/>
    <w:rsid w:val="00946521"/>
    <w:rsid w:val="00952B1A"/>
    <w:rsid w:val="00956899"/>
    <w:rsid w:val="00985A93"/>
    <w:rsid w:val="00994E76"/>
    <w:rsid w:val="009A3706"/>
    <w:rsid w:val="009C1CFA"/>
    <w:rsid w:val="009C3C81"/>
    <w:rsid w:val="009D025D"/>
    <w:rsid w:val="009D5BEF"/>
    <w:rsid w:val="009D7678"/>
    <w:rsid w:val="009F49E1"/>
    <w:rsid w:val="00A0214C"/>
    <w:rsid w:val="00A071B1"/>
    <w:rsid w:val="00A152E8"/>
    <w:rsid w:val="00A7370D"/>
    <w:rsid w:val="00A912F9"/>
    <w:rsid w:val="00A966FB"/>
    <w:rsid w:val="00AA0225"/>
    <w:rsid w:val="00AA1D8D"/>
    <w:rsid w:val="00AC4115"/>
    <w:rsid w:val="00AC5BEC"/>
    <w:rsid w:val="00AC743A"/>
    <w:rsid w:val="00AD39DF"/>
    <w:rsid w:val="00AF27BC"/>
    <w:rsid w:val="00AF49F8"/>
    <w:rsid w:val="00AF5BE0"/>
    <w:rsid w:val="00AF6C0B"/>
    <w:rsid w:val="00B048AB"/>
    <w:rsid w:val="00B05404"/>
    <w:rsid w:val="00B20218"/>
    <w:rsid w:val="00B22E3E"/>
    <w:rsid w:val="00B2547A"/>
    <w:rsid w:val="00B36C64"/>
    <w:rsid w:val="00B4247A"/>
    <w:rsid w:val="00B45E4A"/>
    <w:rsid w:val="00B463A5"/>
    <w:rsid w:val="00B47730"/>
    <w:rsid w:val="00B47845"/>
    <w:rsid w:val="00B62CF1"/>
    <w:rsid w:val="00B75ED3"/>
    <w:rsid w:val="00B90752"/>
    <w:rsid w:val="00B91F20"/>
    <w:rsid w:val="00B964F3"/>
    <w:rsid w:val="00BA27E9"/>
    <w:rsid w:val="00BA47DD"/>
    <w:rsid w:val="00BA6795"/>
    <w:rsid w:val="00BB4AF3"/>
    <w:rsid w:val="00BB72BD"/>
    <w:rsid w:val="00BC7EC6"/>
    <w:rsid w:val="00BD4879"/>
    <w:rsid w:val="00BD4C2F"/>
    <w:rsid w:val="00BE0945"/>
    <w:rsid w:val="00BE2EA5"/>
    <w:rsid w:val="00C05893"/>
    <w:rsid w:val="00C42AC0"/>
    <w:rsid w:val="00C44278"/>
    <w:rsid w:val="00C5066E"/>
    <w:rsid w:val="00C60BF8"/>
    <w:rsid w:val="00C619B7"/>
    <w:rsid w:val="00C6251D"/>
    <w:rsid w:val="00C73102"/>
    <w:rsid w:val="00C76E1C"/>
    <w:rsid w:val="00C850A8"/>
    <w:rsid w:val="00C9086E"/>
    <w:rsid w:val="00C9113C"/>
    <w:rsid w:val="00C94637"/>
    <w:rsid w:val="00C97B74"/>
    <w:rsid w:val="00CB0664"/>
    <w:rsid w:val="00CF5113"/>
    <w:rsid w:val="00D072AD"/>
    <w:rsid w:val="00D33C6C"/>
    <w:rsid w:val="00D45CC0"/>
    <w:rsid w:val="00D66B1B"/>
    <w:rsid w:val="00D752DD"/>
    <w:rsid w:val="00D8216A"/>
    <w:rsid w:val="00D9227A"/>
    <w:rsid w:val="00DA2318"/>
    <w:rsid w:val="00DE05C5"/>
    <w:rsid w:val="00DF0065"/>
    <w:rsid w:val="00E4721D"/>
    <w:rsid w:val="00E60260"/>
    <w:rsid w:val="00E62197"/>
    <w:rsid w:val="00E76ACC"/>
    <w:rsid w:val="00EB2D78"/>
    <w:rsid w:val="00EC5530"/>
    <w:rsid w:val="00ED308E"/>
    <w:rsid w:val="00ED6776"/>
    <w:rsid w:val="00EF114A"/>
    <w:rsid w:val="00F01CB6"/>
    <w:rsid w:val="00F06641"/>
    <w:rsid w:val="00F06DD8"/>
    <w:rsid w:val="00F07256"/>
    <w:rsid w:val="00F26999"/>
    <w:rsid w:val="00F30187"/>
    <w:rsid w:val="00F327A1"/>
    <w:rsid w:val="00F35EA7"/>
    <w:rsid w:val="00F4374A"/>
    <w:rsid w:val="00F478C4"/>
    <w:rsid w:val="00F73AA0"/>
    <w:rsid w:val="00F86161"/>
    <w:rsid w:val="00F94A66"/>
    <w:rsid w:val="00FA56C3"/>
    <w:rsid w:val="00FC2473"/>
    <w:rsid w:val="00FC693F"/>
    <w:rsid w:val="00FD0D7C"/>
    <w:rsid w:val="00FD6415"/>
    <w:rsid w:val="00FF7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B85007"/>
  <w14:defaultImageDpi w14:val="330"/>
  <w15:docId w15:val="{DBC6A3F8-E158-48FF-ADD1-413E59E3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a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054C6"/>
    <w:rPr>
      <w:color w:val="0000FF" w:themeColor="hyperlink"/>
      <w:u w:val="single"/>
    </w:rPr>
  </w:style>
  <w:style w:type="character" w:styleId="UnresolvedMention">
    <w:name w:val="Unresolved Mention"/>
    <w:basedOn w:val="DefaultParagraphFont"/>
    <w:uiPriority w:val="99"/>
    <w:semiHidden/>
    <w:unhideWhenUsed/>
    <w:rsid w:val="00E4721D"/>
    <w:rPr>
      <w:color w:val="605E5C"/>
      <w:shd w:val="clear" w:color="auto" w:fill="E1DFDD"/>
    </w:rPr>
  </w:style>
  <w:style w:type="character" w:styleId="PlaceholderText">
    <w:name w:val="Placeholder Text"/>
    <w:basedOn w:val="DefaultParagraphFont"/>
    <w:uiPriority w:val="99"/>
    <w:semiHidden/>
    <w:rsid w:val="00825D75"/>
    <w:rPr>
      <w:color w:val="666666"/>
    </w:rPr>
  </w:style>
  <w:style w:type="paragraph" w:styleId="NormalWeb">
    <w:name w:val="Normal (Web)"/>
    <w:basedOn w:val="Normal"/>
    <w:uiPriority w:val="99"/>
    <w:semiHidden/>
    <w:unhideWhenUsed/>
    <w:rsid w:val="00C42AC0"/>
    <w:rPr>
      <w:rFonts w:ascii="Times New Roman" w:hAnsi="Times New Roman" w:cs="Times New Roman"/>
      <w:sz w:val="24"/>
      <w:szCs w:val="24"/>
    </w:rPr>
  </w:style>
  <w:style w:type="paragraph" w:styleId="Revision">
    <w:name w:val="Revision"/>
    <w:hidden/>
    <w:uiPriority w:val="99"/>
    <w:semiHidden/>
    <w:rsid w:val="00956899"/>
    <w:pPr>
      <w:spacing w:after="0" w:line="240" w:lineRule="auto"/>
    </w:pPr>
    <w:rPr>
      <w:rFonts w:ascii="Calibri" w:hAnsi="Calibri"/>
    </w:rPr>
  </w:style>
  <w:style w:type="character" w:styleId="CommentReference">
    <w:name w:val="annotation reference"/>
    <w:basedOn w:val="DefaultParagraphFont"/>
    <w:uiPriority w:val="99"/>
    <w:semiHidden/>
    <w:unhideWhenUsed/>
    <w:rsid w:val="005708E9"/>
    <w:rPr>
      <w:sz w:val="16"/>
      <w:szCs w:val="16"/>
    </w:rPr>
  </w:style>
  <w:style w:type="paragraph" w:styleId="CommentText">
    <w:name w:val="annotation text"/>
    <w:basedOn w:val="Normal"/>
    <w:link w:val="CommentTextChar"/>
    <w:uiPriority w:val="99"/>
    <w:unhideWhenUsed/>
    <w:rsid w:val="005708E9"/>
    <w:pPr>
      <w:spacing w:line="240" w:lineRule="auto"/>
    </w:pPr>
    <w:rPr>
      <w:sz w:val="20"/>
      <w:szCs w:val="20"/>
    </w:rPr>
  </w:style>
  <w:style w:type="character" w:customStyle="1" w:styleId="CommentTextChar">
    <w:name w:val="Comment Text Char"/>
    <w:basedOn w:val="DefaultParagraphFont"/>
    <w:link w:val="CommentText"/>
    <w:uiPriority w:val="99"/>
    <w:rsid w:val="005708E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5708E9"/>
    <w:rPr>
      <w:b/>
      <w:bCs/>
    </w:rPr>
  </w:style>
  <w:style w:type="character" w:customStyle="1" w:styleId="CommentSubjectChar">
    <w:name w:val="Comment Subject Char"/>
    <w:basedOn w:val="CommentTextChar"/>
    <w:link w:val="CommentSubject"/>
    <w:uiPriority w:val="99"/>
    <w:semiHidden/>
    <w:rsid w:val="005708E9"/>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kusteel.com/" TargetMode="External"/><Relationship Id="rId13" Type="http://schemas.openxmlformats.org/officeDocument/2006/relationships/hyperlink" Target="http://www.bakustee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kustee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kusteel.com/" TargetMode="External"/><Relationship Id="rId5" Type="http://schemas.openxmlformats.org/officeDocument/2006/relationships/webSettings" Target="webSettings.xml"/><Relationship Id="rId15" Type="http://schemas.openxmlformats.org/officeDocument/2006/relationships/hyperlink" Target="http://www.bakusteel.com/" TargetMode="External"/><Relationship Id="rId10" Type="http://schemas.openxmlformats.org/officeDocument/2006/relationships/hyperlink" Target="http://www.bakusteel.com/" TargetMode="External"/><Relationship Id="rId4" Type="http://schemas.openxmlformats.org/officeDocument/2006/relationships/settings" Target="settings.xml"/><Relationship Id="rId9" Type="http://schemas.openxmlformats.org/officeDocument/2006/relationships/hyperlink" Target="http://www.bakusteel.com/" TargetMode="External"/><Relationship Id="rId14" Type="http://schemas.openxmlformats.org/officeDocument/2006/relationships/hyperlink" Target="http://www.bakustee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10</Pages>
  <Words>1752</Words>
  <Characters>11413</Characters>
  <Application>Microsoft Office Word</Application>
  <DocSecurity>0</DocSecurity>
  <Lines>380</Lines>
  <Paragraphs>286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12879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Reyhan Talibova</cp:lastModifiedBy>
  <cp:revision>79</cp:revision>
  <dcterms:created xsi:type="dcterms:W3CDTF">2026-03-02T12:38:00Z</dcterms:created>
  <dcterms:modified xsi:type="dcterms:W3CDTF">2026-03-16T05:09:00Z</dcterms:modified>
  <cp:category/>
</cp:coreProperties>
</file>