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DE027" w14:textId="1270C0AE" w:rsidR="003054C6" w:rsidRPr="00E4721D" w:rsidRDefault="003054C6" w:rsidP="00E4721D">
      <w:pPr>
        <w:jc w:val="both"/>
        <w:rPr>
          <w:rFonts w:ascii="Palatino Linotype" w:hAnsi="Palatino Linotype"/>
        </w:rPr>
      </w:pPr>
      <w:r w:rsidRPr="007130FA">
        <w:rPr>
          <w:rFonts w:ascii="Palatino Linotype" w:hAnsi="Palatino Linotype"/>
          <w:b/>
          <w:lang w:val="az-Latn-AZ"/>
        </w:rPr>
        <w:t>“Baku Steel Company" CJSC</w:t>
      </w:r>
      <w:r w:rsidRPr="007130FA">
        <w:rPr>
          <w:rFonts w:ascii="Palatino Linotype" w:hAnsi="Palatino Linotype"/>
          <w:lang w:val="az-Latn-AZ"/>
        </w:rPr>
        <w:t>, applying technological innovations and innovative solutions, constantly establishing cooperative relations with professional and advanced companies is the largest metallurgical company in the Caucasus. The company sells its products to neighboring countries and is interested in exporting them to European, Asian, and American countries. At the same time, with its wide potential, "Baku Steel Company" CJSC enters the world market with its products that meet international standards, cooperate with well-known international companies, and are among the companies with sustainable development.</w:t>
      </w:r>
      <w:r w:rsidR="007130FA">
        <w:rPr>
          <w:rFonts w:ascii="Palatino Linotype" w:hAnsi="Palatino Linotype"/>
          <w:lang w:val="az-Latn-AZ"/>
        </w:rPr>
        <w:t xml:space="preserve"> </w:t>
      </w:r>
      <w:r w:rsidR="00E4721D">
        <w:rPr>
          <w:rFonts w:ascii="Palatino Linotype" w:hAnsi="Palatino Linotype"/>
          <w:lang w:val="az-Latn-AZ"/>
        </w:rPr>
        <w:t xml:space="preserve"> Web page: </w:t>
      </w:r>
      <w:hyperlink r:id="rId8" w:history="1">
        <w:r w:rsidR="00E4721D" w:rsidRPr="00747514">
          <w:rPr>
            <w:rStyle w:val="Hyperlink"/>
            <w:rFonts w:ascii="Palatino Linotype" w:hAnsi="Palatino Linotype"/>
            <w:b/>
          </w:rPr>
          <w:t>http://www.bakusteel.com</w:t>
        </w:r>
      </w:hyperlink>
    </w:p>
    <w:p w14:paraId="7B65CC00" w14:textId="092D9445" w:rsidR="00AC743A" w:rsidRPr="00F06DD8" w:rsidRDefault="007704F9">
      <w:pPr>
        <w:rPr>
          <w:rFonts w:ascii="Palatino Linotype" w:hAnsi="Palatino Linotype"/>
        </w:rPr>
      </w:pPr>
      <w:r w:rsidRPr="00F06DD8">
        <w:rPr>
          <w:rFonts w:ascii="Palatino Linotype" w:hAnsi="Palatino Linotype"/>
          <w:b/>
        </w:rPr>
        <w:t>Purpose.</w:t>
      </w:r>
      <w:r w:rsidRPr="00F06DD8">
        <w:rPr>
          <w:rFonts w:ascii="Palatino Linotype" w:hAnsi="Palatino Linotype"/>
        </w:rPr>
        <w:t xml:space="preserve"> This questionnaire is used to pre-qualify vendors and contractors based on risk, quality, and compliance requirements. Please complete the </w:t>
      </w:r>
      <w:r w:rsidRPr="00F06DD8">
        <w:rPr>
          <w:rFonts w:ascii="Palatino Linotype" w:hAnsi="Palatino Linotype"/>
          <w:b/>
          <w:bCs/>
        </w:rPr>
        <w:t>CORE</w:t>
      </w:r>
      <w:r w:rsidRPr="00F06DD8">
        <w:rPr>
          <w:rFonts w:ascii="Palatino Linotype" w:hAnsi="Palatino Linotype"/>
        </w:rPr>
        <w:t xml:space="preserve"> section. Complete only the relevant </w:t>
      </w:r>
      <w:r w:rsidRPr="00F06DD8">
        <w:rPr>
          <w:rFonts w:ascii="Palatino Linotype" w:hAnsi="Palatino Linotype"/>
          <w:b/>
          <w:bCs/>
        </w:rPr>
        <w:t>ANNEXES</w:t>
      </w:r>
      <w:r w:rsidRPr="00F06DD8">
        <w:rPr>
          <w:rFonts w:ascii="Palatino Linotype" w:hAnsi="Palatino Linotype"/>
        </w:rPr>
        <w:t xml:space="preserve"> based on your vendor type.</w:t>
      </w:r>
    </w:p>
    <w:p w14:paraId="0F0D5C02" w14:textId="6AA8D2C7" w:rsidR="00AC743A" w:rsidRPr="00F06DD8" w:rsidRDefault="007704F9">
      <w:pPr>
        <w:rPr>
          <w:rFonts w:ascii="Palatino Linotype" w:hAnsi="Palatino Linotype"/>
        </w:rPr>
      </w:pPr>
      <w:r w:rsidRPr="00F06DD8">
        <w:rPr>
          <w:rFonts w:ascii="Palatino Linotype" w:hAnsi="Palatino Linotype"/>
          <w:b/>
        </w:rPr>
        <w:t>Instructions.</w:t>
      </w:r>
      <w:r w:rsidRPr="00F06DD8">
        <w:rPr>
          <w:rFonts w:ascii="Palatino Linotype" w:hAnsi="Palatino Linotype"/>
        </w:rPr>
        <w:t xml:space="preserve"> Answer all CORE questions, attach the required documents (see checklist), and sign the Declaration. BSC may request supporting evidence, perform verification, or conduct an on-site/remote audit where appropriate.</w:t>
      </w:r>
    </w:p>
    <w:p w14:paraId="0E8F77BF" w14:textId="77777777" w:rsidR="00AC743A" w:rsidRPr="007130FA" w:rsidRDefault="007704F9" w:rsidP="007130FA">
      <w:pPr>
        <w:pStyle w:val="Heading1"/>
        <w:jc w:val="center"/>
        <w:rPr>
          <w:rFonts w:ascii="Palatino Linotype" w:hAnsi="Palatino Linotype"/>
          <w:color w:val="002060"/>
        </w:rPr>
      </w:pPr>
      <w:r w:rsidRPr="007130FA">
        <w:rPr>
          <w:rFonts w:ascii="Palatino Linotype" w:hAnsi="Palatino Linotype"/>
          <w:color w:val="002060"/>
        </w:rPr>
        <w:t>CORE SECTION</w:t>
      </w:r>
    </w:p>
    <w:p w14:paraId="30F184A6" w14:textId="77777777" w:rsidR="00AC743A" w:rsidRPr="00F06DD8" w:rsidRDefault="007704F9">
      <w:pPr>
        <w:pStyle w:val="Heading2"/>
        <w:rPr>
          <w:rFonts w:ascii="Palatino Linotype" w:hAnsi="Palatino Linotype"/>
          <w:color w:val="984806" w:themeColor="accent6" w:themeShade="80"/>
        </w:rPr>
      </w:pPr>
      <w:r w:rsidRPr="00F06DD8">
        <w:rPr>
          <w:rFonts w:ascii="Palatino Linotype" w:hAnsi="Palatino Linotype"/>
          <w:color w:val="984806" w:themeColor="accent6" w:themeShade="80"/>
        </w:rPr>
        <w:t>1. Company Information</w:t>
      </w:r>
    </w:p>
    <w:tbl>
      <w:tblPr>
        <w:tblStyle w:val="TableGrid"/>
        <w:tblW w:w="0" w:type="auto"/>
        <w:jc w:val="center"/>
        <w:tblLook w:val="04A0" w:firstRow="1" w:lastRow="0" w:firstColumn="1" w:lastColumn="0" w:noHBand="0" w:noVBand="1"/>
      </w:tblPr>
      <w:tblGrid>
        <w:gridCol w:w="531"/>
        <w:gridCol w:w="5378"/>
        <w:gridCol w:w="7857"/>
      </w:tblGrid>
      <w:tr w:rsidR="00E4721D" w:rsidRPr="007130FA" w14:paraId="35361FFA" w14:textId="77777777" w:rsidTr="00930DEB">
        <w:trPr>
          <w:trHeight w:val="476"/>
          <w:jc w:val="center"/>
        </w:trPr>
        <w:tc>
          <w:tcPr>
            <w:tcW w:w="5909" w:type="dxa"/>
            <w:gridSpan w:val="2"/>
            <w:shd w:val="clear" w:color="auto" w:fill="F2F2F2"/>
            <w:vAlign w:val="center"/>
          </w:tcPr>
          <w:p w14:paraId="3C7A98DD" w14:textId="6C0FD7BC" w:rsidR="00E4721D" w:rsidRPr="007130FA" w:rsidRDefault="00E4721D" w:rsidP="00C6251D">
            <w:pPr>
              <w:jc w:val="center"/>
              <w:rPr>
                <w:rFonts w:ascii="Palatino Linotype" w:hAnsi="Palatino Linotype"/>
              </w:rPr>
            </w:pPr>
            <w:r w:rsidRPr="007130FA">
              <w:rPr>
                <w:rFonts w:ascii="Palatino Linotype" w:hAnsi="Palatino Linotype"/>
                <w:b/>
              </w:rPr>
              <w:t>Question / Requirement</w:t>
            </w:r>
          </w:p>
        </w:tc>
        <w:tc>
          <w:tcPr>
            <w:tcW w:w="7857" w:type="dxa"/>
            <w:shd w:val="clear" w:color="auto" w:fill="F2F2F2"/>
            <w:vAlign w:val="center"/>
          </w:tcPr>
          <w:p w14:paraId="464737D7" w14:textId="77777777" w:rsidR="00E4721D" w:rsidRPr="007130FA" w:rsidRDefault="00E4721D" w:rsidP="00C6251D">
            <w:pPr>
              <w:jc w:val="center"/>
              <w:rPr>
                <w:rFonts w:ascii="Palatino Linotype" w:hAnsi="Palatino Linotype"/>
              </w:rPr>
            </w:pPr>
            <w:r w:rsidRPr="007130FA">
              <w:rPr>
                <w:rFonts w:ascii="Palatino Linotype" w:hAnsi="Palatino Linotype"/>
                <w:b/>
              </w:rPr>
              <w:t>Vendor Response</w:t>
            </w:r>
          </w:p>
        </w:tc>
      </w:tr>
      <w:tr w:rsidR="00E4721D" w:rsidRPr="007130FA" w14:paraId="63861FE7" w14:textId="77777777" w:rsidTr="007C0D54">
        <w:trPr>
          <w:trHeight w:val="500"/>
          <w:jc w:val="center"/>
        </w:trPr>
        <w:tc>
          <w:tcPr>
            <w:tcW w:w="531" w:type="dxa"/>
            <w:vAlign w:val="center"/>
          </w:tcPr>
          <w:p w14:paraId="54A42095" w14:textId="353E44A4"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1.1</w:t>
            </w:r>
          </w:p>
        </w:tc>
        <w:tc>
          <w:tcPr>
            <w:tcW w:w="5378" w:type="dxa"/>
            <w:vAlign w:val="center"/>
          </w:tcPr>
          <w:p w14:paraId="787590BC" w14:textId="06B1234E" w:rsidR="00E4721D" w:rsidRPr="007130FA" w:rsidRDefault="00E4721D" w:rsidP="00E4721D">
            <w:pPr>
              <w:rPr>
                <w:rFonts w:ascii="Palatino Linotype" w:hAnsi="Palatino Linotype"/>
              </w:rPr>
            </w:pPr>
            <w:r w:rsidRPr="007130FA">
              <w:rPr>
                <w:rFonts w:ascii="Palatino Linotype" w:hAnsi="Palatino Linotype"/>
              </w:rPr>
              <w:t>Legal company name (as registered)</w:t>
            </w:r>
          </w:p>
        </w:tc>
        <w:tc>
          <w:tcPr>
            <w:tcW w:w="7857" w:type="dxa"/>
            <w:vAlign w:val="center"/>
          </w:tcPr>
          <w:p w14:paraId="513E711C" w14:textId="77777777" w:rsidR="00E4721D" w:rsidRPr="007130FA" w:rsidRDefault="00E4721D" w:rsidP="007C0D54">
            <w:pPr>
              <w:rPr>
                <w:rFonts w:ascii="Palatino Linotype" w:hAnsi="Palatino Linotype"/>
              </w:rPr>
            </w:pPr>
          </w:p>
        </w:tc>
      </w:tr>
      <w:tr w:rsidR="00E4721D" w:rsidRPr="007130FA" w14:paraId="7C3BE34F" w14:textId="77777777" w:rsidTr="007C0D54">
        <w:trPr>
          <w:trHeight w:val="476"/>
          <w:jc w:val="center"/>
        </w:trPr>
        <w:tc>
          <w:tcPr>
            <w:tcW w:w="531" w:type="dxa"/>
            <w:vAlign w:val="center"/>
          </w:tcPr>
          <w:p w14:paraId="2ED703C5" w14:textId="672D6D0B"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1.2</w:t>
            </w:r>
          </w:p>
        </w:tc>
        <w:tc>
          <w:tcPr>
            <w:tcW w:w="5378" w:type="dxa"/>
            <w:vAlign w:val="center"/>
          </w:tcPr>
          <w:p w14:paraId="2B82CDDE" w14:textId="3782C547" w:rsidR="00E4721D" w:rsidRPr="007130FA" w:rsidRDefault="00E4721D" w:rsidP="00E4721D">
            <w:pPr>
              <w:rPr>
                <w:rFonts w:ascii="Palatino Linotype" w:hAnsi="Palatino Linotype"/>
              </w:rPr>
            </w:pPr>
            <w:r w:rsidRPr="007130FA">
              <w:rPr>
                <w:rFonts w:ascii="Palatino Linotype" w:hAnsi="Palatino Linotype"/>
              </w:rPr>
              <w:t>Trade name (if different)</w:t>
            </w:r>
          </w:p>
        </w:tc>
        <w:tc>
          <w:tcPr>
            <w:tcW w:w="7857" w:type="dxa"/>
            <w:vAlign w:val="center"/>
          </w:tcPr>
          <w:p w14:paraId="5420752B" w14:textId="77777777" w:rsidR="00E4721D" w:rsidRPr="007130FA" w:rsidRDefault="00E4721D" w:rsidP="007C0D54">
            <w:pPr>
              <w:rPr>
                <w:rFonts w:ascii="Palatino Linotype" w:hAnsi="Palatino Linotype"/>
              </w:rPr>
            </w:pPr>
          </w:p>
        </w:tc>
      </w:tr>
      <w:tr w:rsidR="00E4721D" w:rsidRPr="007130FA" w14:paraId="7644D79E" w14:textId="77777777" w:rsidTr="007C0D54">
        <w:trPr>
          <w:trHeight w:val="476"/>
          <w:jc w:val="center"/>
        </w:trPr>
        <w:tc>
          <w:tcPr>
            <w:tcW w:w="531" w:type="dxa"/>
            <w:vAlign w:val="center"/>
          </w:tcPr>
          <w:p w14:paraId="0178A9ED" w14:textId="700242B6"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1.3</w:t>
            </w:r>
          </w:p>
        </w:tc>
        <w:tc>
          <w:tcPr>
            <w:tcW w:w="5378" w:type="dxa"/>
            <w:vAlign w:val="center"/>
          </w:tcPr>
          <w:p w14:paraId="208C5519" w14:textId="09B86147" w:rsidR="00E4721D" w:rsidRPr="007130FA" w:rsidRDefault="00E4721D" w:rsidP="00E4721D">
            <w:pPr>
              <w:rPr>
                <w:rFonts w:ascii="Palatino Linotype" w:hAnsi="Palatino Linotype"/>
              </w:rPr>
            </w:pPr>
            <w:r w:rsidRPr="007130FA">
              <w:rPr>
                <w:rFonts w:ascii="Palatino Linotype" w:hAnsi="Palatino Linotype"/>
              </w:rPr>
              <w:t>Country of registration / incorporation</w:t>
            </w:r>
          </w:p>
        </w:tc>
        <w:tc>
          <w:tcPr>
            <w:tcW w:w="7857" w:type="dxa"/>
            <w:vAlign w:val="center"/>
          </w:tcPr>
          <w:p w14:paraId="42A95C40" w14:textId="77777777" w:rsidR="00E4721D" w:rsidRPr="007130FA" w:rsidRDefault="00E4721D" w:rsidP="007C0D54">
            <w:pPr>
              <w:rPr>
                <w:rFonts w:ascii="Palatino Linotype" w:hAnsi="Palatino Linotype"/>
              </w:rPr>
            </w:pPr>
          </w:p>
        </w:tc>
      </w:tr>
      <w:tr w:rsidR="00E4721D" w:rsidRPr="007130FA" w14:paraId="4F74861E" w14:textId="77777777" w:rsidTr="007C0D54">
        <w:trPr>
          <w:trHeight w:val="500"/>
          <w:jc w:val="center"/>
        </w:trPr>
        <w:tc>
          <w:tcPr>
            <w:tcW w:w="531" w:type="dxa"/>
            <w:vAlign w:val="center"/>
          </w:tcPr>
          <w:p w14:paraId="78F07273" w14:textId="2F85130A"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1.4</w:t>
            </w:r>
          </w:p>
        </w:tc>
        <w:tc>
          <w:tcPr>
            <w:tcW w:w="5378" w:type="dxa"/>
            <w:vAlign w:val="center"/>
          </w:tcPr>
          <w:p w14:paraId="4A10B678" w14:textId="0D1BA75E" w:rsidR="00E4721D" w:rsidRPr="007130FA" w:rsidRDefault="00E4721D" w:rsidP="00E4721D">
            <w:pPr>
              <w:rPr>
                <w:rFonts w:ascii="Palatino Linotype" w:hAnsi="Palatino Linotype"/>
              </w:rPr>
            </w:pPr>
            <w:r w:rsidRPr="007130FA">
              <w:rPr>
                <w:rFonts w:ascii="Palatino Linotype" w:hAnsi="Palatino Linotype"/>
              </w:rPr>
              <w:t>Company registration No. / Extract reference</w:t>
            </w:r>
          </w:p>
        </w:tc>
        <w:tc>
          <w:tcPr>
            <w:tcW w:w="7857" w:type="dxa"/>
            <w:vAlign w:val="center"/>
          </w:tcPr>
          <w:p w14:paraId="7E34ECFC" w14:textId="77777777" w:rsidR="00E4721D" w:rsidRPr="007130FA" w:rsidRDefault="00E4721D" w:rsidP="007C0D54">
            <w:pPr>
              <w:rPr>
                <w:rFonts w:ascii="Palatino Linotype" w:hAnsi="Palatino Linotype"/>
              </w:rPr>
            </w:pPr>
          </w:p>
        </w:tc>
      </w:tr>
      <w:tr w:rsidR="00E4721D" w:rsidRPr="007130FA" w14:paraId="4AD85B96" w14:textId="77777777" w:rsidTr="007C0D54">
        <w:trPr>
          <w:trHeight w:val="476"/>
          <w:jc w:val="center"/>
        </w:trPr>
        <w:tc>
          <w:tcPr>
            <w:tcW w:w="531" w:type="dxa"/>
            <w:vAlign w:val="center"/>
          </w:tcPr>
          <w:p w14:paraId="77D97BED" w14:textId="370DE75D"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1.5</w:t>
            </w:r>
          </w:p>
        </w:tc>
        <w:tc>
          <w:tcPr>
            <w:tcW w:w="5378" w:type="dxa"/>
            <w:vAlign w:val="center"/>
          </w:tcPr>
          <w:p w14:paraId="444A0F6E" w14:textId="3B639F0D" w:rsidR="00E4721D" w:rsidRPr="007130FA" w:rsidRDefault="00E4721D" w:rsidP="00E4721D">
            <w:pPr>
              <w:rPr>
                <w:rFonts w:ascii="Palatino Linotype" w:hAnsi="Palatino Linotype"/>
              </w:rPr>
            </w:pPr>
            <w:r w:rsidRPr="007130FA">
              <w:rPr>
                <w:rFonts w:ascii="Palatino Linotype" w:hAnsi="Palatino Linotype"/>
              </w:rPr>
              <w:t>Tax/VAT ID (if applicable)</w:t>
            </w:r>
          </w:p>
        </w:tc>
        <w:tc>
          <w:tcPr>
            <w:tcW w:w="7857" w:type="dxa"/>
            <w:vAlign w:val="center"/>
          </w:tcPr>
          <w:p w14:paraId="683EC354" w14:textId="77777777" w:rsidR="00E4721D" w:rsidRPr="007130FA" w:rsidRDefault="00E4721D" w:rsidP="007C0D54">
            <w:pPr>
              <w:rPr>
                <w:rFonts w:ascii="Palatino Linotype" w:hAnsi="Palatino Linotype"/>
              </w:rPr>
            </w:pPr>
          </w:p>
        </w:tc>
      </w:tr>
      <w:tr w:rsidR="00E4721D" w:rsidRPr="007130FA" w14:paraId="52A34F20" w14:textId="77777777" w:rsidTr="007C0D54">
        <w:trPr>
          <w:trHeight w:val="476"/>
          <w:jc w:val="center"/>
        </w:trPr>
        <w:tc>
          <w:tcPr>
            <w:tcW w:w="531" w:type="dxa"/>
            <w:vAlign w:val="center"/>
          </w:tcPr>
          <w:p w14:paraId="1F033596" w14:textId="126A81F6"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1.6</w:t>
            </w:r>
          </w:p>
        </w:tc>
        <w:tc>
          <w:tcPr>
            <w:tcW w:w="5378" w:type="dxa"/>
            <w:vAlign w:val="center"/>
          </w:tcPr>
          <w:p w14:paraId="693E5CCF" w14:textId="17E10FB5" w:rsidR="00E4721D" w:rsidRPr="007130FA" w:rsidRDefault="00E4721D" w:rsidP="00E4721D">
            <w:pPr>
              <w:rPr>
                <w:rFonts w:ascii="Palatino Linotype" w:hAnsi="Palatino Linotype"/>
              </w:rPr>
            </w:pPr>
            <w:r w:rsidRPr="007130FA">
              <w:rPr>
                <w:rFonts w:ascii="Palatino Linotype" w:hAnsi="Palatino Linotype"/>
              </w:rPr>
              <w:t>Registered address</w:t>
            </w:r>
            <w:r w:rsidR="004C1307">
              <w:rPr>
                <w:rFonts w:ascii="Palatino Linotype" w:hAnsi="Palatino Linotype"/>
              </w:rPr>
              <w:t xml:space="preserve"> </w:t>
            </w:r>
            <w:r w:rsidR="004C1307" w:rsidRPr="004C1307">
              <w:rPr>
                <w:rFonts w:ascii="Palatino Linotype" w:hAnsi="Palatino Linotype"/>
                <w:color w:val="808080" w:themeColor="background1" w:themeShade="80"/>
                <w:sz w:val="18"/>
                <w:szCs w:val="18"/>
              </w:rPr>
              <w:t>(street</w:t>
            </w:r>
            <w:r w:rsidR="0065442B">
              <w:rPr>
                <w:rFonts w:ascii="Palatino Linotype" w:hAnsi="Palatino Linotype"/>
                <w:color w:val="808080" w:themeColor="background1" w:themeShade="80"/>
                <w:sz w:val="18"/>
                <w:szCs w:val="18"/>
              </w:rPr>
              <w:t>/</w:t>
            </w:r>
            <w:r w:rsidR="004C1307" w:rsidRPr="004C1307">
              <w:rPr>
                <w:rFonts w:ascii="Palatino Linotype" w:hAnsi="Palatino Linotype"/>
                <w:color w:val="808080" w:themeColor="background1" w:themeShade="80"/>
                <w:sz w:val="18"/>
                <w:szCs w:val="18"/>
              </w:rPr>
              <w:t>house, postal code</w:t>
            </w:r>
            <w:r w:rsidR="0065442B">
              <w:rPr>
                <w:rFonts w:ascii="Palatino Linotype" w:hAnsi="Palatino Linotype"/>
                <w:color w:val="808080" w:themeColor="background1" w:themeShade="80"/>
                <w:sz w:val="18"/>
                <w:szCs w:val="18"/>
              </w:rPr>
              <w:t xml:space="preserve">, </w:t>
            </w:r>
            <w:r w:rsidR="004C1307" w:rsidRPr="004C1307">
              <w:rPr>
                <w:rFonts w:ascii="Palatino Linotype" w:hAnsi="Palatino Linotype"/>
                <w:color w:val="808080" w:themeColor="background1" w:themeShade="80"/>
                <w:sz w:val="18"/>
                <w:szCs w:val="18"/>
              </w:rPr>
              <w:t>city, region)</w:t>
            </w:r>
          </w:p>
        </w:tc>
        <w:tc>
          <w:tcPr>
            <w:tcW w:w="7857" w:type="dxa"/>
            <w:vAlign w:val="center"/>
          </w:tcPr>
          <w:p w14:paraId="187B70CE" w14:textId="3BCBC9A3" w:rsidR="00E4721D" w:rsidRPr="007C0D54" w:rsidRDefault="00E4721D" w:rsidP="007C0D54">
            <w:pPr>
              <w:jc w:val="center"/>
              <w:rPr>
                <w:rFonts w:ascii="Palatino Linotype" w:hAnsi="Palatino Linotype"/>
              </w:rPr>
            </w:pPr>
          </w:p>
        </w:tc>
      </w:tr>
      <w:tr w:rsidR="00E4721D" w:rsidRPr="007130FA" w14:paraId="1B1599D7" w14:textId="77777777" w:rsidTr="007C0D54">
        <w:trPr>
          <w:trHeight w:val="476"/>
          <w:jc w:val="center"/>
        </w:trPr>
        <w:tc>
          <w:tcPr>
            <w:tcW w:w="531" w:type="dxa"/>
            <w:vAlign w:val="center"/>
          </w:tcPr>
          <w:p w14:paraId="731BE874" w14:textId="18266FB0"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1.7</w:t>
            </w:r>
          </w:p>
        </w:tc>
        <w:tc>
          <w:tcPr>
            <w:tcW w:w="5378" w:type="dxa"/>
            <w:vAlign w:val="center"/>
          </w:tcPr>
          <w:p w14:paraId="5E1F529E" w14:textId="592B745D" w:rsidR="00E4721D" w:rsidRPr="007130FA" w:rsidRDefault="00E4721D" w:rsidP="00E4721D">
            <w:pPr>
              <w:rPr>
                <w:rFonts w:ascii="Palatino Linotype" w:hAnsi="Palatino Linotype"/>
              </w:rPr>
            </w:pPr>
            <w:r w:rsidRPr="007130FA">
              <w:rPr>
                <w:rFonts w:ascii="Palatino Linotype" w:hAnsi="Palatino Linotype"/>
              </w:rPr>
              <w:t>Operating address(es) (if different)</w:t>
            </w:r>
          </w:p>
        </w:tc>
        <w:tc>
          <w:tcPr>
            <w:tcW w:w="7857" w:type="dxa"/>
            <w:vAlign w:val="center"/>
          </w:tcPr>
          <w:p w14:paraId="72B168FD" w14:textId="77777777" w:rsidR="00E4721D" w:rsidRPr="007130FA" w:rsidRDefault="00E4721D" w:rsidP="007C0D54">
            <w:pPr>
              <w:rPr>
                <w:rFonts w:ascii="Palatino Linotype" w:hAnsi="Palatino Linotype"/>
              </w:rPr>
            </w:pPr>
          </w:p>
        </w:tc>
      </w:tr>
      <w:tr w:rsidR="00E4721D" w:rsidRPr="007130FA" w14:paraId="3C58465D" w14:textId="77777777" w:rsidTr="00930DEB">
        <w:trPr>
          <w:trHeight w:val="500"/>
          <w:jc w:val="center"/>
        </w:trPr>
        <w:tc>
          <w:tcPr>
            <w:tcW w:w="531" w:type="dxa"/>
            <w:vAlign w:val="center"/>
          </w:tcPr>
          <w:p w14:paraId="0696B51F" w14:textId="04D7C02A"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lastRenderedPageBreak/>
              <w:t>1.8</w:t>
            </w:r>
          </w:p>
        </w:tc>
        <w:tc>
          <w:tcPr>
            <w:tcW w:w="5378" w:type="dxa"/>
            <w:vAlign w:val="center"/>
          </w:tcPr>
          <w:p w14:paraId="26BB7E2F" w14:textId="10B18DB9" w:rsidR="00E4721D" w:rsidRPr="007130FA" w:rsidRDefault="00E4721D" w:rsidP="00E4721D">
            <w:pPr>
              <w:rPr>
                <w:rFonts w:ascii="Palatino Linotype" w:hAnsi="Palatino Linotype"/>
              </w:rPr>
            </w:pPr>
            <w:r w:rsidRPr="007130FA">
              <w:rPr>
                <w:rFonts w:ascii="Palatino Linotype" w:hAnsi="Palatino Linotype"/>
              </w:rPr>
              <w:t>Website</w:t>
            </w:r>
          </w:p>
        </w:tc>
        <w:tc>
          <w:tcPr>
            <w:tcW w:w="7857" w:type="dxa"/>
          </w:tcPr>
          <w:p w14:paraId="01E4A9F1" w14:textId="77777777" w:rsidR="00E4721D" w:rsidRPr="007130FA" w:rsidRDefault="00E4721D">
            <w:pPr>
              <w:rPr>
                <w:rFonts w:ascii="Palatino Linotype" w:hAnsi="Palatino Linotype"/>
              </w:rPr>
            </w:pPr>
          </w:p>
        </w:tc>
      </w:tr>
      <w:tr w:rsidR="00E4721D" w:rsidRPr="007130FA" w14:paraId="1C4F863D" w14:textId="77777777" w:rsidTr="00930DEB">
        <w:trPr>
          <w:trHeight w:val="476"/>
          <w:jc w:val="center"/>
        </w:trPr>
        <w:tc>
          <w:tcPr>
            <w:tcW w:w="531" w:type="dxa"/>
            <w:vAlign w:val="center"/>
          </w:tcPr>
          <w:p w14:paraId="7FA90BC0" w14:textId="32644DAC"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1.9</w:t>
            </w:r>
          </w:p>
        </w:tc>
        <w:tc>
          <w:tcPr>
            <w:tcW w:w="5378" w:type="dxa"/>
            <w:vAlign w:val="center"/>
          </w:tcPr>
          <w:p w14:paraId="21902007" w14:textId="5EAF219A" w:rsidR="00E4721D" w:rsidRPr="007130FA" w:rsidRDefault="00E4721D" w:rsidP="00E4721D">
            <w:pPr>
              <w:rPr>
                <w:rFonts w:ascii="Palatino Linotype" w:hAnsi="Palatino Linotype"/>
              </w:rPr>
            </w:pPr>
            <w:r w:rsidRPr="007130FA">
              <w:rPr>
                <w:rFonts w:ascii="Palatino Linotype" w:hAnsi="Palatino Linotype"/>
              </w:rPr>
              <w:t>Primary contact (Name, Title, Email, Phone)</w:t>
            </w:r>
          </w:p>
        </w:tc>
        <w:tc>
          <w:tcPr>
            <w:tcW w:w="7857" w:type="dxa"/>
          </w:tcPr>
          <w:p w14:paraId="3129668A" w14:textId="77777777" w:rsidR="00E4721D" w:rsidRPr="007130FA" w:rsidRDefault="00E4721D">
            <w:pPr>
              <w:rPr>
                <w:rFonts w:ascii="Palatino Linotype" w:hAnsi="Palatino Linotype"/>
              </w:rPr>
            </w:pPr>
          </w:p>
        </w:tc>
      </w:tr>
      <w:tr w:rsidR="00E4721D" w:rsidRPr="007130FA" w14:paraId="2486E6E2" w14:textId="77777777" w:rsidTr="00930DEB">
        <w:trPr>
          <w:trHeight w:val="476"/>
          <w:jc w:val="center"/>
        </w:trPr>
        <w:tc>
          <w:tcPr>
            <w:tcW w:w="531" w:type="dxa"/>
            <w:vAlign w:val="center"/>
          </w:tcPr>
          <w:p w14:paraId="68C849BB" w14:textId="08D66F68"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1.10</w:t>
            </w:r>
          </w:p>
        </w:tc>
        <w:tc>
          <w:tcPr>
            <w:tcW w:w="5378" w:type="dxa"/>
            <w:vAlign w:val="center"/>
          </w:tcPr>
          <w:p w14:paraId="31DD9E4A" w14:textId="1334B9CB" w:rsidR="00E4721D" w:rsidRPr="007130FA" w:rsidRDefault="00E4721D" w:rsidP="00E4721D">
            <w:pPr>
              <w:rPr>
                <w:rFonts w:ascii="Palatino Linotype" w:hAnsi="Palatino Linotype"/>
              </w:rPr>
            </w:pPr>
            <w:r w:rsidRPr="007130FA">
              <w:rPr>
                <w:rFonts w:ascii="Palatino Linotype" w:hAnsi="Palatino Linotype"/>
              </w:rPr>
              <w:t>Authorized signatory (Name, Title, Email, Phone)</w:t>
            </w:r>
          </w:p>
        </w:tc>
        <w:tc>
          <w:tcPr>
            <w:tcW w:w="7857" w:type="dxa"/>
          </w:tcPr>
          <w:p w14:paraId="1E0E4557" w14:textId="77777777" w:rsidR="00E4721D" w:rsidRPr="007130FA" w:rsidRDefault="00E4721D">
            <w:pPr>
              <w:rPr>
                <w:rFonts w:ascii="Palatino Linotype" w:hAnsi="Palatino Linotype"/>
              </w:rPr>
            </w:pPr>
          </w:p>
        </w:tc>
      </w:tr>
    </w:tbl>
    <w:p w14:paraId="6654427E" w14:textId="77777777" w:rsidR="00AC743A" w:rsidRPr="007130FA" w:rsidRDefault="00AC743A">
      <w:pPr>
        <w:rPr>
          <w:rFonts w:ascii="Palatino Linotype" w:hAnsi="Palatino Linotype"/>
        </w:rPr>
      </w:pPr>
    </w:p>
    <w:p w14:paraId="4987C62C" w14:textId="77777777" w:rsidR="00AC743A" w:rsidRPr="00F06DD8" w:rsidRDefault="007704F9">
      <w:pPr>
        <w:pStyle w:val="Heading2"/>
        <w:rPr>
          <w:rFonts w:ascii="Palatino Linotype" w:hAnsi="Palatino Linotype"/>
          <w:color w:val="984806" w:themeColor="accent6" w:themeShade="80"/>
        </w:rPr>
      </w:pPr>
      <w:r w:rsidRPr="00F06DD8">
        <w:rPr>
          <w:rFonts w:ascii="Palatino Linotype" w:hAnsi="Palatino Linotype"/>
          <w:color w:val="984806" w:themeColor="accent6" w:themeShade="80"/>
        </w:rPr>
        <w:t>2. Vendor Type and Scope of Supply</w:t>
      </w:r>
    </w:p>
    <w:tbl>
      <w:tblPr>
        <w:tblStyle w:val="TableGrid"/>
        <w:tblW w:w="0" w:type="auto"/>
        <w:jc w:val="center"/>
        <w:tblLook w:val="04A0" w:firstRow="1" w:lastRow="0" w:firstColumn="1" w:lastColumn="0" w:noHBand="0" w:noVBand="1"/>
      </w:tblPr>
      <w:tblGrid>
        <w:gridCol w:w="5894"/>
        <w:gridCol w:w="7841"/>
      </w:tblGrid>
      <w:tr w:rsidR="00AC743A" w:rsidRPr="007130FA" w14:paraId="30FEACA1" w14:textId="77777777" w:rsidTr="00930DEB">
        <w:trPr>
          <w:trHeight w:val="347"/>
          <w:jc w:val="center"/>
        </w:trPr>
        <w:tc>
          <w:tcPr>
            <w:tcW w:w="5894" w:type="dxa"/>
            <w:shd w:val="clear" w:color="auto" w:fill="F2F2F2"/>
            <w:vAlign w:val="center"/>
          </w:tcPr>
          <w:p w14:paraId="78CA5D1F" w14:textId="77777777" w:rsidR="00AC743A" w:rsidRPr="007130FA" w:rsidRDefault="007704F9" w:rsidP="00F94A66">
            <w:pPr>
              <w:jc w:val="center"/>
              <w:rPr>
                <w:rFonts w:ascii="Palatino Linotype" w:hAnsi="Palatino Linotype"/>
              </w:rPr>
            </w:pPr>
            <w:r w:rsidRPr="007130FA">
              <w:rPr>
                <w:rFonts w:ascii="Palatino Linotype" w:hAnsi="Palatino Linotype"/>
                <w:b/>
              </w:rPr>
              <w:t>Select your vendor type (tick all that apply)</w:t>
            </w:r>
          </w:p>
        </w:tc>
        <w:tc>
          <w:tcPr>
            <w:tcW w:w="7841" w:type="dxa"/>
            <w:shd w:val="clear" w:color="auto" w:fill="F2F2F2"/>
            <w:vAlign w:val="center"/>
          </w:tcPr>
          <w:p w14:paraId="066377FC" w14:textId="77777777" w:rsidR="00AC743A" w:rsidRPr="007130FA" w:rsidRDefault="007704F9" w:rsidP="00F94A66">
            <w:pPr>
              <w:jc w:val="center"/>
              <w:rPr>
                <w:rFonts w:ascii="Palatino Linotype" w:hAnsi="Palatino Linotype"/>
              </w:rPr>
            </w:pPr>
            <w:r w:rsidRPr="007130FA">
              <w:rPr>
                <w:rFonts w:ascii="Palatino Linotype" w:hAnsi="Palatino Linotype"/>
                <w:b/>
              </w:rPr>
              <w:t>Scope summary (products/services offered)</w:t>
            </w:r>
          </w:p>
        </w:tc>
      </w:tr>
      <w:tr w:rsidR="00AC743A" w:rsidRPr="007130FA" w14:paraId="6514F40A" w14:textId="77777777" w:rsidTr="00930DEB">
        <w:trPr>
          <w:trHeight w:val="2252"/>
          <w:jc w:val="center"/>
        </w:trPr>
        <w:tc>
          <w:tcPr>
            <w:tcW w:w="5894" w:type="dxa"/>
            <w:vAlign w:val="center"/>
          </w:tcPr>
          <w:p w14:paraId="43E8F975" w14:textId="0BD0E709" w:rsidR="00AC743A" w:rsidRPr="007130FA" w:rsidRDefault="00B73390" w:rsidP="0067648E">
            <w:pPr>
              <w:rPr>
                <w:rFonts w:ascii="Palatino Linotype" w:hAnsi="Palatino Linotype"/>
              </w:rPr>
            </w:pPr>
            <w:sdt>
              <w:sdtPr>
                <w:rPr>
                  <w:rFonts w:ascii="Palatino Linotype" w:hAnsi="Palatino Linotype"/>
                  <w:b/>
                  <w:bCs/>
                </w:rPr>
                <w:id w:val="164375549"/>
                <w15:color w:val="FF6600"/>
                <w14:checkbox>
                  <w14:checked w14:val="0"/>
                  <w14:checkedState w14:val="2612" w14:font="MS Gothic"/>
                  <w14:uncheckedState w14:val="2610" w14:font="MS Gothic"/>
                </w14:checkbox>
              </w:sdtPr>
              <w:sdtEndPr/>
              <w:sdtContent>
                <w:r w:rsidR="00AF49F8">
                  <w:rPr>
                    <w:rFonts w:ascii="MS Gothic" w:eastAsia="MS Gothic" w:hAnsi="MS Gothic" w:hint="eastAsia"/>
                    <w:b/>
                    <w:bCs/>
                  </w:rPr>
                  <w:t>☐</w:t>
                </w:r>
              </w:sdtContent>
            </w:sdt>
            <w:r w:rsidR="00F26999" w:rsidRPr="007130FA">
              <w:rPr>
                <w:rFonts w:ascii="Palatino Linotype" w:hAnsi="Palatino Linotype"/>
              </w:rPr>
              <w:t xml:space="preserve"> Manufacturer / OEM</w:t>
            </w:r>
          </w:p>
          <w:p w14:paraId="5BB6D71E" w14:textId="4CDA4B99" w:rsidR="00AC743A" w:rsidRPr="007130FA" w:rsidRDefault="00B73390" w:rsidP="0067648E">
            <w:pPr>
              <w:rPr>
                <w:rFonts w:ascii="Palatino Linotype" w:hAnsi="Palatino Linotype"/>
              </w:rPr>
            </w:pPr>
            <w:sdt>
              <w:sdtPr>
                <w:rPr>
                  <w:rFonts w:ascii="Palatino Linotype" w:hAnsi="Palatino Linotype"/>
                  <w:b/>
                  <w:bCs/>
                </w:rPr>
                <w:id w:val="158211591"/>
                <w14:checkbox>
                  <w14:checked w14:val="0"/>
                  <w14:checkedState w14:val="2612" w14:font="MS Gothic"/>
                  <w14:uncheckedState w14:val="2610" w14:font="MS Gothic"/>
                </w14:checkbox>
              </w:sdtPr>
              <w:sdtEndPr/>
              <w:sdtContent>
                <w:r w:rsidR="00AF49F8">
                  <w:rPr>
                    <w:rFonts w:ascii="MS Gothic" w:eastAsia="MS Gothic" w:hAnsi="MS Gothic" w:hint="eastAsia"/>
                    <w:b/>
                    <w:bCs/>
                  </w:rPr>
                  <w:t>☐</w:t>
                </w:r>
              </w:sdtContent>
            </w:sdt>
            <w:r w:rsidR="00F26999" w:rsidRPr="000528E8">
              <w:rPr>
                <w:rFonts w:ascii="Palatino Linotype" w:hAnsi="Palatino Linotype"/>
                <w:b/>
                <w:bCs/>
              </w:rPr>
              <w:t xml:space="preserve"> </w:t>
            </w:r>
            <w:r w:rsidR="00F26999" w:rsidRPr="007130FA">
              <w:rPr>
                <w:rFonts w:ascii="Palatino Linotype" w:hAnsi="Palatino Linotype"/>
              </w:rPr>
              <w:t>Authorized distributor / reseller (attach authorization)</w:t>
            </w:r>
          </w:p>
          <w:p w14:paraId="10677D08" w14:textId="2CC142B1" w:rsidR="00AC743A" w:rsidRPr="007130FA" w:rsidRDefault="00B73390" w:rsidP="0067648E">
            <w:pPr>
              <w:rPr>
                <w:rFonts w:ascii="Palatino Linotype" w:hAnsi="Palatino Linotype"/>
              </w:rPr>
            </w:pPr>
            <w:sdt>
              <w:sdtPr>
                <w:rPr>
                  <w:rFonts w:ascii="Palatino Linotype" w:hAnsi="Palatino Linotype"/>
                  <w:b/>
                  <w:bCs/>
                </w:rPr>
                <w:id w:val="-2132549175"/>
                <w14:checkbox>
                  <w14:checked w14:val="0"/>
                  <w14:checkedState w14:val="2612" w14:font="MS Gothic"/>
                  <w14:uncheckedState w14:val="2610" w14:font="MS Gothic"/>
                </w14:checkbox>
              </w:sdtPr>
              <w:sdtEndPr/>
              <w:sdtContent>
                <w:r w:rsidR="00F26999">
                  <w:rPr>
                    <w:rFonts w:ascii="MS Gothic" w:eastAsia="MS Gothic" w:hAnsi="MS Gothic" w:hint="eastAsia"/>
                    <w:b/>
                    <w:bCs/>
                  </w:rPr>
                  <w:t>☐</w:t>
                </w:r>
              </w:sdtContent>
            </w:sdt>
            <w:r w:rsidR="00F26999" w:rsidRPr="000528E8">
              <w:rPr>
                <w:rFonts w:ascii="Palatino Linotype" w:hAnsi="Palatino Linotype"/>
                <w:b/>
                <w:bCs/>
              </w:rPr>
              <w:t xml:space="preserve"> </w:t>
            </w:r>
            <w:r w:rsidR="00F26999" w:rsidRPr="007130FA">
              <w:rPr>
                <w:rFonts w:ascii="Palatino Linotype" w:hAnsi="Palatino Linotype"/>
              </w:rPr>
              <w:t>Trader / non-authorized reseller</w:t>
            </w:r>
          </w:p>
          <w:p w14:paraId="6D345B4B" w14:textId="52F6710F" w:rsidR="00AC743A" w:rsidRPr="007130FA" w:rsidRDefault="00B73390" w:rsidP="0067648E">
            <w:pPr>
              <w:rPr>
                <w:rFonts w:ascii="Palatino Linotype" w:hAnsi="Palatino Linotype"/>
              </w:rPr>
            </w:pPr>
            <w:sdt>
              <w:sdtPr>
                <w:rPr>
                  <w:rFonts w:ascii="Palatino Linotype" w:hAnsi="Palatino Linotype"/>
                  <w:b/>
                  <w:bCs/>
                </w:rPr>
                <w:id w:val="1063829647"/>
                <w14:checkbox>
                  <w14:checked w14:val="0"/>
                  <w14:checkedState w14:val="2612" w14:font="MS Gothic"/>
                  <w14:uncheckedState w14:val="2610" w14:font="MS Gothic"/>
                </w14:checkbox>
              </w:sdtPr>
              <w:sdtEndPr/>
              <w:sdtContent>
                <w:r w:rsidR="00F26999">
                  <w:rPr>
                    <w:rFonts w:ascii="MS Gothic" w:eastAsia="MS Gothic" w:hAnsi="MS Gothic" w:hint="eastAsia"/>
                    <w:b/>
                    <w:bCs/>
                  </w:rPr>
                  <w:t>☐</w:t>
                </w:r>
              </w:sdtContent>
            </w:sdt>
            <w:r w:rsidR="00F26999" w:rsidRPr="000528E8">
              <w:rPr>
                <w:rFonts w:ascii="Palatino Linotype" w:hAnsi="Palatino Linotype"/>
                <w:b/>
                <w:bCs/>
              </w:rPr>
              <w:t xml:space="preserve"> </w:t>
            </w:r>
            <w:r w:rsidR="00F26999" w:rsidRPr="007130FA">
              <w:rPr>
                <w:rFonts w:ascii="Palatino Linotype" w:hAnsi="Palatino Linotype"/>
              </w:rPr>
              <w:t>Service provider / contractor</w:t>
            </w:r>
          </w:p>
          <w:p w14:paraId="0C9F3FB7" w14:textId="7F317689" w:rsidR="00AC743A" w:rsidRPr="007130FA" w:rsidRDefault="00B73390" w:rsidP="0067648E">
            <w:pPr>
              <w:rPr>
                <w:rFonts w:ascii="Palatino Linotype" w:hAnsi="Palatino Linotype"/>
              </w:rPr>
            </w:pPr>
            <w:sdt>
              <w:sdtPr>
                <w:rPr>
                  <w:rFonts w:ascii="Palatino Linotype" w:hAnsi="Palatino Linotype"/>
                  <w:b/>
                  <w:bCs/>
                </w:rPr>
                <w:id w:val="402028526"/>
                <w14:checkbox>
                  <w14:checked w14:val="0"/>
                  <w14:checkedState w14:val="2612" w14:font="MS Gothic"/>
                  <w14:uncheckedState w14:val="2610" w14:font="MS Gothic"/>
                </w14:checkbox>
              </w:sdtPr>
              <w:sdtEndPr/>
              <w:sdtContent>
                <w:r w:rsidR="00F478C4">
                  <w:rPr>
                    <w:rFonts w:ascii="MS Gothic" w:eastAsia="MS Gothic" w:hAnsi="MS Gothic" w:hint="eastAsia"/>
                    <w:b/>
                    <w:bCs/>
                  </w:rPr>
                  <w:t>☐</w:t>
                </w:r>
              </w:sdtContent>
            </w:sdt>
            <w:r w:rsidR="00F26999" w:rsidRPr="000528E8">
              <w:rPr>
                <w:rFonts w:ascii="Palatino Linotype" w:hAnsi="Palatino Linotype"/>
                <w:b/>
                <w:bCs/>
              </w:rPr>
              <w:t xml:space="preserve"> </w:t>
            </w:r>
            <w:r w:rsidR="00F26999" w:rsidRPr="007130FA">
              <w:rPr>
                <w:rFonts w:ascii="Palatino Linotype" w:hAnsi="Palatino Linotype"/>
              </w:rPr>
              <w:t>Laboratory / inspection / calibration services</w:t>
            </w:r>
          </w:p>
          <w:p w14:paraId="545BFF82" w14:textId="593E7CB1" w:rsidR="00AC743A" w:rsidRPr="007130FA" w:rsidRDefault="00B73390" w:rsidP="0067648E">
            <w:pPr>
              <w:rPr>
                <w:rFonts w:ascii="Palatino Linotype" w:hAnsi="Palatino Linotype"/>
              </w:rPr>
            </w:pPr>
            <w:sdt>
              <w:sdtPr>
                <w:rPr>
                  <w:rFonts w:ascii="Palatino Linotype" w:hAnsi="Palatino Linotype"/>
                  <w:b/>
                  <w:bCs/>
                </w:rPr>
                <w:id w:val="1555975080"/>
                <w14:checkbox>
                  <w14:checked w14:val="0"/>
                  <w14:checkedState w14:val="2612" w14:font="MS Gothic"/>
                  <w14:uncheckedState w14:val="2610" w14:font="MS Gothic"/>
                </w14:checkbox>
              </w:sdtPr>
              <w:sdtEndPr/>
              <w:sdtContent>
                <w:r w:rsidR="00F26999">
                  <w:rPr>
                    <w:rFonts w:ascii="MS Gothic" w:eastAsia="MS Gothic" w:hAnsi="MS Gothic" w:hint="eastAsia"/>
                    <w:b/>
                    <w:bCs/>
                  </w:rPr>
                  <w:t>☐</w:t>
                </w:r>
              </w:sdtContent>
            </w:sdt>
            <w:r w:rsidR="00F26999" w:rsidRPr="000528E8">
              <w:rPr>
                <w:rFonts w:ascii="Palatino Linotype" w:hAnsi="Palatino Linotype"/>
                <w:b/>
                <w:bCs/>
              </w:rPr>
              <w:t xml:space="preserve"> </w:t>
            </w:r>
            <w:r w:rsidR="00F26999" w:rsidRPr="007130FA">
              <w:rPr>
                <w:rFonts w:ascii="Palatino Linotype" w:hAnsi="Palatino Linotype"/>
              </w:rPr>
              <w:t>Logistics / freight forwarder / customs broker</w:t>
            </w:r>
          </w:p>
          <w:p w14:paraId="6866089F" w14:textId="67D715FA" w:rsidR="00AC743A" w:rsidRPr="007130FA" w:rsidRDefault="00B73390" w:rsidP="0067648E">
            <w:pPr>
              <w:rPr>
                <w:rFonts w:ascii="Palatino Linotype" w:hAnsi="Palatino Linotype"/>
              </w:rPr>
            </w:pPr>
            <w:sdt>
              <w:sdtPr>
                <w:rPr>
                  <w:rFonts w:ascii="Palatino Linotype" w:hAnsi="Palatino Linotype"/>
                  <w:b/>
                  <w:bCs/>
                </w:rPr>
                <w:id w:val="2139762142"/>
                <w14:checkbox>
                  <w14:checked w14:val="0"/>
                  <w14:checkedState w14:val="2612" w14:font="MS Gothic"/>
                  <w14:uncheckedState w14:val="2610" w14:font="MS Gothic"/>
                </w14:checkbox>
              </w:sdtPr>
              <w:sdtEndPr/>
              <w:sdtContent>
                <w:r w:rsidR="00AF49F8">
                  <w:rPr>
                    <w:rFonts w:ascii="MS Gothic" w:eastAsia="MS Gothic" w:hAnsi="MS Gothic" w:hint="eastAsia"/>
                    <w:b/>
                    <w:bCs/>
                  </w:rPr>
                  <w:t>☐</w:t>
                </w:r>
              </w:sdtContent>
            </w:sdt>
            <w:r w:rsidR="00F26999" w:rsidRPr="000528E8">
              <w:rPr>
                <w:rFonts w:ascii="Palatino Linotype" w:hAnsi="Palatino Linotype"/>
                <w:b/>
                <w:bCs/>
              </w:rPr>
              <w:t xml:space="preserve"> </w:t>
            </w:r>
            <w:r w:rsidR="00F26999" w:rsidRPr="007130FA">
              <w:rPr>
                <w:rFonts w:ascii="Palatino Linotype" w:hAnsi="Palatino Linotype"/>
              </w:rPr>
              <w:t>Other (specify)</w:t>
            </w:r>
          </w:p>
        </w:tc>
        <w:tc>
          <w:tcPr>
            <w:tcW w:w="7841" w:type="dxa"/>
            <w:vAlign w:val="center"/>
          </w:tcPr>
          <w:p w14:paraId="3281490F" w14:textId="77777777" w:rsidR="00AC743A" w:rsidRPr="0067648E" w:rsidRDefault="007704F9" w:rsidP="0067648E">
            <w:pPr>
              <w:jc w:val="center"/>
              <w:rPr>
                <w:rFonts w:ascii="Palatino Linotype" w:hAnsi="Palatino Linotype"/>
                <w:color w:val="808080" w:themeColor="background1" w:themeShade="80"/>
              </w:rPr>
            </w:pPr>
            <w:r w:rsidRPr="0067648E">
              <w:rPr>
                <w:rFonts w:ascii="Palatino Linotype" w:hAnsi="Palatino Linotype"/>
                <w:color w:val="808080" w:themeColor="background1" w:themeShade="80"/>
              </w:rPr>
              <w:t>Describe what you supply to BSC (key product groups / services).</w:t>
            </w:r>
          </w:p>
          <w:p w14:paraId="24DC98BF" w14:textId="77777777" w:rsidR="00AC743A" w:rsidRPr="0067648E" w:rsidRDefault="007704F9" w:rsidP="0067648E">
            <w:pPr>
              <w:jc w:val="center"/>
              <w:rPr>
                <w:rFonts w:ascii="Palatino Linotype" w:hAnsi="Palatino Linotype"/>
                <w:color w:val="808080" w:themeColor="background1" w:themeShade="80"/>
              </w:rPr>
            </w:pPr>
            <w:r w:rsidRPr="0067648E">
              <w:rPr>
                <w:rFonts w:ascii="Palatino Linotype" w:hAnsi="Palatino Linotype"/>
                <w:color w:val="808080" w:themeColor="background1" w:themeShade="80"/>
              </w:rPr>
              <w:t>Key brands / OEMs represented (if applicable).</w:t>
            </w:r>
          </w:p>
          <w:p w14:paraId="3DDC9820" w14:textId="77777777" w:rsidR="00AC743A" w:rsidRPr="0067648E" w:rsidRDefault="007704F9" w:rsidP="0067648E">
            <w:pPr>
              <w:jc w:val="center"/>
              <w:rPr>
                <w:rFonts w:ascii="Palatino Linotype" w:hAnsi="Palatino Linotype"/>
                <w:color w:val="808080" w:themeColor="background1" w:themeShade="80"/>
              </w:rPr>
            </w:pPr>
            <w:r w:rsidRPr="0067648E">
              <w:rPr>
                <w:rFonts w:ascii="Palatino Linotype" w:hAnsi="Palatino Linotype"/>
                <w:color w:val="808080" w:themeColor="background1" w:themeShade="80"/>
              </w:rPr>
              <w:t>Main countries served.</w:t>
            </w:r>
          </w:p>
          <w:p w14:paraId="52C4DB11" w14:textId="77777777" w:rsidR="00AC743A" w:rsidRPr="007130FA" w:rsidRDefault="007704F9" w:rsidP="0067648E">
            <w:pPr>
              <w:jc w:val="center"/>
              <w:rPr>
                <w:rFonts w:ascii="Palatino Linotype" w:hAnsi="Palatino Linotype"/>
              </w:rPr>
            </w:pPr>
            <w:r w:rsidRPr="0067648E">
              <w:rPr>
                <w:rFonts w:ascii="Palatino Linotype" w:hAnsi="Palatino Linotype"/>
                <w:color w:val="808080" w:themeColor="background1" w:themeShade="80"/>
              </w:rPr>
              <w:t>Key production / warehouse / service locations (city, country).</w:t>
            </w:r>
          </w:p>
        </w:tc>
      </w:tr>
    </w:tbl>
    <w:p w14:paraId="6FE30DCE" w14:textId="77777777" w:rsidR="00AC743A" w:rsidRPr="007130FA" w:rsidRDefault="00AC743A">
      <w:pPr>
        <w:rPr>
          <w:rFonts w:ascii="Palatino Linotype" w:hAnsi="Palatino Linotype"/>
        </w:rPr>
      </w:pPr>
    </w:p>
    <w:p w14:paraId="7495806F" w14:textId="77777777" w:rsidR="00AC743A" w:rsidRPr="00F06DD8" w:rsidRDefault="007704F9">
      <w:pPr>
        <w:pStyle w:val="Heading2"/>
        <w:rPr>
          <w:rFonts w:ascii="Palatino Linotype" w:hAnsi="Palatino Linotype"/>
          <w:color w:val="984806" w:themeColor="accent6" w:themeShade="80"/>
        </w:rPr>
      </w:pPr>
      <w:r w:rsidRPr="00F06DD8">
        <w:rPr>
          <w:rFonts w:ascii="Palatino Linotype" w:hAnsi="Palatino Linotype"/>
          <w:color w:val="984806" w:themeColor="accent6" w:themeShade="80"/>
        </w:rPr>
        <w:t>3. Compliance and Risk Declarations</w:t>
      </w:r>
    </w:p>
    <w:tbl>
      <w:tblPr>
        <w:tblStyle w:val="TableGrid"/>
        <w:tblW w:w="0" w:type="auto"/>
        <w:jc w:val="center"/>
        <w:tblLook w:val="04A0" w:firstRow="1" w:lastRow="0" w:firstColumn="1" w:lastColumn="0" w:noHBand="0" w:noVBand="1"/>
      </w:tblPr>
      <w:tblGrid>
        <w:gridCol w:w="531"/>
        <w:gridCol w:w="7512"/>
        <w:gridCol w:w="5712"/>
      </w:tblGrid>
      <w:tr w:rsidR="002913FD" w:rsidRPr="007130FA" w14:paraId="353B33CC" w14:textId="77777777" w:rsidTr="006759FE">
        <w:trPr>
          <w:trHeight w:val="456"/>
          <w:jc w:val="center"/>
        </w:trPr>
        <w:tc>
          <w:tcPr>
            <w:tcW w:w="8043" w:type="dxa"/>
            <w:gridSpan w:val="2"/>
            <w:shd w:val="clear" w:color="auto" w:fill="F2F2F2"/>
            <w:vAlign w:val="center"/>
          </w:tcPr>
          <w:p w14:paraId="266D120B" w14:textId="5FA7EAD2" w:rsidR="002913FD" w:rsidRPr="007130FA" w:rsidRDefault="002913FD" w:rsidP="002913FD">
            <w:pPr>
              <w:jc w:val="center"/>
              <w:rPr>
                <w:rFonts w:ascii="Palatino Linotype" w:hAnsi="Palatino Linotype"/>
              </w:rPr>
            </w:pPr>
            <w:r w:rsidRPr="007130FA">
              <w:rPr>
                <w:rFonts w:ascii="Palatino Linotype" w:hAnsi="Palatino Linotype"/>
                <w:b/>
              </w:rPr>
              <w:t>Question / Requirement</w:t>
            </w:r>
          </w:p>
        </w:tc>
        <w:tc>
          <w:tcPr>
            <w:tcW w:w="5712" w:type="dxa"/>
            <w:shd w:val="clear" w:color="auto" w:fill="F2F2F2"/>
            <w:vAlign w:val="center"/>
          </w:tcPr>
          <w:p w14:paraId="415A033E" w14:textId="77777777" w:rsidR="002913FD" w:rsidRPr="007130FA" w:rsidRDefault="002913FD" w:rsidP="002913FD">
            <w:pPr>
              <w:jc w:val="center"/>
              <w:rPr>
                <w:rFonts w:ascii="Palatino Linotype" w:hAnsi="Palatino Linotype"/>
              </w:rPr>
            </w:pPr>
            <w:r w:rsidRPr="007130FA">
              <w:rPr>
                <w:rFonts w:ascii="Palatino Linotype" w:hAnsi="Palatino Linotype"/>
                <w:b/>
              </w:rPr>
              <w:t>Vendor Response</w:t>
            </w:r>
          </w:p>
        </w:tc>
      </w:tr>
      <w:tr w:rsidR="002913FD" w:rsidRPr="007130FA" w14:paraId="234167F0" w14:textId="77777777" w:rsidTr="006759FE">
        <w:trPr>
          <w:trHeight w:val="686"/>
          <w:jc w:val="center"/>
        </w:trPr>
        <w:tc>
          <w:tcPr>
            <w:tcW w:w="531" w:type="dxa"/>
            <w:vAlign w:val="center"/>
          </w:tcPr>
          <w:p w14:paraId="61BE77B3" w14:textId="26555995" w:rsidR="002913FD" w:rsidRPr="002913FD" w:rsidRDefault="002913FD" w:rsidP="002913FD">
            <w:pPr>
              <w:jc w:val="center"/>
              <w:rPr>
                <w:rFonts w:ascii="Palatino Linotype" w:hAnsi="Palatino Linotype"/>
                <w:sz w:val="18"/>
                <w:szCs w:val="18"/>
              </w:rPr>
            </w:pPr>
            <w:r w:rsidRPr="002913FD">
              <w:rPr>
                <w:rFonts w:ascii="Palatino Linotype" w:hAnsi="Palatino Linotype"/>
                <w:sz w:val="18"/>
                <w:szCs w:val="18"/>
              </w:rPr>
              <w:t>3.1</w:t>
            </w:r>
          </w:p>
        </w:tc>
        <w:tc>
          <w:tcPr>
            <w:tcW w:w="7512" w:type="dxa"/>
          </w:tcPr>
          <w:p w14:paraId="656598B0" w14:textId="77777777" w:rsidR="00651885" w:rsidRDefault="002913FD">
            <w:pPr>
              <w:rPr>
                <w:rFonts w:ascii="Palatino Linotype" w:hAnsi="Palatino Linotype"/>
              </w:rPr>
            </w:pPr>
            <w:r w:rsidRPr="00651885">
              <w:rPr>
                <w:rFonts w:ascii="Palatino Linotype" w:hAnsi="Palatino Linotype"/>
                <w:b/>
                <w:bCs/>
              </w:rPr>
              <w:t>Sanctions / restricted parties:</w:t>
            </w:r>
            <w:r w:rsidRPr="007130FA">
              <w:rPr>
                <w:rFonts w:ascii="Palatino Linotype" w:hAnsi="Palatino Linotype"/>
              </w:rPr>
              <w:t xml:space="preserve"> </w:t>
            </w:r>
          </w:p>
          <w:p w14:paraId="3B3EDD85" w14:textId="1BC4BBCE" w:rsidR="002913FD" w:rsidRPr="007130FA" w:rsidRDefault="002913FD">
            <w:pPr>
              <w:rPr>
                <w:rFonts w:ascii="Palatino Linotype" w:hAnsi="Palatino Linotype"/>
              </w:rPr>
            </w:pPr>
            <w:r w:rsidRPr="007130FA">
              <w:rPr>
                <w:rFonts w:ascii="Palatino Linotype" w:hAnsi="Palatino Linotype"/>
              </w:rPr>
              <w:t>Confirm the company is not subject to applicable international sanctions and is not listed on denied/restricted party lists.</w:t>
            </w:r>
          </w:p>
        </w:tc>
        <w:tc>
          <w:tcPr>
            <w:tcW w:w="5712" w:type="dxa"/>
            <w:vAlign w:val="center"/>
          </w:tcPr>
          <w:p w14:paraId="253F40D8" w14:textId="3A7F6D59" w:rsidR="002913FD" w:rsidRPr="000C6B61" w:rsidRDefault="00B73390" w:rsidP="002913FD">
            <w:pPr>
              <w:rPr>
                <w:rFonts w:ascii="Palatino Linotype" w:hAnsi="Palatino Linotype"/>
                <w:b/>
                <w:bCs/>
                <w:lang w:val="az-Latn-AZ"/>
              </w:rPr>
            </w:pPr>
            <w:sdt>
              <w:sdtPr>
                <w:rPr>
                  <w:rFonts w:ascii="Palatino Linotype" w:hAnsi="Palatino Linotype"/>
                  <w:b/>
                  <w:bCs/>
                </w:rPr>
                <w:id w:val="-74894321"/>
                <w14:checkbox>
                  <w14:checked w14:val="0"/>
                  <w14:checkedState w14:val="2612" w14:font="MS Gothic"/>
                  <w14:uncheckedState w14:val="2610" w14:font="MS Gothic"/>
                </w14:checkbox>
              </w:sdtPr>
              <w:sdtEndPr/>
              <w:sdtContent>
                <w:r w:rsidR="00985A93">
                  <w:rPr>
                    <w:rFonts w:ascii="MS Gothic" w:eastAsia="MS Gothic" w:hAnsi="MS Gothic" w:hint="eastAsia"/>
                    <w:b/>
                    <w:bCs/>
                  </w:rPr>
                  <w:t>☐</w:t>
                </w:r>
              </w:sdtContent>
            </w:sdt>
            <w:r w:rsidR="00825D75" w:rsidRPr="00AD79AA">
              <w:rPr>
                <w:rFonts w:ascii="Palatino Linotype" w:hAnsi="Palatino Linotype"/>
                <w:b/>
                <w:bCs/>
              </w:rPr>
              <w:t xml:space="preserve"> </w:t>
            </w:r>
            <w:r w:rsidR="002913FD" w:rsidRPr="000528E8">
              <w:rPr>
                <w:rFonts w:ascii="Palatino Linotype" w:hAnsi="Palatino Linotype"/>
                <w:b/>
                <w:bCs/>
              </w:rPr>
              <w:t>Yes</w:t>
            </w:r>
          </w:p>
          <w:p w14:paraId="75C50AEF" w14:textId="2030BBD3" w:rsidR="002913FD" w:rsidRPr="007130FA" w:rsidRDefault="00B73390" w:rsidP="002913FD">
            <w:pPr>
              <w:rPr>
                <w:rFonts w:ascii="Palatino Linotype" w:hAnsi="Palatino Linotype"/>
              </w:rPr>
            </w:pPr>
            <w:sdt>
              <w:sdtPr>
                <w:rPr>
                  <w:rFonts w:ascii="Palatino Linotype" w:hAnsi="Palatino Linotype"/>
                  <w:b/>
                  <w:bCs/>
                </w:rPr>
                <w:id w:val="659360559"/>
                <w14:checkbox>
                  <w14:checked w14:val="0"/>
                  <w14:checkedState w14:val="2612" w14:font="MS Gothic"/>
                  <w14:uncheckedState w14:val="2610" w14:font="MS Gothic"/>
                </w14:checkbox>
              </w:sdtPr>
              <w:sdtEndPr/>
              <w:sdtContent>
                <w:r w:rsidR="005E3D29">
                  <w:rPr>
                    <w:rFonts w:ascii="MS Gothic" w:eastAsia="MS Gothic" w:hAnsi="MS Gothic" w:hint="eastAsia"/>
                    <w:b/>
                    <w:bCs/>
                  </w:rPr>
                  <w:t>☐</w:t>
                </w:r>
              </w:sdtContent>
            </w:sdt>
            <w:r w:rsidR="005E3D29" w:rsidRPr="000528E8">
              <w:rPr>
                <w:rFonts w:ascii="Palatino Linotype" w:hAnsi="Palatino Linotype"/>
                <w:b/>
                <w:bCs/>
              </w:rPr>
              <w:t xml:space="preserve"> </w:t>
            </w:r>
            <w:proofErr w:type="gramStart"/>
            <w:r w:rsidR="002913FD" w:rsidRPr="000528E8">
              <w:rPr>
                <w:rFonts w:ascii="Palatino Linotype" w:hAnsi="Palatino Linotype"/>
                <w:b/>
                <w:bCs/>
              </w:rPr>
              <w:t xml:space="preserve">No  </w:t>
            </w:r>
            <w:r w:rsidR="002913FD" w:rsidRPr="000528E8">
              <w:rPr>
                <w:rFonts w:ascii="Palatino Linotype" w:hAnsi="Palatino Linotype"/>
                <w:b/>
                <w:bCs/>
                <w:color w:val="C00000"/>
              </w:rPr>
              <w:t>If</w:t>
            </w:r>
            <w:proofErr w:type="gramEnd"/>
            <w:r w:rsidR="002913FD" w:rsidRPr="000528E8">
              <w:rPr>
                <w:rFonts w:ascii="Palatino Linotype" w:hAnsi="Palatino Linotype"/>
                <w:b/>
                <w:bCs/>
                <w:color w:val="C00000"/>
              </w:rPr>
              <w:t xml:space="preserve"> No, explain.</w:t>
            </w:r>
          </w:p>
        </w:tc>
      </w:tr>
      <w:tr w:rsidR="002913FD" w:rsidRPr="007130FA" w14:paraId="513EFE9E" w14:textId="77777777" w:rsidTr="006759FE">
        <w:trPr>
          <w:jc w:val="center"/>
        </w:trPr>
        <w:tc>
          <w:tcPr>
            <w:tcW w:w="531" w:type="dxa"/>
            <w:vAlign w:val="center"/>
          </w:tcPr>
          <w:p w14:paraId="06CFE469" w14:textId="625D853F" w:rsidR="002913FD" w:rsidRPr="002913FD" w:rsidRDefault="002913FD" w:rsidP="002913FD">
            <w:pPr>
              <w:jc w:val="center"/>
              <w:rPr>
                <w:rFonts w:ascii="Palatino Linotype" w:hAnsi="Palatino Linotype"/>
                <w:sz w:val="18"/>
                <w:szCs w:val="18"/>
              </w:rPr>
            </w:pPr>
            <w:r w:rsidRPr="002913FD">
              <w:rPr>
                <w:rFonts w:ascii="Palatino Linotype" w:hAnsi="Palatino Linotype"/>
                <w:sz w:val="18"/>
                <w:szCs w:val="18"/>
              </w:rPr>
              <w:t>3.2</w:t>
            </w:r>
          </w:p>
        </w:tc>
        <w:tc>
          <w:tcPr>
            <w:tcW w:w="7512" w:type="dxa"/>
          </w:tcPr>
          <w:p w14:paraId="53803293" w14:textId="77777777" w:rsidR="00651885" w:rsidRDefault="002913FD">
            <w:pPr>
              <w:rPr>
                <w:rFonts w:ascii="Palatino Linotype" w:hAnsi="Palatino Linotype"/>
              </w:rPr>
            </w:pPr>
            <w:r w:rsidRPr="00651885">
              <w:rPr>
                <w:rFonts w:ascii="Palatino Linotype" w:hAnsi="Palatino Linotype"/>
                <w:b/>
                <w:bCs/>
              </w:rPr>
              <w:t>Conflict of interest:</w:t>
            </w:r>
            <w:r w:rsidRPr="007130FA">
              <w:rPr>
                <w:rFonts w:ascii="Palatino Linotype" w:hAnsi="Palatino Linotype"/>
              </w:rPr>
              <w:t xml:space="preserve"> </w:t>
            </w:r>
          </w:p>
          <w:p w14:paraId="1F3D386F" w14:textId="059F8363" w:rsidR="002913FD" w:rsidRPr="007130FA" w:rsidRDefault="002913FD">
            <w:pPr>
              <w:rPr>
                <w:rFonts w:ascii="Palatino Linotype" w:hAnsi="Palatino Linotype"/>
              </w:rPr>
            </w:pPr>
            <w:r w:rsidRPr="007130FA">
              <w:rPr>
                <w:rFonts w:ascii="Palatino Linotype" w:hAnsi="Palatino Linotype"/>
              </w:rPr>
              <w:t>Disclose any family/ownership/employment ties with BSC employees that could create a conflict of interest.</w:t>
            </w:r>
          </w:p>
        </w:tc>
        <w:tc>
          <w:tcPr>
            <w:tcW w:w="5712" w:type="dxa"/>
            <w:vAlign w:val="center"/>
          </w:tcPr>
          <w:p w14:paraId="5D8F109C" w14:textId="45CE226B" w:rsidR="002913FD" w:rsidRDefault="00B73390" w:rsidP="002913FD">
            <w:pPr>
              <w:rPr>
                <w:rFonts w:ascii="Palatino Linotype" w:hAnsi="Palatino Linotype"/>
                <w:b/>
                <w:bCs/>
              </w:rPr>
            </w:pPr>
            <w:sdt>
              <w:sdtPr>
                <w:rPr>
                  <w:rFonts w:ascii="Palatino Linotype" w:hAnsi="Palatino Linotype"/>
                  <w:b/>
                  <w:bCs/>
                </w:rPr>
                <w:id w:val="-462270737"/>
                <w14:checkbox>
                  <w14:checked w14:val="0"/>
                  <w14:checkedState w14:val="2612" w14:font="MS Gothic"/>
                  <w14:uncheckedState w14:val="2610" w14:font="MS Gothic"/>
                </w14:checkbox>
              </w:sdtPr>
              <w:sdtEndPr/>
              <w:sdtContent>
                <w:r w:rsidR="005E3D29">
                  <w:rPr>
                    <w:rFonts w:ascii="MS Gothic" w:eastAsia="MS Gothic" w:hAnsi="MS Gothic" w:hint="eastAsia"/>
                    <w:b/>
                    <w:bCs/>
                  </w:rPr>
                  <w:t>☐</w:t>
                </w:r>
              </w:sdtContent>
            </w:sdt>
            <w:r w:rsidR="005E3D29" w:rsidRPr="000528E8">
              <w:rPr>
                <w:rFonts w:ascii="Palatino Linotype" w:hAnsi="Palatino Linotype"/>
                <w:b/>
                <w:bCs/>
              </w:rPr>
              <w:t xml:space="preserve"> </w:t>
            </w:r>
            <w:r w:rsidR="002913FD" w:rsidRPr="002913FD">
              <w:rPr>
                <w:rFonts w:ascii="Palatino Linotype" w:hAnsi="Palatino Linotype"/>
                <w:b/>
                <w:bCs/>
              </w:rPr>
              <w:t xml:space="preserve">None  </w:t>
            </w:r>
          </w:p>
          <w:p w14:paraId="0AAAB06D" w14:textId="07E2CB97" w:rsidR="002913FD" w:rsidRPr="007130FA" w:rsidRDefault="00B73390" w:rsidP="002913FD">
            <w:pPr>
              <w:rPr>
                <w:rFonts w:ascii="Palatino Linotype" w:hAnsi="Palatino Linotype"/>
              </w:rPr>
            </w:pPr>
            <w:sdt>
              <w:sdtPr>
                <w:rPr>
                  <w:rFonts w:ascii="Palatino Linotype" w:hAnsi="Palatino Linotype"/>
                  <w:b/>
                  <w:bCs/>
                </w:rPr>
                <w:id w:val="-1359651430"/>
                <w14:checkbox>
                  <w14:checked w14:val="0"/>
                  <w14:checkedState w14:val="2612" w14:font="MS Gothic"/>
                  <w14:uncheckedState w14:val="2610" w14:font="MS Gothic"/>
                </w14:checkbox>
              </w:sdtPr>
              <w:sdtEndPr/>
              <w:sdtContent>
                <w:r w:rsidR="005E3D29">
                  <w:rPr>
                    <w:rFonts w:ascii="MS Gothic" w:eastAsia="MS Gothic" w:hAnsi="MS Gothic" w:hint="eastAsia"/>
                    <w:b/>
                    <w:bCs/>
                  </w:rPr>
                  <w:t>☐</w:t>
                </w:r>
              </w:sdtContent>
            </w:sdt>
            <w:r w:rsidR="005E3D29" w:rsidRPr="000528E8">
              <w:rPr>
                <w:rFonts w:ascii="Palatino Linotype" w:hAnsi="Palatino Linotype"/>
                <w:b/>
                <w:bCs/>
              </w:rPr>
              <w:t xml:space="preserve"> </w:t>
            </w:r>
            <w:r w:rsidR="002913FD" w:rsidRPr="002913FD">
              <w:rPr>
                <w:rFonts w:ascii="Palatino Linotype" w:hAnsi="Palatino Linotype"/>
                <w:b/>
                <w:bCs/>
              </w:rPr>
              <w:t xml:space="preserve">Disclosed </w:t>
            </w:r>
            <w:r w:rsidR="002913FD" w:rsidRPr="002913FD">
              <w:rPr>
                <w:rFonts w:ascii="Palatino Linotype" w:hAnsi="Palatino Linotype"/>
              </w:rPr>
              <w:t>(</w:t>
            </w:r>
            <w:proofErr w:type="gramStart"/>
            <w:r w:rsidR="00C60BF8" w:rsidRPr="002913FD">
              <w:rPr>
                <w:rFonts w:ascii="Palatino Linotype" w:hAnsi="Palatino Linotype"/>
              </w:rPr>
              <w:t>attach</w:t>
            </w:r>
            <w:proofErr w:type="gramEnd"/>
            <w:r w:rsidR="00C60BF8">
              <w:rPr>
                <w:rFonts w:ascii="Palatino Linotype" w:hAnsi="Palatino Linotype"/>
              </w:rPr>
              <w:t xml:space="preserve"> </w:t>
            </w:r>
            <w:r w:rsidR="002913FD" w:rsidRPr="002913FD">
              <w:rPr>
                <w:rFonts w:ascii="Palatino Linotype" w:hAnsi="Palatino Linotype"/>
              </w:rPr>
              <w:t>details)</w:t>
            </w:r>
          </w:p>
        </w:tc>
      </w:tr>
      <w:tr w:rsidR="002913FD" w:rsidRPr="007130FA" w14:paraId="41B7200D" w14:textId="77777777" w:rsidTr="006759FE">
        <w:trPr>
          <w:jc w:val="center"/>
        </w:trPr>
        <w:tc>
          <w:tcPr>
            <w:tcW w:w="531" w:type="dxa"/>
            <w:vAlign w:val="center"/>
          </w:tcPr>
          <w:p w14:paraId="1FC2C271" w14:textId="10EF0927" w:rsidR="002913FD" w:rsidRPr="002913FD" w:rsidRDefault="002913FD" w:rsidP="002913FD">
            <w:pPr>
              <w:jc w:val="center"/>
              <w:rPr>
                <w:rFonts w:ascii="Palatino Linotype" w:hAnsi="Palatino Linotype"/>
                <w:sz w:val="18"/>
                <w:szCs w:val="18"/>
              </w:rPr>
            </w:pPr>
            <w:r w:rsidRPr="002913FD">
              <w:rPr>
                <w:rFonts w:ascii="Palatino Linotype" w:hAnsi="Palatino Linotype"/>
                <w:sz w:val="18"/>
                <w:szCs w:val="18"/>
              </w:rPr>
              <w:t>3.3</w:t>
            </w:r>
          </w:p>
        </w:tc>
        <w:tc>
          <w:tcPr>
            <w:tcW w:w="7512" w:type="dxa"/>
          </w:tcPr>
          <w:p w14:paraId="25408C24" w14:textId="77777777" w:rsidR="00651885" w:rsidRDefault="002913FD">
            <w:pPr>
              <w:rPr>
                <w:rFonts w:ascii="Palatino Linotype" w:hAnsi="Palatino Linotype"/>
              </w:rPr>
            </w:pPr>
            <w:r w:rsidRPr="00651885">
              <w:rPr>
                <w:rFonts w:ascii="Palatino Linotype" w:hAnsi="Palatino Linotype"/>
                <w:b/>
                <w:bCs/>
              </w:rPr>
              <w:t>Anti-bribery &amp; corruption:</w:t>
            </w:r>
            <w:r w:rsidRPr="007130FA">
              <w:rPr>
                <w:rFonts w:ascii="Palatino Linotype" w:hAnsi="Palatino Linotype"/>
              </w:rPr>
              <w:t xml:space="preserve"> </w:t>
            </w:r>
          </w:p>
          <w:p w14:paraId="78BAD600" w14:textId="7821016C" w:rsidR="002913FD" w:rsidRPr="007130FA" w:rsidRDefault="002913FD">
            <w:pPr>
              <w:rPr>
                <w:rFonts w:ascii="Palatino Linotype" w:hAnsi="Palatino Linotype"/>
              </w:rPr>
            </w:pPr>
            <w:r w:rsidRPr="007130FA">
              <w:rPr>
                <w:rFonts w:ascii="Palatino Linotype" w:hAnsi="Palatino Linotype"/>
              </w:rPr>
              <w:t>Confirm you prohibit bribery and improper payments and will comply with BSC requirements.</w:t>
            </w:r>
          </w:p>
        </w:tc>
        <w:tc>
          <w:tcPr>
            <w:tcW w:w="5712" w:type="dxa"/>
            <w:vAlign w:val="center"/>
          </w:tcPr>
          <w:p w14:paraId="5C5C7183" w14:textId="6335A76F" w:rsidR="002913FD" w:rsidRDefault="00B73390" w:rsidP="002913FD">
            <w:pPr>
              <w:rPr>
                <w:rFonts w:ascii="Palatino Linotype" w:hAnsi="Palatino Linotype"/>
                <w:b/>
                <w:bCs/>
              </w:rPr>
            </w:pPr>
            <w:sdt>
              <w:sdtPr>
                <w:rPr>
                  <w:rFonts w:ascii="Palatino Linotype" w:hAnsi="Palatino Linotype"/>
                  <w:b/>
                  <w:bCs/>
                </w:rPr>
                <w:id w:val="-1746176799"/>
                <w14:checkbox>
                  <w14:checked w14:val="0"/>
                  <w14:checkedState w14:val="2612" w14:font="MS Gothic"/>
                  <w14:uncheckedState w14:val="2610" w14:font="MS Gothic"/>
                </w14:checkbox>
              </w:sdtPr>
              <w:sdtEndPr/>
              <w:sdtContent>
                <w:r w:rsidR="005E3D29">
                  <w:rPr>
                    <w:rFonts w:ascii="MS Gothic" w:eastAsia="MS Gothic" w:hAnsi="MS Gothic" w:hint="eastAsia"/>
                    <w:b/>
                    <w:bCs/>
                  </w:rPr>
                  <w:t>☐</w:t>
                </w:r>
              </w:sdtContent>
            </w:sdt>
            <w:r w:rsidR="005E3D29" w:rsidRPr="000528E8">
              <w:rPr>
                <w:rFonts w:ascii="Palatino Linotype" w:hAnsi="Palatino Linotype"/>
                <w:b/>
                <w:bCs/>
              </w:rPr>
              <w:t xml:space="preserve"> </w:t>
            </w:r>
            <w:r w:rsidR="002913FD" w:rsidRPr="002913FD">
              <w:rPr>
                <w:rFonts w:ascii="Palatino Linotype" w:hAnsi="Palatino Linotype"/>
                <w:b/>
                <w:bCs/>
              </w:rPr>
              <w:t xml:space="preserve">Yes </w:t>
            </w:r>
            <w:r w:rsidR="002913FD" w:rsidRPr="002913FD">
              <w:rPr>
                <w:rFonts w:ascii="Palatino Linotype" w:hAnsi="Palatino Linotype"/>
              </w:rPr>
              <w:t>(sign declaration</w:t>
            </w:r>
            <w:r w:rsidR="002913FD" w:rsidRPr="002913FD">
              <w:rPr>
                <w:rFonts w:ascii="Palatino Linotype" w:hAnsi="Palatino Linotype"/>
                <w:b/>
                <w:bCs/>
              </w:rPr>
              <w:t xml:space="preserve">) </w:t>
            </w:r>
          </w:p>
          <w:p w14:paraId="32B0BFB4" w14:textId="22E44134" w:rsidR="002913FD" w:rsidRPr="007130FA" w:rsidRDefault="00B73390" w:rsidP="002913FD">
            <w:pPr>
              <w:rPr>
                <w:rFonts w:ascii="Palatino Linotype" w:hAnsi="Palatino Linotype"/>
              </w:rPr>
            </w:pPr>
            <w:sdt>
              <w:sdtPr>
                <w:rPr>
                  <w:rFonts w:ascii="Palatino Linotype" w:hAnsi="Palatino Linotype"/>
                  <w:b/>
                  <w:bCs/>
                </w:rPr>
                <w:id w:val="1639609965"/>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5E3D29" w:rsidRPr="000528E8">
              <w:rPr>
                <w:rFonts w:ascii="Palatino Linotype" w:hAnsi="Palatino Linotype"/>
                <w:b/>
                <w:bCs/>
              </w:rPr>
              <w:t xml:space="preserve"> </w:t>
            </w:r>
            <w:r w:rsidR="002913FD" w:rsidRPr="002913FD">
              <w:rPr>
                <w:rFonts w:ascii="Palatino Linotype" w:hAnsi="Palatino Linotype"/>
                <w:b/>
                <w:bCs/>
              </w:rPr>
              <w:t>No</w:t>
            </w:r>
          </w:p>
        </w:tc>
      </w:tr>
      <w:tr w:rsidR="006759FE" w:rsidRPr="007130FA" w14:paraId="5EBB1B16" w14:textId="77777777" w:rsidTr="006759FE">
        <w:trPr>
          <w:jc w:val="center"/>
        </w:trPr>
        <w:tc>
          <w:tcPr>
            <w:tcW w:w="531" w:type="dxa"/>
            <w:vAlign w:val="center"/>
          </w:tcPr>
          <w:p w14:paraId="588399A9" w14:textId="77EF4724" w:rsidR="006759FE" w:rsidRDefault="006759FE" w:rsidP="006759FE">
            <w:pPr>
              <w:jc w:val="center"/>
              <w:rPr>
                <w:rFonts w:ascii="Palatino Linotype" w:hAnsi="Palatino Linotype"/>
                <w:sz w:val="18"/>
                <w:szCs w:val="18"/>
              </w:rPr>
            </w:pPr>
            <w:r>
              <w:rPr>
                <w:rFonts w:ascii="Palatino Linotype" w:hAnsi="Palatino Linotype"/>
                <w:sz w:val="18"/>
                <w:szCs w:val="18"/>
              </w:rPr>
              <w:lastRenderedPageBreak/>
              <w:t>3.4</w:t>
            </w:r>
          </w:p>
        </w:tc>
        <w:tc>
          <w:tcPr>
            <w:tcW w:w="7512" w:type="dxa"/>
          </w:tcPr>
          <w:p w14:paraId="4BAAD4AA" w14:textId="0CD1F6DF" w:rsidR="006759FE" w:rsidRPr="00CD340E" w:rsidRDefault="006759FE" w:rsidP="006759FE">
            <w:pPr>
              <w:rPr>
                <w:rFonts w:ascii="Palatino Linotype" w:hAnsi="Palatino Linotype"/>
              </w:rPr>
            </w:pPr>
            <w:r w:rsidRPr="00CD340E">
              <w:rPr>
                <w:rFonts w:ascii="Palatino Linotype" w:hAnsi="Palatino Linotype"/>
              </w:rPr>
              <w:t>Does your company have a formal anti-bribery and corruption policy in place?</w:t>
            </w:r>
          </w:p>
        </w:tc>
        <w:tc>
          <w:tcPr>
            <w:tcW w:w="5712" w:type="dxa"/>
            <w:vAlign w:val="center"/>
          </w:tcPr>
          <w:p w14:paraId="0BDDDD8D" w14:textId="7E09217A" w:rsidR="006759FE" w:rsidRDefault="00B73390" w:rsidP="006759FE">
            <w:pPr>
              <w:rPr>
                <w:rFonts w:ascii="Palatino Linotype" w:hAnsi="Palatino Linotype"/>
                <w:b/>
                <w:bCs/>
              </w:rPr>
            </w:pPr>
            <w:sdt>
              <w:sdtPr>
                <w:rPr>
                  <w:rFonts w:ascii="Palatino Linotype" w:hAnsi="Palatino Linotype"/>
                  <w:b/>
                  <w:bCs/>
                </w:rPr>
                <w:id w:val="-142898158"/>
                <w14:checkbox>
                  <w14:checked w14:val="0"/>
                  <w14:checkedState w14:val="2612" w14:font="MS Gothic"/>
                  <w14:uncheckedState w14:val="2610" w14:font="MS Gothic"/>
                </w14:checkbox>
              </w:sdtPr>
              <w:sdtEndPr/>
              <w:sdtContent>
                <w:r w:rsidR="006759FE">
                  <w:rPr>
                    <w:rFonts w:ascii="MS Gothic" w:eastAsia="MS Gothic" w:hAnsi="MS Gothic" w:hint="eastAsia"/>
                    <w:b/>
                    <w:bCs/>
                  </w:rPr>
                  <w:t>☐</w:t>
                </w:r>
              </w:sdtContent>
            </w:sdt>
            <w:r w:rsidR="006759FE" w:rsidRPr="000528E8">
              <w:rPr>
                <w:rFonts w:ascii="Palatino Linotype" w:hAnsi="Palatino Linotype"/>
                <w:b/>
                <w:bCs/>
              </w:rPr>
              <w:t xml:space="preserve"> </w:t>
            </w:r>
            <w:r w:rsidR="006759FE" w:rsidRPr="002913FD">
              <w:rPr>
                <w:rFonts w:ascii="Palatino Linotype" w:hAnsi="Palatino Linotype"/>
                <w:b/>
                <w:bCs/>
              </w:rPr>
              <w:t xml:space="preserve">Yes </w:t>
            </w:r>
            <w:r w:rsidR="006759FE" w:rsidRPr="002913FD">
              <w:rPr>
                <w:rFonts w:ascii="Palatino Linotype" w:hAnsi="Palatino Linotype"/>
              </w:rPr>
              <w:t>(</w:t>
            </w:r>
            <w:r w:rsidR="006759FE">
              <w:rPr>
                <w:rFonts w:ascii="Palatino Linotype" w:hAnsi="Palatino Linotype"/>
              </w:rPr>
              <w:t>attach policy</w:t>
            </w:r>
            <w:r w:rsidR="006759FE" w:rsidRPr="002913FD">
              <w:rPr>
                <w:rFonts w:ascii="Palatino Linotype" w:hAnsi="Palatino Linotype"/>
                <w:b/>
                <w:bCs/>
              </w:rPr>
              <w:t xml:space="preserve">) </w:t>
            </w:r>
          </w:p>
          <w:p w14:paraId="73AD69A7" w14:textId="59891A2D" w:rsidR="006759FE" w:rsidRDefault="00B73390" w:rsidP="006759FE">
            <w:pPr>
              <w:rPr>
                <w:rFonts w:ascii="Palatino Linotype" w:hAnsi="Palatino Linotype"/>
                <w:b/>
                <w:bCs/>
              </w:rPr>
            </w:pPr>
            <w:sdt>
              <w:sdtPr>
                <w:rPr>
                  <w:rFonts w:ascii="Palatino Linotype" w:hAnsi="Palatino Linotype"/>
                  <w:b/>
                  <w:bCs/>
                </w:rPr>
                <w:id w:val="-249034451"/>
                <w14:checkbox>
                  <w14:checked w14:val="0"/>
                  <w14:checkedState w14:val="2612" w14:font="MS Gothic"/>
                  <w14:uncheckedState w14:val="2610" w14:font="MS Gothic"/>
                </w14:checkbox>
              </w:sdtPr>
              <w:sdtEndPr/>
              <w:sdtContent>
                <w:r w:rsidR="006759FE">
                  <w:rPr>
                    <w:rFonts w:ascii="MS Gothic" w:eastAsia="MS Gothic" w:hAnsi="MS Gothic" w:hint="eastAsia"/>
                    <w:b/>
                    <w:bCs/>
                  </w:rPr>
                  <w:t>☐</w:t>
                </w:r>
              </w:sdtContent>
            </w:sdt>
            <w:r w:rsidR="006759FE" w:rsidRPr="000528E8">
              <w:rPr>
                <w:rFonts w:ascii="Palatino Linotype" w:hAnsi="Palatino Linotype"/>
                <w:b/>
                <w:bCs/>
              </w:rPr>
              <w:t xml:space="preserve"> </w:t>
            </w:r>
            <w:r w:rsidR="006759FE" w:rsidRPr="002913FD">
              <w:rPr>
                <w:rFonts w:ascii="Palatino Linotype" w:hAnsi="Palatino Linotype"/>
                <w:b/>
                <w:bCs/>
              </w:rPr>
              <w:t>No</w:t>
            </w:r>
          </w:p>
        </w:tc>
      </w:tr>
      <w:tr w:rsidR="006759FE" w:rsidRPr="007130FA" w14:paraId="6783A6BB" w14:textId="77777777" w:rsidTr="006759FE">
        <w:trPr>
          <w:jc w:val="center"/>
        </w:trPr>
        <w:tc>
          <w:tcPr>
            <w:tcW w:w="531" w:type="dxa"/>
            <w:vAlign w:val="center"/>
          </w:tcPr>
          <w:p w14:paraId="545F9E55" w14:textId="04F5853E" w:rsidR="006759FE" w:rsidRPr="002913FD" w:rsidRDefault="006759FE" w:rsidP="006759FE">
            <w:pPr>
              <w:jc w:val="center"/>
              <w:rPr>
                <w:rFonts w:ascii="Palatino Linotype" w:hAnsi="Palatino Linotype"/>
                <w:sz w:val="18"/>
                <w:szCs w:val="18"/>
              </w:rPr>
            </w:pPr>
            <w:r>
              <w:rPr>
                <w:rFonts w:ascii="Palatino Linotype" w:hAnsi="Palatino Linotype"/>
                <w:sz w:val="18"/>
                <w:szCs w:val="18"/>
              </w:rPr>
              <w:t>3.5</w:t>
            </w:r>
          </w:p>
        </w:tc>
        <w:tc>
          <w:tcPr>
            <w:tcW w:w="7512" w:type="dxa"/>
          </w:tcPr>
          <w:p w14:paraId="7BAAB91E" w14:textId="5A0558F7" w:rsidR="006759FE" w:rsidRDefault="006759FE" w:rsidP="006759FE">
            <w:pPr>
              <w:rPr>
                <w:rFonts w:ascii="Palatino Linotype" w:hAnsi="Palatino Linotype"/>
              </w:rPr>
            </w:pPr>
            <w:proofErr w:type="gramStart"/>
            <w:r>
              <w:rPr>
                <w:rFonts w:ascii="Palatino Linotype" w:hAnsi="Palatino Linotype"/>
                <w:b/>
                <w:bCs/>
              </w:rPr>
              <w:t xml:space="preserve">Exploitation </w:t>
            </w:r>
            <w:r w:rsidRPr="00651885">
              <w:rPr>
                <w:rFonts w:ascii="Palatino Linotype" w:hAnsi="Palatino Linotype"/>
                <w:b/>
                <w:bCs/>
              </w:rPr>
              <w:t xml:space="preserve"> /</w:t>
            </w:r>
            <w:proofErr w:type="gramEnd"/>
            <w:r w:rsidRPr="00651885">
              <w:rPr>
                <w:rFonts w:ascii="Palatino Linotype" w:hAnsi="Palatino Linotype"/>
                <w:b/>
                <w:bCs/>
              </w:rPr>
              <w:t xml:space="preserve"> child labor:</w:t>
            </w:r>
            <w:r w:rsidRPr="007130FA">
              <w:rPr>
                <w:rFonts w:ascii="Palatino Linotype" w:hAnsi="Palatino Linotype"/>
              </w:rPr>
              <w:t xml:space="preserve"> </w:t>
            </w:r>
          </w:p>
          <w:p w14:paraId="29556D63" w14:textId="1A32D379" w:rsidR="006759FE" w:rsidRPr="007130FA" w:rsidRDefault="006759FE" w:rsidP="006759FE">
            <w:pPr>
              <w:rPr>
                <w:rFonts w:ascii="Palatino Linotype" w:hAnsi="Palatino Linotype"/>
              </w:rPr>
            </w:pPr>
            <w:r w:rsidRPr="007130FA">
              <w:rPr>
                <w:rFonts w:ascii="Palatino Linotype" w:hAnsi="Palatino Linotype"/>
              </w:rPr>
              <w:t xml:space="preserve">Confirm you prohibit </w:t>
            </w:r>
            <w:r>
              <w:rPr>
                <w:rFonts w:ascii="Palatino Linotype" w:hAnsi="Palatino Linotype"/>
              </w:rPr>
              <w:t xml:space="preserve">exploitation </w:t>
            </w:r>
            <w:r w:rsidRPr="007130FA">
              <w:rPr>
                <w:rFonts w:ascii="Palatino Linotype" w:hAnsi="Palatino Linotype"/>
              </w:rPr>
              <w:t>and child labor in your operations and supply chain.</w:t>
            </w:r>
          </w:p>
        </w:tc>
        <w:tc>
          <w:tcPr>
            <w:tcW w:w="5712" w:type="dxa"/>
            <w:vAlign w:val="center"/>
          </w:tcPr>
          <w:p w14:paraId="1A0BC1D9" w14:textId="0523E584" w:rsidR="006759FE" w:rsidRPr="002913FD" w:rsidRDefault="00B73390" w:rsidP="006759FE">
            <w:pPr>
              <w:rPr>
                <w:rFonts w:ascii="Palatino Linotype" w:hAnsi="Palatino Linotype"/>
                <w:b/>
                <w:bCs/>
              </w:rPr>
            </w:pPr>
            <w:sdt>
              <w:sdtPr>
                <w:rPr>
                  <w:rFonts w:ascii="Palatino Linotype" w:hAnsi="Palatino Linotype"/>
                  <w:b/>
                  <w:bCs/>
                </w:rPr>
                <w:id w:val="729579456"/>
                <w14:checkbox>
                  <w14:checked w14:val="0"/>
                  <w14:checkedState w14:val="2612" w14:font="MS Gothic"/>
                  <w14:uncheckedState w14:val="2610" w14:font="MS Gothic"/>
                </w14:checkbox>
              </w:sdtPr>
              <w:sdtEndPr/>
              <w:sdtContent>
                <w:r w:rsidR="006759FE">
                  <w:rPr>
                    <w:rFonts w:ascii="MS Gothic" w:eastAsia="MS Gothic" w:hAnsi="MS Gothic" w:hint="eastAsia"/>
                    <w:b/>
                    <w:bCs/>
                  </w:rPr>
                  <w:t>☐</w:t>
                </w:r>
              </w:sdtContent>
            </w:sdt>
            <w:r w:rsidR="006759FE" w:rsidRPr="000528E8">
              <w:rPr>
                <w:rFonts w:ascii="Palatino Linotype" w:hAnsi="Palatino Linotype"/>
                <w:b/>
                <w:bCs/>
              </w:rPr>
              <w:t xml:space="preserve"> </w:t>
            </w:r>
            <w:r w:rsidR="006759FE" w:rsidRPr="002913FD">
              <w:rPr>
                <w:rFonts w:ascii="Palatino Linotype" w:hAnsi="Palatino Linotype"/>
                <w:b/>
                <w:bCs/>
              </w:rPr>
              <w:t xml:space="preserve">Yes </w:t>
            </w:r>
            <w:r w:rsidR="006759FE" w:rsidRPr="002913FD">
              <w:rPr>
                <w:rFonts w:ascii="Palatino Linotype" w:hAnsi="Palatino Linotype"/>
              </w:rPr>
              <w:t>(</w:t>
            </w:r>
            <w:r w:rsidR="006759FE">
              <w:rPr>
                <w:rFonts w:ascii="Palatino Linotype" w:hAnsi="Palatino Linotype"/>
              </w:rPr>
              <w:t xml:space="preserve">sign </w:t>
            </w:r>
            <w:r w:rsidR="006759FE" w:rsidRPr="002913FD">
              <w:rPr>
                <w:rFonts w:ascii="Palatino Linotype" w:hAnsi="Palatino Linotype"/>
              </w:rPr>
              <w:t>declaration)</w:t>
            </w:r>
            <w:r w:rsidR="006759FE" w:rsidRPr="002913FD">
              <w:rPr>
                <w:rFonts w:ascii="Palatino Linotype" w:hAnsi="Palatino Linotype"/>
                <w:b/>
                <w:bCs/>
              </w:rPr>
              <w:t xml:space="preserve"> </w:t>
            </w:r>
          </w:p>
          <w:p w14:paraId="4D524090" w14:textId="1F062BF8" w:rsidR="006759FE" w:rsidRPr="007130FA" w:rsidRDefault="00B73390" w:rsidP="006759FE">
            <w:pPr>
              <w:rPr>
                <w:rFonts w:ascii="Palatino Linotype" w:hAnsi="Palatino Linotype"/>
              </w:rPr>
            </w:pPr>
            <w:sdt>
              <w:sdtPr>
                <w:rPr>
                  <w:rFonts w:ascii="Palatino Linotype" w:hAnsi="Palatino Linotype"/>
                  <w:b/>
                  <w:bCs/>
                </w:rPr>
                <w:id w:val="-1325431428"/>
                <w14:checkbox>
                  <w14:checked w14:val="0"/>
                  <w14:checkedState w14:val="2612" w14:font="MS Gothic"/>
                  <w14:uncheckedState w14:val="2610" w14:font="MS Gothic"/>
                </w14:checkbox>
              </w:sdtPr>
              <w:sdtEndPr/>
              <w:sdtContent>
                <w:r w:rsidR="006759FE">
                  <w:rPr>
                    <w:rFonts w:ascii="MS Gothic" w:eastAsia="MS Gothic" w:hAnsi="MS Gothic" w:hint="eastAsia"/>
                    <w:b/>
                    <w:bCs/>
                  </w:rPr>
                  <w:t>☐</w:t>
                </w:r>
              </w:sdtContent>
            </w:sdt>
            <w:r w:rsidR="006759FE" w:rsidRPr="000528E8">
              <w:rPr>
                <w:rFonts w:ascii="Palatino Linotype" w:hAnsi="Palatino Linotype"/>
                <w:b/>
                <w:bCs/>
              </w:rPr>
              <w:t xml:space="preserve"> </w:t>
            </w:r>
            <w:r w:rsidR="006759FE" w:rsidRPr="002913FD">
              <w:rPr>
                <w:rFonts w:ascii="Palatino Linotype" w:hAnsi="Palatino Linotype"/>
                <w:b/>
                <w:bCs/>
              </w:rPr>
              <w:t>No</w:t>
            </w:r>
          </w:p>
        </w:tc>
      </w:tr>
      <w:tr w:rsidR="006759FE" w:rsidRPr="007130FA" w14:paraId="6D10E7EF" w14:textId="77777777" w:rsidTr="006759FE">
        <w:trPr>
          <w:jc w:val="center"/>
        </w:trPr>
        <w:tc>
          <w:tcPr>
            <w:tcW w:w="531" w:type="dxa"/>
            <w:vAlign w:val="center"/>
          </w:tcPr>
          <w:p w14:paraId="766E6399" w14:textId="149E287B" w:rsidR="006759FE" w:rsidRDefault="006759FE" w:rsidP="006759FE">
            <w:pPr>
              <w:jc w:val="center"/>
              <w:rPr>
                <w:rFonts w:ascii="Palatino Linotype" w:hAnsi="Palatino Linotype"/>
                <w:sz w:val="18"/>
                <w:szCs w:val="18"/>
              </w:rPr>
            </w:pPr>
            <w:r>
              <w:rPr>
                <w:rFonts w:ascii="Palatino Linotype" w:hAnsi="Palatino Linotype"/>
                <w:sz w:val="18"/>
                <w:szCs w:val="18"/>
              </w:rPr>
              <w:t>3.6</w:t>
            </w:r>
          </w:p>
        </w:tc>
        <w:tc>
          <w:tcPr>
            <w:tcW w:w="7512" w:type="dxa"/>
          </w:tcPr>
          <w:p w14:paraId="03EFE1CB" w14:textId="70952C51" w:rsidR="006759FE" w:rsidRPr="00865903" w:rsidDel="006759FE" w:rsidRDefault="006759FE" w:rsidP="006759FE">
            <w:pPr>
              <w:rPr>
                <w:rFonts w:ascii="Palatino Linotype" w:hAnsi="Palatino Linotype"/>
              </w:rPr>
            </w:pPr>
            <w:r w:rsidRPr="00865903">
              <w:rPr>
                <w:rFonts w:ascii="Palatino Linotype" w:hAnsi="Palatino Linotype"/>
              </w:rPr>
              <w:t>Does your company have a formal policy prohibiting exploitation and child labor?</w:t>
            </w:r>
          </w:p>
        </w:tc>
        <w:tc>
          <w:tcPr>
            <w:tcW w:w="5712" w:type="dxa"/>
            <w:vAlign w:val="center"/>
          </w:tcPr>
          <w:p w14:paraId="163A4D78" w14:textId="06FA2F73" w:rsidR="006759FE" w:rsidRPr="002913FD" w:rsidRDefault="00B73390" w:rsidP="006759FE">
            <w:pPr>
              <w:rPr>
                <w:rFonts w:ascii="Palatino Linotype" w:hAnsi="Palatino Linotype"/>
                <w:b/>
                <w:bCs/>
              </w:rPr>
            </w:pPr>
            <w:sdt>
              <w:sdtPr>
                <w:rPr>
                  <w:rFonts w:ascii="Palatino Linotype" w:hAnsi="Palatino Linotype"/>
                  <w:b/>
                  <w:bCs/>
                </w:rPr>
                <w:id w:val="-191310800"/>
                <w14:checkbox>
                  <w14:checked w14:val="0"/>
                  <w14:checkedState w14:val="2612" w14:font="MS Gothic"/>
                  <w14:uncheckedState w14:val="2610" w14:font="MS Gothic"/>
                </w14:checkbox>
              </w:sdtPr>
              <w:sdtEndPr/>
              <w:sdtContent>
                <w:r w:rsidR="006759FE">
                  <w:rPr>
                    <w:rFonts w:ascii="MS Gothic" w:eastAsia="MS Gothic" w:hAnsi="MS Gothic" w:hint="eastAsia"/>
                    <w:b/>
                    <w:bCs/>
                  </w:rPr>
                  <w:t>☐</w:t>
                </w:r>
              </w:sdtContent>
            </w:sdt>
            <w:r w:rsidR="006759FE" w:rsidRPr="000528E8">
              <w:rPr>
                <w:rFonts w:ascii="Palatino Linotype" w:hAnsi="Palatino Linotype"/>
                <w:b/>
                <w:bCs/>
              </w:rPr>
              <w:t xml:space="preserve"> </w:t>
            </w:r>
            <w:r w:rsidR="006759FE" w:rsidRPr="002913FD">
              <w:rPr>
                <w:rFonts w:ascii="Palatino Linotype" w:hAnsi="Palatino Linotype"/>
                <w:b/>
                <w:bCs/>
              </w:rPr>
              <w:t xml:space="preserve">Yes </w:t>
            </w:r>
            <w:r w:rsidR="006759FE" w:rsidRPr="002913FD">
              <w:rPr>
                <w:rFonts w:ascii="Palatino Linotype" w:hAnsi="Palatino Linotype"/>
              </w:rPr>
              <w:t>(</w:t>
            </w:r>
            <w:r w:rsidR="006759FE">
              <w:rPr>
                <w:rFonts w:ascii="Palatino Linotype" w:hAnsi="Palatino Linotype"/>
              </w:rPr>
              <w:t>attach policy</w:t>
            </w:r>
            <w:r w:rsidR="006759FE" w:rsidRPr="002913FD">
              <w:rPr>
                <w:rFonts w:ascii="Palatino Linotype" w:hAnsi="Palatino Linotype"/>
              </w:rPr>
              <w:t>)</w:t>
            </w:r>
            <w:r w:rsidR="006759FE" w:rsidRPr="002913FD">
              <w:rPr>
                <w:rFonts w:ascii="Palatino Linotype" w:hAnsi="Palatino Linotype"/>
                <w:b/>
                <w:bCs/>
              </w:rPr>
              <w:t xml:space="preserve"> </w:t>
            </w:r>
          </w:p>
          <w:p w14:paraId="24B5C9F1" w14:textId="55BAA7EB" w:rsidR="006759FE" w:rsidRDefault="00B73390" w:rsidP="006759FE">
            <w:pPr>
              <w:rPr>
                <w:rFonts w:ascii="Palatino Linotype" w:hAnsi="Palatino Linotype"/>
                <w:b/>
                <w:bCs/>
              </w:rPr>
            </w:pPr>
            <w:sdt>
              <w:sdtPr>
                <w:rPr>
                  <w:rFonts w:ascii="Palatino Linotype" w:hAnsi="Palatino Linotype"/>
                  <w:b/>
                  <w:bCs/>
                </w:rPr>
                <w:id w:val="-1354951592"/>
                <w14:checkbox>
                  <w14:checked w14:val="0"/>
                  <w14:checkedState w14:val="2612" w14:font="MS Gothic"/>
                  <w14:uncheckedState w14:val="2610" w14:font="MS Gothic"/>
                </w14:checkbox>
              </w:sdtPr>
              <w:sdtEndPr/>
              <w:sdtContent>
                <w:r w:rsidR="006759FE">
                  <w:rPr>
                    <w:rFonts w:ascii="MS Gothic" w:eastAsia="MS Gothic" w:hAnsi="MS Gothic" w:hint="eastAsia"/>
                    <w:b/>
                    <w:bCs/>
                  </w:rPr>
                  <w:t>☐</w:t>
                </w:r>
              </w:sdtContent>
            </w:sdt>
            <w:r w:rsidR="006759FE" w:rsidRPr="000528E8">
              <w:rPr>
                <w:rFonts w:ascii="Palatino Linotype" w:hAnsi="Palatino Linotype"/>
                <w:b/>
                <w:bCs/>
              </w:rPr>
              <w:t xml:space="preserve"> </w:t>
            </w:r>
            <w:r w:rsidR="006759FE" w:rsidRPr="002913FD">
              <w:rPr>
                <w:rFonts w:ascii="Palatino Linotype" w:hAnsi="Palatino Linotype"/>
                <w:b/>
                <w:bCs/>
              </w:rPr>
              <w:t>No</w:t>
            </w:r>
          </w:p>
        </w:tc>
      </w:tr>
      <w:tr w:rsidR="006759FE" w:rsidRPr="007130FA" w14:paraId="5370164A" w14:textId="77777777" w:rsidTr="006759FE">
        <w:trPr>
          <w:jc w:val="center"/>
        </w:trPr>
        <w:tc>
          <w:tcPr>
            <w:tcW w:w="531" w:type="dxa"/>
            <w:vAlign w:val="center"/>
          </w:tcPr>
          <w:p w14:paraId="78DE2B99" w14:textId="2894C780" w:rsidR="006759FE" w:rsidRPr="002913FD" w:rsidRDefault="006759FE" w:rsidP="006759FE">
            <w:pPr>
              <w:jc w:val="center"/>
              <w:rPr>
                <w:rFonts w:ascii="Palatino Linotype" w:hAnsi="Palatino Linotype"/>
                <w:sz w:val="18"/>
                <w:szCs w:val="18"/>
              </w:rPr>
            </w:pPr>
            <w:r>
              <w:rPr>
                <w:rFonts w:ascii="Palatino Linotype" w:hAnsi="Palatino Linotype"/>
                <w:sz w:val="18"/>
                <w:szCs w:val="18"/>
              </w:rPr>
              <w:t>3.7</w:t>
            </w:r>
          </w:p>
        </w:tc>
        <w:tc>
          <w:tcPr>
            <w:tcW w:w="7512" w:type="dxa"/>
          </w:tcPr>
          <w:p w14:paraId="3150F8F0" w14:textId="77777777" w:rsidR="006759FE" w:rsidRPr="00651885" w:rsidRDefault="006759FE" w:rsidP="006759FE">
            <w:pPr>
              <w:rPr>
                <w:rFonts w:ascii="Palatino Linotype" w:hAnsi="Palatino Linotype"/>
                <w:b/>
                <w:bCs/>
              </w:rPr>
            </w:pPr>
            <w:r w:rsidRPr="00651885">
              <w:rPr>
                <w:rFonts w:ascii="Palatino Linotype" w:hAnsi="Palatino Linotype"/>
                <w:b/>
                <w:bCs/>
              </w:rPr>
              <w:t xml:space="preserve">Subcontracting: </w:t>
            </w:r>
          </w:p>
          <w:p w14:paraId="40A04CA5" w14:textId="5F8CA2DE" w:rsidR="006759FE" w:rsidRPr="007130FA" w:rsidRDefault="006759FE" w:rsidP="006759FE">
            <w:pPr>
              <w:rPr>
                <w:rFonts w:ascii="Palatino Linotype" w:hAnsi="Palatino Linotype"/>
              </w:rPr>
            </w:pPr>
            <w:r w:rsidRPr="007130FA">
              <w:rPr>
                <w:rFonts w:ascii="Palatino Linotype" w:hAnsi="Palatino Linotype"/>
              </w:rPr>
              <w:t>Will you use subcontractors to deliver the scope for BSC?</w:t>
            </w:r>
          </w:p>
        </w:tc>
        <w:tc>
          <w:tcPr>
            <w:tcW w:w="5712" w:type="dxa"/>
            <w:vAlign w:val="center"/>
          </w:tcPr>
          <w:p w14:paraId="4D5352A1" w14:textId="30A13076" w:rsidR="006759FE" w:rsidRPr="00651885" w:rsidRDefault="00B73390" w:rsidP="006759FE">
            <w:pPr>
              <w:rPr>
                <w:rFonts w:ascii="Palatino Linotype" w:hAnsi="Palatino Linotype"/>
                <w:b/>
                <w:bCs/>
              </w:rPr>
            </w:pPr>
            <w:sdt>
              <w:sdtPr>
                <w:rPr>
                  <w:rFonts w:ascii="Palatino Linotype" w:hAnsi="Palatino Linotype"/>
                  <w:b/>
                  <w:bCs/>
                </w:rPr>
                <w:id w:val="1903476326"/>
                <w14:checkbox>
                  <w14:checked w14:val="0"/>
                  <w14:checkedState w14:val="2612" w14:font="MS Gothic"/>
                  <w14:uncheckedState w14:val="2610" w14:font="MS Gothic"/>
                </w14:checkbox>
              </w:sdtPr>
              <w:sdtEndPr/>
              <w:sdtContent>
                <w:r w:rsidR="006759FE">
                  <w:rPr>
                    <w:rFonts w:ascii="MS Gothic" w:eastAsia="MS Gothic" w:hAnsi="MS Gothic" w:hint="eastAsia"/>
                    <w:b/>
                    <w:bCs/>
                  </w:rPr>
                  <w:t>☐</w:t>
                </w:r>
              </w:sdtContent>
            </w:sdt>
            <w:r w:rsidR="006759FE" w:rsidRPr="000528E8">
              <w:rPr>
                <w:rFonts w:ascii="Palatino Linotype" w:hAnsi="Palatino Linotype"/>
                <w:b/>
                <w:bCs/>
              </w:rPr>
              <w:t xml:space="preserve"> </w:t>
            </w:r>
            <w:r w:rsidR="006759FE" w:rsidRPr="00651885">
              <w:rPr>
                <w:rFonts w:ascii="Palatino Linotype" w:hAnsi="Palatino Linotype"/>
                <w:b/>
                <w:bCs/>
              </w:rPr>
              <w:t xml:space="preserve">Yes </w:t>
            </w:r>
            <w:r w:rsidR="006759FE" w:rsidRPr="00651885">
              <w:rPr>
                <w:rFonts w:ascii="Palatino Linotype" w:hAnsi="Palatino Linotype"/>
              </w:rPr>
              <w:t>(describe controls and provide list if known)</w:t>
            </w:r>
          </w:p>
          <w:p w14:paraId="60A92151" w14:textId="1704C89E" w:rsidR="006759FE" w:rsidRPr="007130FA" w:rsidRDefault="00B73390" w:rsidP="006759FE">
            <w:pPr>
              <w:rPr>
                <w:rFonts w:ascii="Palatino Linotype" w:hAnsi="Palatino Linotype"/>
              </w:rPr>
            </w:pPr>
            <w:sdt>
              <w:sdtPr>
                <w:rPr>
                  <w:rFonts w:ascii="Palatino Linotype" w:hAnsi="Palatino Linotype"/>
                  <w:b/>
                  <w:bCs/>
                </w:rPr>
                <w:id w:val="1906951960"/>
                <w14:checkbox>
                  <w14:checked w14:val="0"/>
                  <w14:checkedState w14:val="2612" w14:font="MS Gothic"/>
                  <w14:uncheckedState w14:val="2610" w14:font="MS Gothic"/>
                </w14:checkbox>
              </w:sdtPr>
              <w:sdtEndPr/>
              <w:sdtContent>
                <w:r w:rsidR="006759FE">
                  <w:rPr>
                    <w:rFonts w:ascii="MS Gothic" w:eastAsia="MS Gothic" w:hAnsi="MS Gothic" w:hint="eastAsia"/>
                    <w:b/>
                    <w:bCs/>
                  </w:rPr>
                  <w:t>☐</w:t>
                </w:r>
              </w:sdtContent>
            </w:sdt>
            <w:r w:rsidR="006759FE" w:rsidRPr="000528E8">
              <w:rPr>
                <w:rFonts w:ascii="Palatino Linotype" w:hAnsi="Palatino Linotype"/>
                <w:b/>
                <w:bCs/>
              </w:rPr>
              <w:t xml:space="preserve"> </w:t>
            </w:r>
            <w:r w:rsidR="006759FE" w:rsidRPr="00651885">
              <w:rPr>
                <w:rFonts w:ascii="Palatino Linotype" w:hAnsi="Palatino Linotype"/>
                <w:b/>
                <w:bCs/>
              </w:rPr>
              <w:t>No</w:t>
            </w:r>
            <w:r w:rsidR="006759FE" w:rsidRPr="00651885" w:rsidDel="006759FE">
              <w:rPr>
                <w:rFonts w:ascii="Palatino Linotype" w:hAnsi="Palatino Linotype"/>
                <w:b/>
                <w:bCs/>
              </w:rPr>
              <w:t xml:space="preserve"> </w:t>
            </w:r>
          </w:p>
        </w:tc>
      </w:tr>
    </w:tbl>
    <w:p w14:paraId="2C1EF360" w14:textId="77777777" w:rsidR="00AC743A" w:rsidRPr="00F06DD8" w:rsidRDefault="007704F9">
      <w:pPr>
        <w:pStyle w:val="Heading2"/>
        <w:rPr>
          <w:rFonts w:ascii="Palatino Linotype" w:hAnsi="Palatino Linotype"/>
          <w:color w:val="984806" w:themeColor="accent6" w:themeShade="80"/>
        </w:rPr>
      </w:pPr>
      <w:r w:rsidRPr="00F06DD8">
        <w:rPr>
          <w:rFonts w:ascii="Palatino Linotype" w:hAnsi="Palatino Linotype"/>
          <w:color w:val="984806" w:themeColor="accent6" w:themeShade="80"/>
        </w:rPr>
        <w:t>4. Quality Management and Traceability</w:t>
      </w:r>
    </w:p>
    <w:tbl>
      <w:tblPr>
        <w:tblStyle w:val="TableGrid"/>
        <w:tblW w:w="0" w:type="auto"/>
        <w:jc w:val="center"/>
        <w:tblLook w:val="04A0" w:firstRow="1" w:lastRow="0" w:firstColumn="1" w:lastColumn="0" w:noHBand="0" w:noVBand="1"/>
      </w:tblPr>
      <w:tblGrid>
        <w:gridCol w:w="505"/>
        <w:gridCol w:w="7512"/>
        <w:gridCol w:w="5712"/>
      </w:tblGrid>
      <w:tr w:rsidR="00915FF7" w:rsidRPr="007130FA" w14:paraId="7B6E54F7" w14:textId="77777777" w:rsidTr="00C850A8">
        <w:trPr>
          <w:trHeight w:val="411"/>
          <w:jc w:val="center"/>
        </w:trPr>
        <w:tc>
          <w:tcPr>
            <w:tcW w:w="8017" w:type="dxa"/>
            <w:gridSpan w:val="2"/>
            <w:shd w:val="clear" w:color="auto" w:fill="F2F2F2"/>
            <w:vAlign w:val="center"/>
          </w:tcPr>
          <w:p w14:paraId="3A6B6AC3" w14:textId="1F32639E" w:rsidR="00915FF7" w:rsidRPr="007130FA" w:rsidRDefault="00915FF7" w:rsidP="00915FF7">
            <w:pPr>
              <w:jc w:val="center"/>
              <w:rPr>
                <w:rFonts w:ascii="Palatino Linotype" w:hAnsi="Palatino Linotype"/>
              </w:rPr>
            </w:pPr>
            <w:r w:rsidRPr="007130FA">
              <w:rPr>
                <w:rFonts w:ascii="Palatino Linotype" w:hAnsi="Palatino Linotype"/>
                <w:b/>
              </w:rPr>
              <w:t>Question / Requirement</w:t>
            </w:r>
          </w:p>
        </w:tc>
        <w:tc>
          <w:tcPr>
            <w:tcW w:w="5712" w:type="dxa"/>
            <w:shd w:val="clear" w:color="auto" w:fill="F2F2F2"/>
            <w:vAlign w:val="center"/>
          </w:tcPr>
          <w:p w14:paraId="45EBA038" w14:textId="77777777" w:rsidR="00915FF7" w:rsidRPr="007130FA" w:rsidRDefault="00915FF7" w:rsidP="00915FF7">
            <w:pPr>
              <w:jc w:val="center"/>
              <w:rPr>
                <w:rFonts w:ascii="Palatino Linotype" w:hAnsi="Palatino Linotype"/>
              </w:rPr>
            </w:pPr>
            <w:r w:rsidRPr="007130FA">
              <w:rPr>
                <w:rFonts w:ascii="Palatino Linotype" w:hAnsi="Palatino Linotype"/>
                <w:b/>
              </w:rPr>
              <w:t>Vendor Response</w:t>
            </w:r>
          </w:p>
        </w:tc>
      </w:tr>
      <w:tr w:rsidR="00915FF7" w:rsidRPr="007130FA" w14:paraId="37FF2173" w14:textId="77777777" w:rsidTr="00C850A8">
        <w:trPr>
          <w:jc w:val="center"/>
        </w:trPr>
        <w:tc>
          <w:tcPr>
            <w:tcW w:w="505" w:type="dxa"/>
            <w:vAlign w:val="center"/>
          </w:tcPr>
          <w:p w14:paraId="0A887E4C" w14:textId="74E391D3" w:rsidR="00915FF7" w:rsidRPr="00915FF7" w:rsidRDefault="00915FF7" w:rsidP="00915FF7">
            <w:pPr>
              <w:jc w:val="center"/>
              <w:rPr>
                <w:rFonts w:ascii="Palatino Linotype" w:hAnsi="Palatino Linotype"/>
                <w:sz w:val="18"/>
                <w:szCs w:val="18"/>
              </w:rPr>
            </w:pPr>
            <w:r w:rsidRPr="00915FF7">
              <w:rPr>
                <w:rFonts w:ascii="Palatino Linotype" w:hAnsi="Palatino Linotype"/>
                <w:sz w:val="18"/>
                <w:szCs w:val="18"/>
              </w:rPr>
              <w:t>4.1</w:t>
            </w:r>
          </w:p>
        </w:tc>
        <w:tc>
          <w:tcPr>
            <w:tcW w:w="7512" w:type="dxa"/>
            <w:vAlign w:val="center"/>
          </w:tcPr>
          <w:p w14:paraId="133925A5" w14:textId="77777777" w:rsidR="00F07256" w:rsidRPr="00F07256" w:rsidRDefault="00915FF7" w:rsidP="00254C64">
            <w:pPr>
              <w:rPr>
                <w:rFonts w:ascii="Palatino Linotype" w:hAnsi="Palatino Linotype"/>
                <w:b/>
                <w:bCs/>
              </w:rPr>
            </w:pPr>
            <w:r w:rsidRPr="00F07256">
              <w:rPr>
                <w:rFonts w:ascii="Palatino Linotype" w:hAnsi="Palatino Linotype"/>
                <w:b/>
                <w:bCs/>
              </w:rPr>
              <w:t xml:space="preserve">Quality Management System (QMS): </w:t>
            </w:r>
          </w:p>
          <w:p w14:paraId="52BE72A7" w14:textId="28FD29CB" w:rsidR="00915FF7" w:rsidRPr="007130FA" w:rsidRDefault="00915FF7" w:rsidP="00254C64">
            <w:pPr>
              <w:rPr>
                <w:rFonts w:ascii="Palatino Linotype" w:hAnsi="Palatino Linotype"/>
              </w:rPr>
            </w:pPr>
            <w:r w:rsidRPr="007130FA">
              <w:rPr>
                <w:rFonts w:ascii="Palatino Linotype" w:hAnsi="Palatino Linotype"/>
              </w:rPr>
              <w:t>Do you maintain an internal QMS?</w:t>
            </w:r>
          </w:p>
        </w:tc>
        <w:tc>
          <w:tcPr>
            <w:tcW w:w="5712" w:type="dxa"/>
          </w:tcPr>
          <w:p w14:paraId="44B22474" w14:textId="51DB54DB" w:rsidR="00915FF7" w:rsidRPr="00915FF7" w:rsidRDefault="00B73390">
            <w:pPr>
              <w:rPr>
                <w:rFonts w:ascii="Palatino Linotype" w:hAnsi="Palatino Linotype"/>
                <w:b/>
                <w:bCs/>
              </w:rPr>
            </w:pPr>
            <w:sdt>
              <w:sdtPr>
                <w:rPr>
                  <w:rFonts w:ascii="Palatino Linotype" w:hAnsi="Palatino Linotype"/>
                  <w:b/>
                  <w:bCs/>
                </w:rPr>
                <w:id w:val="209855246"/>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915FF7" w:rsidRPr="00915FF7">
              <w:rPr>
                <w:rFonts w:ascii="Palatino Linotype" w:hAnsi="Palatino Linotype"/>
                <w:b/>
                <w:bCs/>
              </w:rPr>
              <w:t>Yes</w:t>
            </w:r>
            <w:r w:rsidR="008F4270">
              <w:rPr>
                <w:rFonts w:ascii="Palatino Linotype" w:hAnsi="Palatino Linotype"/>
                <w:b/>
                <w:bCs/>
                <w:lang w:val="ru-RU"/>
              </w:rPr>
              <w:t xml:space="preserve"> </w:t>
            </w:r>
            <w:r w:rsidR="00CF5113" w:rsidRPr="00CF5113">
              <w:rPr>
                <w:rFonts w:ascii="Palatino Linotype" w:hAnsi="Palatino Linotype"/>
                <w:color w:val="000000" w:themeColor="text1"/>
                <w:lang w:val="ru-RU"/>
              </w:rPr>
              <w:t>(</w:t>
            </w:r>
            <w:r w:rsidR="00CF5113" w:rsidRPr="00CF5113">
              <w:rPr>
                <w:rFonts w:ascii="Palatino Linotype" w:hAnsi="Palatino Linotype"/>
                <w:color w:val="000000" w:themeColor="text1"/>
              </w:rPr>
              <w:t>d</w:t>
            </w:r>
            <w:r w:rsidR="00915FF7" w:rsidRPr="00CF5113">
              <w:rPr>
                <w:rFonts w:ascii="Palatino Linotype" w:hAnsi="Palatino Linotype"/>
                <w:color w:val="000000" w:themeColor="text1"/>
              </w:rPr>
              <w:t>escribe briefly</w:t>
            </w:r>
            <w:r w:rsidR="00CF5113" w:rsidRPr="00CF5113">
              <w:rPr>
                <w:rFonts w:ascii="Palatino Linotype" w:hAnsi="Palatino Linotype"/>
                <w:color w:val="000000" w:themeColor="text1"/>
              </w:rPr>
              <w:t>)</w:t>
            </w:r>
          </w:p>
          <w:p w14:paraId="6F41524C" w14:textId="3C291CB5" w:rsidR="00915FF7" w:rsidRPr="00915FF7" w:rsidRDefault="00B73390">
            <w:pPr>
              <w:rPr>
                <w:rFonts w:ascii="Palatino Linotype" w:hAnsi="Palatino Linotype"/>
                <w:b/>
                <w:bCs/>
              </w:rPr>
            </w:pPr>
            <w:sdt>
              <w:sdtPr>
                <w:rPr>
                  <w:rFonts w:ascii="Palatino Linotype" w:hAnsi="Palatino Linotype"/>
                  <w:b/>
                  <w:bCs/>
                </w:rPr>
                <w:id w:val="-1755119428"/>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915FF7" w:rsidRPr="00915FF7">
              <w:rPr>
                <w:rFonts w:ascii="Palatino Linotype" w:hAnsi="Palatino Linotype"/>
                <w:b/>
                <w:bCs/>
              </w:rPr>
              <w:t xml:space="preserve">No  </w:t>
            </w:r>
          </w:p>
        </w:tc>
      </w:tr>
      <w:tr w:rsidR="00915FF7" w:rsidRPr="007130FA" w14:paraId="08C0C2FE" w14:textId="77777777" w:rsidTr="00C850A8">
        <w:trPr>
          <w:jc w:val="center"/>
        </w:trPr>
        <w:tc>
          <w:tcPr>
            <w:tcW w:w="505" w:type="dxa"/>
            <w:vAlign w:val="center"/>
          </w:tcPr>
          <w:p w14:paraId="109F7B5C" w14:textId="419D7538" w:rsidR="00915FF7" w:rsidRPr="00915FF7" w:rsidRDefault="00915FF7" w:rsidP="00915FF7">
            <w:pPr>
              <w:jc w:val="center"/>
              <w:rPr>
                <w:rFonts w:ascii="Palatino Linotype" w:hAnsi="Palatino Linotype"/>
                <w:sz w:val="18"/>
                <w:szCs w:val="18"/>
              </w:rPr>
            </w:pPr>
            <w:r w:rsidRPr="00915FF7">
              <w:rPr>
                <w:rFonts w:ascii="Palatino Linotype" w:hAnsi="Palatino Linotype"/>
                <w:sz w:val="18"/>
                <w:szCs w:val="18"/>
              </w:rPr>
              <w:t>4.2</w:t>
            </w:r>
          </w:p>
        </w:tc>
        <w:tc>
          <w:tcPr>
            <w:tcW w:w="7512" w:type="dxa"/>
            <w:vAlign w:val="center"/>
          </w:tcPr>
          <w:p w14:paraId="51B30BB9" w14:textId="4B232CE3" w:rsidR="00915FF7" w:rsidRPr="00F07256" w:rsidRDefault="00915FF7" w:rsidP="00254C64">
            <w:pPr>
              <w:rPr>
                <w:rFonts w:ascii="Palatino Linotype" w:hAnsi="Palatino Linotype"/>
                <w:b/>
                <w:bCs/>
              </w:rPr>
            </w:pPr>
            <w:r w:rsidRPr="00F07256">
              <w:rPr>
                <w:rFonts w:ascii="Palatino Linotype" w:hAnsi="Palatino Linotype"/>
                <w:b/>
                <w:bCs/>
              </w:rPr>
              <w:t>ISO 9001 certification (if applicable)</w:t>
            </w:r>
          </w:p>
        </w:tc>
        <w:tc>
          <w:tcPr>
            <w:tcW w:w="5712" w:type="dxa"/>
          </w:tcPr>
          <w:p w14:paraId="16458ED7" w14:textId="46575769" w:rsidR="00915FF7" w:rsidRPr="00915FF7" w:rsidRDefault="00B73390">
            <w:pPr>
              <w:rPr>
                <w:rFonts w:ascii="Palatino Linotype" w:hAnsi="Palatino Linotype"/>
                <w:b/>
                <w:bCs/>
              </w:rPr>
            </w:pPr>
            <w:sdt>
              <w:sdtPr>
                <w:rPr>
                  <w:rFonts w:ascii="Palatino Linotype" w:hAnsi="Palatino Linotype"/>
                  <w:b/>
                  <w:bCs/>
                </w:rPr>
                <w:id w:val="-885565285"/>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915FF7" w:rsidRPr="00915FF7">
              <w:rPr>
                <w:rFonts w:ascii="Palatino Linotype" w:hAnsi="Palatino Linotype"/>
                <w:b/>
                <w:bCs/>
              </w:rPr>
              <w:t xml:space="preserve">Certified </w:t>
            </w:r>
            <w:r w:rsidR="00915FF7" w:rsidRPr="00915FF7">
              <w:rPr>
                <w:rFonts w:ascii="Palatino Linotype" w:hAnsi="Palatino Linotype"/>
                <w:color w:val="000000" w:themeColor="text1"/>
              </w:rPr>
              <w:t>(attach certificate + scope + expiry)</w:t>
            </w:r>
            <w:r w:rsidR="00915FF7" w:rsidRPr="00915FF7">
              <w:rPr>
                <w:rFonts w:ascii="Palatino Linotype" w:hAnsi="Palatino Linotype"/>
                <w:b/>
                <w:bCs/>
                <w:color w:val="000000" w:themeColor="text1"/>
              </w:rPr>
              <w:t xml:space="preserve"> </w:t>
            </w:r>
          </w:p>
          <w:p w14:paraId="5CD594F8" w14:textId="24C7ACB1" w:rsidR="00915FF7" w:rsidRPr="007130FA" w:rsidRDefault="00B73390">
            <w:pPr>
              <w:rPr>
                <w:rFonts w:ascii="Palatino Linotype" w:hAnsi="Palatino Linotype"/>
              </w:rPr>
            </w:pPr>
            <w:sdt>
              <w:sdtPr>
                <w:rPr>
                  <w:rFonts w:ascii="Palatino Linotype" w:hAnsi="Palatino Linotype"/>
                  <w:b/>
                  <w:bCs/>
                </w:rPr>
                <w:id w:val="1618952891"/>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915FF7" w:rsidRPr="00915FF7">
              <w:rPr>
                <w:rFonts w:ascii="Palatino Linotype" w:hAnsi="Palatino Linotype"/>
                <w:b/>
                <w:bCs/>
              </w:rPr>
              <w:t>Not certified</w:t>
            </w:r>
          </w:p>
        </w:tc>
      </w:tr>
      <w:tr w:rsidR="00915FF7" w:rsidRPr="007130FA" w14:paraId="42742DE3" w14:textId="77777777" w:rsidTr="00C850A8">
        <w:trPr>
          <w:jc w:val="center"/>
        </w:trPr>
        <w:tc>
          <w:tcPr>
            <w:tcW w:w="505" w:type="dxa"/>
            <w:vAlign w:val="center"/>
          </w:tcPr>
          <w:p w14:paraId="733F9C96" w14:textId="478E0365" w:rsidR="00915FF7" w:rsidRPr="00915FF7" w:rsidRDefault="00915FF7" w:rsidP="00915FF7">
            <w:pPr>
              <w:jc w:val="center"/>
              <w:rPr>
                <w:rFonts w:ascii="Palatino Linotype" w:hAnsi="Palatino Linotype"/>
                <w:sz w:val="18"/>
                <w:szCs w:val="18"/>
              </w:rPr>
            </w:pPr>
            <w:r w:rsidRPr="00915FF7">
              <w:rPr>
                <w:rFonts w:ascii="Palatino Linotype" w:hAnsi="Palatino Linotype"/>
                <w:sz w:val="18"/>
                <w:szCs w:val="18"/>
              </w:rPr>
              <w:t>4.3</w:t>
            </w:r>
          </w:p>
        </w:tc>
        <w:tc>
          <w:tcPr>
            <w:tcW w:w="7512" w:type="dxa"/>
            <w:vAlign w:val="center"/>
          </w:tcPr>
          <w:p w14:paraId="66053608" w14:textId="5916388E" w:rsidR="00915FF7" w:rsidRPr="007130FA" w:rsidRDefault="00915FF7" w:rsidP="00254C64">
            <w:pPr>
              <w:rPr>
                <w:rFonts w:ascii="Palatino Linotype" w:hAnsi="Palatino Linotype"/>
              </w:rPr>
            </w:pPr>
            <w:r w:rsidRPr="00F07256">
              <w:rPr>
                <w:rFonts w:ascii="Palatino Linotype" w:hAnsi="Palatino Linotype"/>
                <w:b/>
                <w:bCs/>
              </w:rPr>
              <w:t>Other certifications</w:t>
            </w:r>
            <w:r w:rsidRPr="007130FA">
              <w:rPr>
                <w:rFonts w:ascii="Palatino Linotype" w:hAnsi="Palatino Linotype"/>
              </w:rPr>
              <w:t xml:space="preserve"> (tick and attach where applicable)</w:t>
            </w:r>
          </w:p>
        </w:tc>
        <w:tc>
          <w:tcPr>
            <w:tcW w:w="5712" w:type="dxa"/>
          </w:tcPr>
          <w:p w14:paraId="4F4681EB" w14:textId="54CA1E86" w:rsidR="008A0788" w:rsidRPr="008A0788" w:rsidRDefault="00B73390">
            <w:pPr>
              <w:rPr>
                <w:rFonts w:ascii="Palatino Linotype" w:hAnsi="Palatino Linotype"/>
                <w:b/>
                <w:bCs/>
              </w:rPr>
            </w:pPr>
            <w:sdt>
              <w:sdtPr>
                <w:rPr>
                  <w:rFonts w:ascii="Palatino Linotype" w:hAnsi="Palatino Linotype"/>
                  <w:b/>
                  <w:bCs/>
                </w:rPr>
                <w:id w:val="-271089031"/>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8A0788" w:rsidRPr="008A0788">
              <w:rPr>
                <w:rFonts w:ascii="Palatino Linotype" w:hAnsi="Palatino Linotype"/>
                <w:b/>
                <w:bCs/>
              </w:rPr>
              <w:t xml:space="preserve">ISO 14001 </w:t>
            </w:r>
          </w:p>
          <w:p w14:paraId="04B97347" w14:textId="0FF89F10" w:rsidR="008A0788" w:rsidRPr="008A0788" w:rsidRDefault="00B73390">
            <w:pPr>
              <w:rPr>
                <w:rFonts w:ascii="Palatino Linotype" w:hAnsi="Palatino Linotype"/>
                <w:b/>
                <w:bCs/>
              </w:rPr>
            </w:pPr>
            <w:sdt>
              <w:sdtPr>
                <w:rPr>
                  <w:rFonts w:ascii="Palatino Linotype" w:hAnsi="Palatino Linotype"/>
                  <w:b/>
                  <w:bCs/>
                </w:rPr>
                <w:id w:val="-1395351875"/>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8A0788" w:rsidRPr="008A0788">
              <w:rPr>
                <w:rFonts w:ascii="Palatino Linotype" w:hAnsi="Palatino Linotype"/>
                <w:b/>
                <w:bCs/>
              </w:rPr>
              <w:t>ISO 45001</w:t>
            </w:r>
          </w:p>
          <w:p w14:paraId="5C6061D6" w14:textId="681301CC" w:rsidR="008A0788" w:rsidRPr="008A0788" w:rsidRDefault="00B73390">
            <w:pPr>
              <w:rPr>
                <w:rFonts w:ascii="Palatino Linotype" w:hAnsi="Palatino Linotype"/>
                <w:b/>
                <w:bCs/>
              </w:rPr>
            </w:pPr>
            <w:sdt>
              <w:sdtPr>
                <w:rPr>
                  <w:rFonts w:ascii="Palatino Linotype" w:hAnsi="Palatino Linotype"/>
                  <w:b/>
                  <w:bCs/>
                </w:rPr>
                <w:id w:val="1123893857"/>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8A0788" w:rsidRPr="008A0788">
              <w:rPr>
                <w:rFonts w:ascii="Palatino Linotype" w:hAnsi="Palatino Linotype"/>
                <w:b/>
                <w:bCs/>
              </w:rPr>
              <w:t>ISO/IEC 17025</w:t>
            </w:r>
          </w:p>
          <w:p w14:paraId="70F6ADBD" w14:textId="01CAE980" w:rsidR="00915FF7" w:rsidRPr="007130FA" w:rsidRDefault="00B73390">
            <w:pPr>
              <w:rPr>
                <w:rFonts w:ascii="Palatino Linotype" w:hAnsi="Palatino Linotype"/>
              </w:rPr>
            </w:pPr>
            <w:sdt>
              <w:sdtPr>
                <w:rPr>
                  <w:rFonts w:ascii="Palatino Linotype" w:hAnsi="Palatino Linotype"/>
                  <w:b/>
                  <w:bCs/>
                </w:rPr>
                <w:id w:val="-998193913"/>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8A0788" w:rsidRPr="008A0788">
              <w:rPr>
                <w:rFonts w:ascii="Palatino Linotype" w:hAnsi="Palatino Linotype"/>
                <w:b/>
                <w:bCs/>
              </w:rPr>
              <w:t>API/ASME/CE/PED/Other (specify)</w:t>
            </w:r>
          </w:p>
        </w:tc>
      </w:tr>
      <w:tr w:rsidR="00915FF7" w:rsidRPr="007130FA" w14:paraId="1D770853" w14:textId="77777777" w:rsidTr="00A152E8">
        <w:trPr>
          <w:jc w:val="center"/>
        </w:trPr>
        <w:tc>
          <w:tcPr>
            <w:tcW w:w="505" w:type="dxa"/>
            <w:vAlign w:val="center"/>
          </w:tcPr>
          <w:p w14:paraId="0E5BF96B" w14:textId="46CB03BA" w:rsidR="00915FF7" w:rsidRPr="00915FF7" w:rsidRDefault="00915FF7" w:rsidP="00915FF7">
            <w:pPr>
              <w:jc w:val="center"/>
              <w:rPr>
                <w:rFonts w:ascii="Palatino Linotype" w:hAnsi="Palatino Linotype"/>
                <w:sz w:val="18"/>
                <w:szCs w:val="18"/>
              </w:rPr>
            </w:pPr>
            <w:r w:rsidRPr="00915FF7">
              <w:rPr>
                <w:rFonts w:ascii="Palatino Linotype" w:hAnsi="Palatino Linotype"/>
                <w:sz w:val="18"/>
                <w:szCs w:val="18"/>
              </w:rPr>
              <w:t>4.4</w:t>
            </w:r>
          </w:p>
        </w:tc>
        <w:tc>
          <w:tcPr>
            <w:tcW w:w="7512" w:type="dxa"/>
            <w:vAlign w:val="center"/>
          </w:tcPr>
          <w:p w14:paraId="388B7571" w14:textId="77777777" w:rsidR="00A152E8" w:rsidRDefault="00915FF7" w:rsidP="00A152E8">
            <w:pPr>
              <w:rPr>
                <w:rFonts w:ascii="Palatino Linotype" w:hAnsi="Palatino Linotype"/>
              </w:rPr>
            </w:pPr>
            <w:r w:rsidRPr="00A152E8">
              <w:rPr>
                <w:rFonts w:ascii="Palatino Linotype" w:hAnsi="Palatino Linotype"/>
                <w:b/>
                <w:bCs/>
              </w:rPr>
              <w:t>Material / product documentation:</w:t>
            </w:r>
            <w:r w:rsidRPr="007130FA">
              <w:rPr>
                <w:rFonts w:ascii="Palatino Linotype" w:hAnsi="Palatino Linotype"/>
              </w:rPr>
              <w:t xml:space="preserve"> </w:t>
            </w:r>
          </w:p>
          <w:p w14:paraId="7E112B9D" w14:textId="73AC903D" w:rsidR="00915FF7" w:rsidRPr="007130FA" w:rsidRDefault="00915FF7" w:rsidP="00A152E8">
            <w:pPr>
              <w:rPr>
                <w:rFonts w:ascii="Palatino Linotype" w:hAnsi="Palatino Linotype"/>
              </w:rPr>
            </w:pPr>
            <w:r w:rsidRPr="007130FA">
              <w:rPr>
                <w:rFonts w:ascii="Palatino Linotype" w:hAnsi="Palatino Linotype"/>
              </w:rPr>
              <w:t>Can you provide certificates as required (e.g., EN 10204 3.1/3.2, CoC, MTC, test reports)?</w:t>
            </w:r>
          </w:p>
        </w:tc>
        <w:tc>
          <w:tcPr>
            <w:tcW w:w="5712" w:type="dxa"/>
            <w:vAlign w:val="center"/>
          </w:tcPr>
          <w:p w14:paraId="3F80DBFA" w14:textId="4867385E" w:rsidR="00A152E8" w:rsidRPr="00A152E8" w:rsidRDefault="00B73390" w:rsidP="00A152E8">
            <w:pPr>
              <w:rPr>
                <w:rFonts w:ascii="Palatino Linotype" w:hAnsi="Palatino Linotype"/>
                <w:b/>
                <w:bCs/>
              </w:rPr>
            </w:pPr>
            <w:sdt>
              <w:sdtPr>
                <w:rPr>
                  <w:rFonts w:ascii="Palatino Linotype" w:hAnsi="Palatino Linotype"/>
                  <w:b/>
                  <w:bCs/>
                </w:rPr>
                <w:id w:val="-1851477928"/>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A152E8" w:rsidRPr="00A152E8">
              <w:rPr>
                <w:rFonts w:ascii="Palatino Linotype" w:hAnsi="Palatino Linotype"/>
                <w:b/>
                <w:bCs/>
              </w:rPr>
              <w:t>Yes</w:t>
            </w:r>
          </w:p>
          <w:p w14:paraId="73C3112E" w14:textId="14EE109A" w:rsidR="00915FF7" w:rsidRPr="007130FA" w:rsidRDefault="00B73390" w:rsidP="00A152E8">
            <w:pPr>
              <w:rPr>
                <w:rFonts w:ascii="Palatino Linotype" w:hAnsi="Palatino Linotype"/>
              </w:rPr>
            </w:pPr>
            <w:sdt>
              <w:sdtPr>
                <w:rPr>
                  <w:rFonts w:ascii="Palatino Linotype" w:hAnsi="Palatino Linotype"/>
                  <w:b/>
                  <w:bCs/>
                </w:rPr>
                <w:id w:val="-1511830920"/>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proofErr w:type="gramStart"/>
            <w:r w:rsidR="00A152E8" w:rsidRPr="00A152E8">
              <w:rPr>
                <w:rFonts w:ascii="Palatino Linotype" w:hAnsi="Palatino Linotype"/>
                <w:b/>
                <w:bCs/>
              </w:rPr>
              <w:t xml:space="preserve">No  </w:t>
            </w:r>
            <w:r w:rsidR="00A152E8" w:rsidRPr="00A152E8">
              <w:rPr>
                <w:rFonts w:ascii="Palatino Linotype" w:hAnsi="Palatino Linotype"/>
              </w:rPr>
              <w:t>If</w:t>
            </w:r>
            <w:proofErr w:type="gramEnd"/>
            <w:r w:rsidR="00A152E8" w:rsidRPr="00A152E8">
              <w:rPr>
                <w:rFonts w:ascii="Palatino Linotype" w:hAnsi="Palatino Linotype"/>
              </w:rPr>
              <w:t xml:space="preserve"> Yes, attach a sample.</w:t>
            </w:r>
          </w:p>
        </w:tc>
      </w:tr>
      <w:tr w:rsidR="00915FF7" w:rsidRPr="007130FA" w14:paraId="737BB541" w14:textId="77777777" w:rsidTr="008E7EEB">
        <w:trPr>
          <w:jc w:val="center"/>
        </w:trPr>
        <w:tc>
          <w:tcPr>
            <w:tcW w:w="505" w:type="dxa"/>
            <w:vAlign w:val="center"/>
          </w:tcPr>
          <w:p w14:paraId="2FAB7068" w14:textId="722DC4A6" w:rsidR="00915FF7" w:rsidRPr="00915FF7" w:rsidRDefault="00915FF7" w:rsidP="00915FF7">
            <w:pPr>
              <w:jc w:val="center"/>
              <w:rPr>
                <w:rFonts w:ascii="Palatino Linotype" w:hAnsi="Palatino Linotype"/>
                <w:sz w:val="18"/>
                <w:szCs w:val="18"/>
              </w:rPr>
            </w:pPr>
            <w:r w:rsidRPr="00915FF7">
              <w:rPr>
                <w:rFonts w:ascii="Palatino Linotype" w:hAnsi="Palatino Linotype"/>
                <w:sz w:val="18"/>
                <w:szCs w:val="18"/>
              </w:rPr>
              <w:t>4.5</w:t>
            </w:r>
          </w:p>
        </w:tc>
        <w:tc>
          <w:tcPr>
            <w:tcW w:w="7512" w:type="dxa"/>
          </w:tcPr>
          <w:p w14:paraId="4EB9C560" w14:textId="77777777" w:rsidR="008E7EEB" w:rsidRPr="008E7EEB" w:rsidRDefault="00915FF7">
            <w:pPr>
              <w:rPr>
                <w:rFonts w:ascii="Palatino Linotype" w:hAnsi="Palatino Linotype"/>
                <w:b/>
                <w:bCs/>
              </w:rPr>
            </w:pPr>
            <w:r w:rsidRPr="008E7EEB">
              <w:rPr>
                <w:rFonts w:ascii="Palatino Linotype" w:hAnsi="Palatino Linotype"/>
                <w:b/>
                <w:bCs/>
              </w:rPr>
              <w:t>Nonconformity &amp; complaints:</w:t>
            </w:r>
          </w:p>
          <w:p w14:paraId="7A87204E" w14:textId="7296996D" w:rsidR="00915FF7" w:rsidRPr="007130FA" w:rsidRDefault="00915FF7">
            <w:pPr>
              <w:rPr>
                <w:rFonts w:ascii="Palatino Linotype" w:hAnsi="Palatino Linotype"/>
              </w:rPr>
            </w:pPr>
            <w:r w:rsidRPr="007130FA">
              <w:rPr>
                <w:rFonts w:ascii="Palatino Linotype" w:hAnsi="Palatino Linotype"/>
              </w:rPr>
              <w:t>Do you have a documented process to manage nonconformities, corrective actions, and customer complaints?</w:t>
            </w:r>
          </w:p>
        </w:tc>
        <w:tc>
          <w:tcPr>
            <w:tcW w:w="5712" w:type="dxa"/>
            <w:vAlign w:val="center"/>
          </w:tcPr>
          <w:p w14:paraId="7FF05E26" w14:textId="7AAA8298" w:rsidR="008E7EEB" w:rsidRPr="008E7EEB" w:rsidRDefault="00B73390" w:rsidP="008E7EEB">
            <w:pPr>
              <w:rPr>
                <w:rFonts w:ascii="Palatino Linotype" w:hAnsi="Palatino Linotype"/>
                <w:b/>
                <w:bCs/>
              </w:rPr>
            </w:pPr>
            <w:sdt>
              <w:sdtPr>
                <w:rPr>
                  <w:rFonts w:ascii="Palatino Linotype" w:hAnsi="Palatino Linotype"/>
                  <w:b/>
                  <w:bCs/>
                </w:rPr>
                <w:id w:val="-199479034"/>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8E7EEB" w:rsidRPr="008E7EEB">
              <w:rPr>
                <w:rFonts w:ascii="Palatino Linotype" w:hAnsi="Palatino Linotype"/>
                <w:b/>
                <w:bCs/>
              </w:rPr>
              <w:t xml:space="preserve">Yes </w:t>
            </w:r>
            <w:r w:rsidR="008E7EEB" w:rsidRPr="008E7EEB">
              <w:rPr>
                <w:rFonts w:ascii="Palatino Linotype" w:hAnsi="Palatino Linotype"/>
              </w:rPr>
              <w:t>(describe briefly)</w:t>
            </w:r>
          </w:p>
          <w:p w14:paraId="2CEF4D78" w14:textId="4FEB7EAB" w:rsidR="00915FF7" w:rsidRPr="007130FA" w:rsidRDefault="00B73390" w:rsidP="008E7EEB">
            <w:pPr>
              <w:rPr>
                <w:rFonts w:ascii="Palatino Linotype" w:hAnsi="Palatino Linotype"/>
              </w:rPr>
            </w:pPr>
            <w:sdt>
              <w:sdtPr>
                <w:rPr>
                  <w:rFonts w:ascii="Palatino Linotype" w:hAnsi="Palatino Linotype"/>
                  <w:b/>
                  <w:bCs/>
                </w:rPr>
                <w:id w:val="677694545"/>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8E7EEB" w:rsidRPr="008E7EEB">
              <w:rPr>
                <w:rFonts w:ascii="Palatino Linotype" w:hAnsi="Palatino Linotype"/>
                <w:b/>
                <w:bCs/>
              </w:rPr>
              <w:t>No</w:t>
            </w:r>
          </w:p>
        </w:tc>
      </w:tr>
      <w:tr w:rsidR="00915FF7" w:rsidRPr="007130FA" w14:paraId="56387774" w14:textId="77777777" w:rsidTr="00C850A8">
        <w:trPr>
          <w:jc w:val="center"/>
        </w:trPr>
        <w:tc>
          <w:tcPr>
            <w:tcW w:w="505" w:type="dxa"/>
            <w:vAlign w:val="center"/>
          </w:tcPr>
          <w:p w14:paraId="39E24398" w14:textId="6993255A" w:rsidR="00915FF7" w:rsidRPr="00915FF7" w:rsidRDefault="00915FF7" w:rsidP="00915FF7">
            <w:pPr>
              <w:jc w:val="center"/>
              <w:rPr>
                <w:rFonts w:ascii="Palatino Linotype" w:hAnsi="Palatino Linotype"/>
                <w:sz w:val="18"/>
                <w:szCs w:val="18"/>
              </w:rPr>
            </w:pPr>
            <w:r w:rsidRPr="00915FF7">
              <w:rPr>
                <w:rFonts w:ascii="Palatino Linotype" w:hAnsi="Palatino Linotype"/>
                <w:sz w:val="18"/>
                <w:szCs w:val="18"/>
              </w:rPr>
              <w:t>4.6</w:t>
            </w:r>
          </w:p>
        </w:tc>
        <w:tc>
          <w:tcPr>
            <w:tcW w:w="7512" w:type="dxa"/>
          </w:tcPr>
          <w:p w14:paraId="4ADA313E" w14:textId="77777777" w:rsidR="008E7EEB" w:rsidRPr="008E7EEB" w:rsidRDefault="00915FF7">
            <w:pPr>
              <w:rPr>
                <w:rFonts w:ascii="Palatino Linotype" w:hAnsi="Palatino Linotype"/>
                <w:b/>
                <w:bCs/>
              </w:rPr>
            </w:pPr>
            <w:r w:rsidRPr="008E7EEB">
              <w:rPr>
                <w:rFonts w:ascii="Palatino Linotype" w:hAnsi="Palatino Linotype"/>
                <w:b/>
                <w:bCs/>
              </w:rPr>
              <w:t>Calibration (if you perform measurements/testing):</w:t>
            </w:r>
          </w:p>
          <w:p w14:paraId="6BE57572" w14:textId="69F6E021" w:rsidR="00915FF7" w:rsidRPr="007130FA" w:rsidRDefault="00915FF7">
            <w:pPr>
              <w:rPr>
                <w:rFonts w:ascii="Palatino Linotype" w:hAnsi="Palatino Linotype"/>
              </w:rPr>
            </w:pPr>
            <w:r w:rsidRPr="007130FA">
              <w:rPr>
                <w:rFonts w:ascii="Palatino Linotype" w:hAnsi="Palatino Linotype"/>
              </w:rPr>
              <w:t>Are measuring devices calibrated and traceable to recognized standards?</w:t>
            </w:r>
          </w:p>
        </w:tc>
        <w:tc>
          <w:tcPr>
            <w:tcW w:w="5712" w:type="dxa"/>
          </w:tcPr>
          <w:p w14:paraId="34F1C70F" w14:textId="32EE02A7" w:rsidR="008E7EEB" w:rsidRPr="008E7EEB" w:rsidRDefault="00B73390">
            <w:pPr>
              <w:rPr>
                <w:rFonts w:ascii="Palatino Linotype" w:hAnsi="Palatino Linotype"/>
                <w:b/>
                <w:bCs/>
              </w:rPr>
            </w:pPr>
            <w:sdt>
              <w:sdtPr>
                <w:rPr>
                  <w:rFonts w:ascii="Palatino Linotype" w:hAnsi="Palatino Linotype"/>
                  <w:b/>
                  <w:bCs/>
                </w:rPr>
                <w:id w:val="1936327925"/>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8E7EEB" w:rsidRPr="008E7EEB">
              <w:rPr>
                <w:rFonts w:ascii="Palatino Linotype" w:hAnsi="Palatino Linotype"/>
                <w:b/>
                <w:bCs/>
              </w:rPr>
              <w:t xml:space="preserve">Yes  </w:t>
            </w:r>
          </w:p>
          <w:p w14:paraId="0DF7F784" w14:textId="4A893448" w:rsidR="008E7EEB" w:rsidRPr="008E7EEB" w:rsidRDefault="00B73390">
            <w:pPr>
              <w:rPr>
                <w:rFonts w:ascii="Palatino Linotype" w:hAnsi="Palatino Linotype"/>
                <w:b/>
                <w:bCs/>
              </w:rPr>
            </w:pPr>
            <w:sdt>
              <w:sdtPr>
                <w:rPr>
                  <w:rFonts w:ascii="Palatino Linotype" w:hAnsi="Palatino Linotype"/>
                  <w:b/>
                  <w:bCs/>
                </w:rPr>
                <w:id w:val="501318611"/>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8E7EEB" w:rsidRPr="008E7EEB">
              <w:rPr>
                <w:rFonts w:ascii="Palatino Linotype" w:hAnsi="Palatino Linotype"/>
                <w:b/>
                <w:bCs/>
              </w:rPr>
              <w:t xml:space="preserve">Not applicable </w:t>
            </w:r>
          </w:p>
          <w:p w14:paraId="5CD799E9" w14:textId="73EA34AB" w:rsidR="00915FF7" w:rsidRPr="007130FA" w:rsidRDefault="00B73390">
            <w:pPr>
              <w:rPr>
                <w:rFonts w:ascii="Palatino Linotype" w:hAnsi="Palatino Linotype"/>
              </w:rPr>
            </w:pPr>
            <w:sdt>
              <w:sdtPr>
                <w:rPr>
                  <w:rFonts w:ascii="Palatino Linotype" w:hAnsi="Palatino Linotype"/>
                  <w:b/>
                  <w:bCs/>
                </w:rPr>
                <w:id w:val="-1113673818"/>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8E7EEB" w:rsidRPr="008E7EEB">
              <w:rPr>
                <w:rFonts w:ascii="Palatino Linotype" w:hAnsi="Palatino Linotype"/>
                <w:b/>
                <w:bCs/>
              </w:rPr>
              <w:t>No</w:t>
            </w:r>
          </w:p>
        </w:tc>
      </w:tr>
    </w:tbl>
    <w:p w14:paraId="1FACCF80" w14:textId="77777777" w:rsidR="00AC743A" w:rsidRPr="00F06DD8" w:rsidRDefault="007704F9">
      <w:pPr>
        <w:pStyle w:val="Heading2"/>
        <w:rPr>
          <w:rFonts w:ascii="Palatino Linotype" w:hAnsi="Palatino Linotype"/>
          <w:color w:val="984806" w:themeColor="accent6" w:themeShade="80"/>
        </w:rPr>
      </w:pPr>
      <w:r w:rsidRPr="00F06DD8">
        <w:rPr>
          <w:rFonts w:ascii="Palatino Linotype" w:hAnsi="Palatino Linotype"/>
          <w:color w:val="984806" w:themeColor="accent6" w:themeShade="80"/>
        </w:rPr>
        <w:lastRenderedPageBreak/>
        <w:t>5. Operational Capability and Stability</w:t>
      </w:r>
    </w:p>
    <w:tbl>
      <w:tblPr>
        <w:tblStyle w:val="TableGrid"/>
        <w:tblW w:w="13764" w:type="dxa"/>
        <w:jc w:val="center"/>
        <w:tblLook w:val="04A0" w:firstRow="1" w:lastRow="0" w:firstColumn="1" w:lastColumn="0" w:noHBand="0" w:noVBand="1"/>
      </w:tblPr>
      <w:tblGrid>
        <w:gridCol w:w="447"/>
        <w:gridCol w:w="6468"/>
        <w:gridCol w:w="6849"/>
      </w:tblGrid>
      <w:tr w:rsidR="00D8216A" w:rsidRPr="007130FA" w14:paraId="7F4E6760" w14:textId="77777777" w:rsidTr="004E379C">
        <w:trPr>
          <w:trHeight w:val="515"/>
          <w:jc w:val="center"/>
        </w:trPr>
        <w:tc>
          <w:tcPr>
            <w:tcW w:w="6915" w:type="dxa"/>
            <w:gridSpan w:val="2"/>
            <w:shd w:val="clear" w:color="auto" w:fill="F2F2F2"/>
            <w:vAlign w:val="center"/>
          </w:tcPr>
          <w:p w14:paraId="43A12C21" w14:textId="7AC2570D" w:rsidR="00D8216A" w:rsidRPr="007130FA" w:rsidRDefault="00D8216A" w:rsidP="00D8216A">
            <w:pPr>
              <w:jc w:val="center"/>
              <w:rPr>
                <w:rFonts w:ascii="Palatino Linotype" w:hAnsi="Palatino Linotype"/>
              </w:rPr>
            </w:pPr>
            <w:r w:rsidRPr="007130FA">
              <w:rPr>
                <w:rFonts w:ascii="Palatino Linotype" w:hAnsi="Palatino Linotype"/>
                <w:b/>
              </w:rPr>
              <w:t>Question / Requirement</w:t>
            </w:r>
          </w:p>
        </w:tc>
        <w:tc>
          <w:tcPr>
            <w:tcW w:w="6849" w:type="dxa"/>
            <w:shd w:val="clear" w:color="auto" w:fill="F2F2F2"/>
            <w:vAlign w:val="center"/>
          </w:tcPr>
          <w:p w14:paraId="1926C488" w14:textId="77777777" w:rsidR="00D8216A" w:rsidRPr="007130FA" w:rsidRDefault="00D8216A" w:rsidP="00D8216A">
            <w:pPr>
              <w:jc w:val="center"/>
              <w:rPr>
                <w:rFonts w:ascii="Palatino Linotype" w:hAnsi="Palatino Linotype"/>
              </w:rPr>
            </w:pPr>
            <w:r w:rsidRPr="007130FA">
              <w:rPr>
                <w:rFonts w:ascii="Palatino Linotype" w:hAnsi="Palatino Linotype"/>
                <w:b/>
              </w:rPr>
              <w:t>Vendor Response</w:t>
            </w:r>
          </w:p>
        </w:tc>
      </w:tr>
      <w:tr w:rsidR="00922A0F" w:rsidRPr="007130FA" w14:paraId="64419A7C" w14:textId="77777777" w:rsidTr="00F06DD8">
        <w:trPr>
          <w:trHeight w:val="646"/>
          <w:jc w:val="center"/>
        </w:trPr>
        <w:tc>
          <w:tcPr>
            <w:tcW w:w="447" w:type="dxa"/>
            <w:vAlign w:val="center"/>
          </w:tcPr>
          <w:p w14:paraId="7E9AC241" w14:textId="4E275A7F" w:rsidR="00922A0F" w:rsidRPr="00D8216A" w:rsidRDefault="00D8216A" w:rsidP="00D8216A">
            <w:pPr>
              <w:jc w:val="center"/>
              <w:rPr>
                <w:rFonts w:ascii="Palatino Linotype" w:hAnsi="Palatino Linotype"/>
                <w:sz w:val="18"/>
                <w:szCs w:val="18"/>
              </w:rPr>
            </w:pPr>
            <w:r w:rsidRPr="00D8216A">
              <w:rPr>
                <w:rFonts w:ascii="Palatino Linotype" w:hAnsi="Palatino Linotype"/>
                <w:sz w:val="18"/>
                <w:szCs w:val="18"/>
              </w:rPr>
              <w:t>5.1</w:t>
            </w:r>
          </w:p>
        </w:tc>
        <w:tc>
          <w:tcPr>
            <w:tcW w:w="6468" w:type="dxa"/>
            <w:vAlign w:val="center"/>
          </w:tcPr>
          <w:p w14:paraId="7DE0C322" w14:textId="6B282831" w:rsidR="00922A0F" w:rsidRPr="007130FA" w:rsidRDefault="00922A0F" w:rsidP="00D8216A">
            <w:pPr>
              <w:rPr>
                <w:rFonts w:ascii="Palatino Linotype" w:hAnsi="Palatino Linotype"/>
              </w:rPr>
            </w:pPr>
            <w:r w:rsidRPr="007130FA">
              <w:rPr>
                <w:rFonts w:ascii="Palatino Linotype" w:hAnsi="Palatino Linotype"/>
              </w:rPr>
              <w:t>Number of employees (approx.)</w:t>
            </w:r>
          </w:p>
        </w:tc>
        <w:tc>
          <w:tcPr>
            <w:tcW w:w="6849" w:type="dxa"/>
            <w:vAlign w:val="center"/>
          </w:tcPr>
          <w:p w14:paraId="32AAF9E5" w14:textId="77777777" w:rsidR="00922A0F" w:rsidRPr="007130FA" w:rsidRDefault="00922A0F" w:rsidP="00D8216A">
            <w:pPr>
              <w:rPr>
                <w:rFonts w:ascii="Palatino Linotype" w:hAnsi="Palatino Linotype"/>
              </w:rPr>
            </w:pPr>
          </w:p>
        </w:tc>
      </w:tr>
      <w:tr w:rsidR="00922A0F" w:rsidRPr="007130FA" w14:paraId="63046CC0" w14:textId="77777777" w:rsidTr="00F06DD8">
        <w:trPr>
          <w:trHeight w:val="646"/>
          <w:jc w:val="center"/>
        </w:trPr>
        <w:tc>
          <w:tcPr>
            <w:tcW w:w="447" w:type="dxa"/>
            <w:vAlign w:val="center"/>
          </w:tcPr>
          <w:p w14:paraId="3761B3E2" w14:textId="4B2FD3EF" w:rsidR="00922A0F" w:rsidRPr="00D8216A" w:rsidRDefault="00D8216A" w:rsidP="00D8216A">
            <w:pPr>
              <w:jc w:val="center"/>
              <w:rPr>
                <w:rFonts w:ascii="Palatino Linotype" w:hAnsi="Palatino Linotype"/>
                <w:sz w:val="18"/>
                <w:szCs w:val="18"/>
              </w:rPr>
            </w:pPr>
            <w:r w:rsidRPr="00D8216A">
              <w:rPr>
                <w:rFonts w:ascii="Palatino Linotype" w:hAnsi="Palatino Linotype"/>
                <w:sz w:val="18"/>
                <w:szCs w:val="18"/>
              </w:rPr>
              <w:t>5.2</w:t>
            </w:r>
          </w:p>
        </w:tc>
        <w:tc>
          <w:tcPr>
            <w:tcW w:w="6468" w:type="dxa"/>
            <w:vAlign w:val="center"/>
          </w:tcPr>
          <w:p w14:paraId="43D06E26" w14:textId="01B429CB" w:rsidR="00922A0F" w:rsidRPr="007130FA" w:rsidRDefault="00922A0F" w:rsidP="00D8216A">
            <w:pPr>
              <w:rPr>
                <w:rFonts w:ascii="Palatino Linotype" w:hAnsi="Palatino Linotype"/>
              </w:rPr>
            </w:pPr>
            <w:r w:rsidRPr="007130FA">
              <w:rPr>
                <w:rFonts w:ascii="Palatino Linotype" w:hAnsi="Palatino Linotype"/>
              </w:rPr>
              <w:t>Annual turnover</w:t>
            </w:r>
            <w:r w:rsidR="007D4A55">
              <w:rPr>
                <w:rFonts w:ascii="Palatino Linotype" w:hAnsi="Palatino Linotype"/>
              </w:rPr>
              <w:t xml:space="preserve"> in USD</w:t>
            </w:r>
            <w:r w:rsidRPr="007130FA">
              <w:rPr>
                <w:rFonts w:ascii="Palatino Linotype" w:hAnsi="Palatino Linotype"/>
              </w:rPr>
              <w:t xml:space="preserve"> (select one)</w:t>
            </w:r>
          </w:p>
        </w:tc>
        <w:tc>
          <w:tcPr>
            <w:tcW w:w="6849" w:type="dxa"/>
            <w:vAlign w:val="center"/>
          </w:tcPr>
          <w:p w14:paraId="615CFED9" w14:textId="47962AD0" w:rsidR="00D8216A" w:rsidRPr="00D8216A" w:rsidRDefault="00B73390" w:rsidP="007D4A55">
            <w:pPr>
              <w:jc w:val="center"/>
              <w:rPr>
                <w:rFonts w:ascii="Palatino Linotype" w:hAnsi="Palatino Linotype"/>
                <w:b/>
                <w:bCs/>
              </w:rPr>
            </w:pPr>
            <w:sdt>
              <w:sdtPr>
                <w:rPr>
                  <w:rFonts w:ascii="Palatino Linotype" w:hAnsi="Palatino Linotype"/>
                  <w:b/>
                  <w:bCs/>
                </w:rPr>
                <w:id w:val="-810942853"/>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D8216A" w:rsidRPr="00D8216A">
              <w:rPr>
                <w:rFonts w:ascii="Palatino Linotype" w:hAnsi="Palatino Linotype"/>
                <w:b/>
                <w:bCs/>
              </w:rPr>
              <w:t xml:space="preserve"> &lt; 1M  </w:t>
            </w:r>
            <w:r w:rsidR="007D4A55">
              <w:rPr>
                <w:rFonts w:ascii="Palatino Linotype" w:hAnsi="Palatino Linotype"/>
                <w:b/>
                <w:bCs/>
              </w:rPr>
              <w:t xml:space="preserve">        </w:t>
            </w:r>
            <w:sdt>
              <w:sdtPr>
                <w:rPr>
                  <w:rFonts w:ascii="Palatino Linotype" w:hAnsi="Palatino Linotype"/>
                  <w:b/>
                  <w:bCs/>
                </w:rPr>
                <w:id w:val="-1171026011"/>
                <w14:checkbox>
                  <w14:checked w14:val="0"/>
                  <w14:checkedState w14:val="2612" w14:font="MS Gothic"/>
                  <w14:uncheckedState w14:val="2610" w14:font="MS Gothic"/>
                </w14:checkbox>
              </w:sdtPr>
              <w:sdtEndPr/>
              <w:sdtContent>
                <w:r w:rsidR="0079197D">
                  <w:rPr>
                    <w:rFonts w:ascii="MS Gothic" w:eastAsia="MS Gothic" w:hAnsi="MS Gothic" w:hint="eastAsia"/>
                    <w:b/>
                    <w:bCs/>
                  </w:rPr>
                  <w:t>☐</w:t>
                </w:r>
              </w:sdtContent>
            </w:sdt>
            <w:r w:rsidR="00D8216A" w:rsidRPr="00D8216A">
              <w:rPr>
                <w:rFonts w:ascii="Palatino Linotype" w:hAnsi="Palatino Linotype"/>
                <w:b/>
                <w:bCs/>
              </w:rPr>
              <w:t xml:space="preserve"> 1</w:t>
            </w:r>
            <w:r w:rsidR="00D8216A" w:rsidRPr="00D8216A">
              <w:rPr>
                <w:rFonts w:ascii="Palatino Linotype" w:hAnsi="Palatino Linotype" w:cs="Palatino Linotype"/>
                <w:b/>
                <w:bCs/>
              </w:rPr>
              <w:t>–</w:t>
            </w:r>
            <w:r w:rsidR="00D8216A" w:rsidRPr="00D8216A">
              <w:rPr>
                <w:rFonts w:ascii="Palatino Linotype" w:hAnsi="Palatino Linotype"/>
                <w:b/>
                <w:bCs/>
              </w:rPr>
              <w:t xml:space="preserve">5M  </w:t>
            </w:r>
            <w:r w:rsidR="007D4A55">
              <w:rPr>
                <w:rFonts w:ascii="Palatino Linotype" w:hAnsi="Palatino Linotype"/>
                <w:b/>
                <w:bCs/>
              </w:rPr>
              <w:t xml:space="preserve">     </w:t>
            </w:r>
            <w:sdt>
              <w:sdtPr>
                <w:rPr>
                  <w:rFonts w:ascii="Palatino Linotype" w:hAnsi="Palatino Linotype"/>
                  <w:b/>
                  <w:bCs/>
                </w:rPr>
                <w:id w:val="1761176788"/>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D8216A" w:rsidRPr="00D8216A">
              <w:rPr>
                <w:rFonts w:ascii="Palatino Linotype" w:hAnsi="Palatino Linotype"/>
                <w:b/>
                <w:bCs/>
              </w:rPr>
              <w:t xml:space="preserve"> 5</w:t>
            </w:r>
            <w:r w:rsidR="00D8216A" w:rsidRPr="00D8216A">
              <w:rPr>
                <w:rFonts w:ascii="Palatino Linotype" w:hAnsi="Palatino Linotype" w:cs="Palatino Linotype"/>
                <w:b/>
                <w:bCs/>
              </w:rPr>
              <w:t>–</w:t>
            </w:r>
            <w:r w:rsidR="00D8216A" w:rsidRPr="00D8216A">
              <w:rPr>
                <w:rFonts w:ascii="Palatino Linotype" w:hAnsi="Palatino Linotype"/>
                <w:b/>
                <w:bCs/>
              </w:rPr>
              <w:t xml:space="preserve">20M  </w:t>
            </w:r>
            <w:r w:rsidR="007D4A55">
              <w:rPr>
                <w:rFonts w:ascii="Palatino Linotype" w:hAnsi="Palatino Linotype"/>
                <w:b/>
                <w:bCs/>
              </w:rPr>
              <w:t xml:space="preserve">      </w:t>
            </w:r>
            <w:sdt>
              <w:sdtPr>
                <w:rPr>
                  <w:rFonts w:ascii="Palatino Linotype" w:hAnsi="Palatino Linotype"/>
                  <w:b/>
                  <w:bCs/>
                </w:rPr>
                <w:id w:val="-991015013"/>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D8216A" w:rsidRPr="00D8216A">
              <w:rPr>
                <w:rFonts w:ascii="Palatino Linotype" w:hAnsi="Palatino Linotype"/>
                <w:b/>
                <w:bCs/>
              </w:rPr>
              <w:t xml:space="preserve"> 20</w:t>
            </w:r>
            <w:r w:rsidR="00D8216A" w:rsidRPr="00D8216A">
              <w:rPr>
                <w:rFonts w:ascii="Palatino Linotype" w:hAnsi="Palatino Linotype" w:cs="Palatino Linotype"/>
                <w:b/>
                <w:bCs/>
              </w:rPr>
              <w:t>–</w:t>
            </w:r>
            <w:r w:rsidR="00D8216A" w:rsidRPr="00D8216A">
              <w:rPr>
                <w:rFonts w:ascii="Palatino Linotype" w:hAnsi="Palatino Linotype"/>
                <w:b/>
                <w:bCs/>
              </w:rPr>
              <w:t xml:space="preserve">100M  </w:t>
            </w:r>
            <w:r w:rsidR="007D4A55">
              <w:rPr>
                <w:rFonts w:ascii="Palatino Linotype" w:hAnsi="Palatino Linotype"/>
                <w:b/>
                <w:bCs/>
              </w:rPr>
              <w:t xml:space="preserve">     </w:t>
            </w:r>
            <w:sdt>
              <w:sdtPr>
                <w:rPr>
                  <w:rFonts w:ascii="Palatino Linotype" w:hAnsi="Palatino Linotype"/>
                  <w:b/>
                  <w:bCs/>
                </w:rPr>
                <w:id w:val="156424983"/>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D8216A" w:rsidRPr="00D8216A">
              <w:rPr>
                <w:rFonts w:ascii="Palatino Linotype" w:hAnsi="Palatino Linotype"/>
                <w:b/>
                <w:bCs/>
              </w:rPr>
              <w:t xml:space="preserve"> &gt; 100M</w:t>
            </w:r>
          </w:p>
          <w:p w14:paraId="2E1E7F3F" w14:textId="070B98A1" w:rsidR="00922A0F" w:rsidRPr="007130FA" w:rsidRDefault="00B73390" w:rsidP="007D4A55">
            <w:pPr>
              <w:jc w:val="center"/>
              <w:rPr>
                <w:rFonts w:ascii="Palatino Linotype" w:hAnsi="Palatino Linotype"/>
              </w:rPr>
            </w:pPr>
            <w:sdt>
              <w:sdtPr>
                <w:rPr>
                  <w:rFonts w:ascii="Palatino Linotype" w:hAnsi="Palatino Linotype"/>
                  <w:b/>
                  <w:bCs/>
                </w:rPr>
                <w:id w:val="-983849450"/>
                <w14:checkbox>
                  <w14:checked w14:val="0"/>
                  <w14:checkedState w14:val="2612" w14:font="MS Gothic"/>
                  <w14:uncheckedState w14:val="2610" w14:font="MS Gothic"/>
                </w14:checkbox>
              </w:sdtPr>
              <w:sdtEndPr/>
              <w:sdtContent>
                <w:r w:rsidR="0079197D">
                  <w:rPr>
                    <w:rFonts w:ascii="MS Gothic" w:eastAsia="MS Gothic" w:hAnsi="MS Gothic" w:hint="eastAsia"/>
                    <w:b/>
                    <w:bCs/>
                  </w:rPr>
                  <w:t>☐</w:t>
                </w:r>
              </w:sdtContent>
            </w:sdt>
            <w:r w:rsidR="00D8216A" w:rsidRPr="00D8216A">
              <w:rPr>
                <w:rFonts w:ascii="Palatino Linotype" w:hAnsi="Palatino Linotype"/>
                <w:b/>
                <w:bCs/>
              </w:rPr>
              <w:t xml:space="preserve"> Prefer not to disclose</w:t>
            </w:r>
          </w:p>
        </w:tc>
      </w:tr>
      <w:tr w:rsidR="00922A0F" w:rsidRPr="007130FA" w14:paraId="386A9D99" w14:textId="77777777" w:rsidTr="00F06DD8">
        <w:trPr>
          <w:trHeight w:val="646"/>
          <w:jc w:val="center"/>
        </w:trPr>
        <w:tc>
          <w:tcPr>
            <w:tcW w:w="447" w:type="dxa"/>
            <w:vAlign w:val="center"/>
          </w:tcPr>
          <w:p w14:paraId="12F6A352" w14:textId="249DE525" w:rsidR="00922A0F" w:rsidRPr="00D8216A" w:rsidRDefault="00D8216A" w:rsidP="00D8216A">
            <w:pPr>
              <w:jc w:val="center"/>
              <w:rPr>
                <w:rFonts w:ascii="Palatino Linotype" w:hAnsi="Palatino Linotype"/>
                <w:sz w:val="18"/>
                <w:szCs w:val="18"/>
              </w:rPr>
            </w:pPr>
            <w:r w:rsidRPr="00D8216A">
              <w:rPr>
                <w:rFonts w:ascii="Palatino Linotype" w:hAnsi="Palatino Linotype"/>
                <w:sz w:val="18"/>
                <w:szCs w:val="18"/>
              </w:rPr>
              <w:t>5.3</w:t>
            </w:r>
          </w:p>
        </w:tc>
        <w:tc>
          <w:tcPr>
            <w:tcW w:w="6468" w:type="dxa"/>
            <w:vAlign w:val="center"/>
          </w:tcPr>
          <w:p w14:paraId="3BCCEBED" w14:textId="3A3EB6C6" w:rsidR="00922A0F" w:rsidRPr="007130FA" w:rsidRDefault="00922A0F" w:rsidP="00D8216A">
            <w:pPr>
              <w:rPr>
                <w:rFonts w:ascii="Palatino Linotype" w:hAnsi="Palatino Linotype"/>
              </w:rPr>
            </w:pPr>
            <w:r w:rsidRPr="007130FA">
              <w:rPr>
                <w:rFonts w:ascii="Palatino Linotype" w:hAnsi="Palatino Linotype"/>
              </w:rPr>
              <w:t>Typical lead time for the proposed scope</w:t>
            </w:r>
          </w:p>
        </w:tc>
        <w:tc>
          <w:tcPr>
            <w:tcW w:w="6849" w:type="dxa"/>
            <w:vAlign w:val="center"/>
          </w:tcPr>
          <w:p w14:paraId="3F83A556" w14:textId="77777777" w:rsidR="00922A0F" w:rsidRPr="007130FA" w:rsidRDefault="00922A0F" w:rsidP="00D8216A">
            <w:pPr>
              <w:rPr>
                <w:rFonts w:ascii="Palatino Linotype" w:hAnsi="Palatino Linotype"/>
              </w:rPr>
            </w:pPr>
          </w:p>
        </w:tc>
      </w:tr>
      <w:tr w:rsidR="00922A0F" w:rsidRPr="007130FA" w14:paraId="69FD1D79" w14:textId="77777777" w:rsidTr="00F06DD8">
        <w:trPr>
          <w:trHeight w:val="646"/>
          <w:jc w:val="center"/>
        </w:trPr>
        <w:tc>
          <w:tcPr>
            <w:tcW w:w="447" w:type="dxa"/>
            <w:vAlign w:val="center"/>
          </w:tcPr>
          <w:p w14:paraId="43B81835" w14:textId="27BC3F24" w:rsidR="00922A0F" w:rsidRPr="00D8216A" w:rsidRDefault="00D8216A" w:rsidP="00D8216A">
            <w:pPr>
              <w:jc w:val="center"/>
              <w:rPr>
                <w:rFonts w:ascii="Palatino Linotype" w:hAnsi="Palatino Linotype"/>
                <w:sz w:val="18"/>
                <w:szCs w:val="18"/>
              </w:rPr>
            </w:pPr>
            <w:r w:rsidRPr="00D8216A">
              <w:rPr>
                <w:rFonts w:ascii="Palatino Linotype" w:hAnsi="Palatino Linotype"/>
                <w:sz w:val="18"/>
                <w:szCs w:val="18"/>
              </w:rPr>
              <w:t>5.4</w:t>
            </w:r>
          </w:p>
        </w:tc>
        <w:tc>
          <w:tcPr>
            <w:tcW w:w="6468" w:type="dxa"/>
            <w:vAlign w:val="center"/>
          </w:tcPr>
          <w:p w14:paraId="6D2CC9C0" w14:textId="1AE44F04" w:rsidR="00922A0F" w:rsidRPr="007130FA" w:rsidRDefault="00922A0F" w:rsidP="00D8216A">
            <w:pPr>
              <w:rPr>
                <w:rFonts w:ascii="Palatino Linotype" w:hAnsi="Palatino Linotype"/>
              </w:rPr>
            </w:pPr>
            <w:r w:rsidRPr="007130FA">
              <w:rPr>
                <w:rFonts w:ascii="Palatino Linotype" w:hAnsi="Palatino Linotype"/>
              </w:rPr>
              <w:t>Capacity constraints / peak season limitations (if any)</w:t>
            </w:r>
          </w:p>
        </w:tc>
        <w:tc>
          <w:tcPr>
            <w:tcW w:w="6849" w:type="dxa"/>
            <w:vAlign w:val="center"/>
          </w:tcPr>
          <w:p w14:paraId="6A44BC6A" w14:textId="77777777" w:rsidR="00922A0F" w:rsidRPr="007130FA" w:rsidRDefault="00922A0F" w:rsidP="00D8216A">
            <w:pPr>
              <w:rPr>
                <w:rFonts w:ascii="Palatino Linotype" w:hAnsi="Palatino Linotype"/>
              </w:rPr>
            </w:pPr>
          </w:p>
        </w:tc>
      </w:tr>
      <w:tr w:rsidR="00922A0F" w:rsidRPr="007130FA" w14:paraId="460F4685" w14:textId="77777777" w:rsidTr="00F06DD8">
        <w:trPr>
          <w:trHeight w:val="646"/>
          <w:jc w:val="center"/>
        </w:trPr>
        <w:tc>
          <w:tcPr>
            <w:tcW w:w="447" w:type="dxa"/>
            <w:vAlign w:val="center"/>
          </w:tcPr>
          <w:p w14:paraId="02EF3952" w14:textId="45676B29" w:rsidR="00922A0F" w:rsidRPr="00D8216A" w:rsidRDefault="00D8216A" w:rsidP="00D8216A">
            <w:pPr>
              <w:jc w:val="center"/>
              <w:rPr>
                <w:rFonts w:ascii="Palatino Linotype" w:hAnsi="Palatino Linotype"/>
                <w:sz w:val="18"/>
                <w:szCs w:val="18"/>
              </w:rPr>
            </w:pPr>
            <w:r w:rsidRPr="00D8216A">
              <w:rPr>
                <w:rFonts w:ascii="Palatino Linotype" w:hAnsi="Palatino Linotype"/>
                <w:sz w:val="18"/>
                <w:szCs w:val="18"/>
              </w:rPr>
              <w:t>5.5</w:t>
            </w:r>
          </w:p>
        </w:tc>
        <w:tc>
          <w:tcPr>
            <w:tcW w:w="6468" w:type="dxa"/>
            <w:vAlign w:val="center"/>
          </w:tcPr>
          <w:p w14:paraId="2E60AB89" w14:textId="0885753C" w:rsidR="00922A0F" w:rsidRPr="007130FA" w:rsidRDefault="00922A0F" w:rsidP="00D8216A">
            <w:pPr>
              <w:rPr>
                <w:rFonts w:ascii="Palatino Linotype" w:hAnsi="Palatino Linotype"/>
              </w:rPr>
            </w:pPr>
            <w:r w:rsidRPr="007130FA">
              <w:rPr>
                <w:rFonts w:ascii="Palatino Linotype" w:hAnsi="Palatino Linotype"/>
              </w:rPr>
              <w:t>Warranty / after-sales / spare parts support (if applicable)</w:t>
            </w:r>
          </w:p>
        </w:tc>
        <w:tc>
          <w:tcPr>
            <w:tcW w:w="6849" w:type="dxa"/>
            <w:vAlign w:val="center"/>
          </w:tcPr>
          <w:p w14:paraId="4DA174EB" w14:textId="77777777" w:rsidR="00922A0F" w:rsidRPr="007130FA" w:rsidRDefault="00922A0F" w:rsidP="00D8216A">
            <w:pPr>
              <w:rPr>
                <w:rFonts w:ascii="Palatino Linotype" w:hAnsi="Palatino Linotype"/>
              </w:rPr>
            </w:pPr>
          </w:p>
        </w:tc>
      </w:tr>
    </w:tbl>
    <w:p w14:paraId="53112C6A" w14:textId="77777777" w:rsidR="00AC743A" w:rsidRPr="007130FA" w:rsidRDefault="00AC743A">
      <w:pPr>
        <w:rPr>
          <w:rFonts w:ascii="Palatino Linotype" w:hAnsi="Palatino Linotype"/>
        </w:rPr>
      </w:pPr>
    </w:p>
    <w:p w14:paraId="54E1BF04" w14:textId="77777777" w:rsidR="00AC743A" w:rsidRPr="00F06DD8" w:rsidRDefault="007704F9">
      <w:pPr>
        <w:pStyle w:val="Heading2"/>
        <w:rPr>
          <w:rFonts w:ascii="Palatino Linotype" w:hAnsi="Palatino Linotype"/>
          <w:color w:val="984806" w:themeColor="accent6" w:themeShade="80"/>
        </w:rPr>
      </w:pPr>
      <w:r w:rsidRPr="00F06DD8">
        <w:rPr>
          <w:rFonts w:ascii="Palatino Linotype" w:hAnsi="Palatino Linotype"/>
          <w:color w:val="984806" w:themeColor="accent6" w:themeShade="80"/>
        </w:rPr>
        <w:t>6. References</w:t>
      </w:r>
    </w:p>
    <w:tbl>
      <w:tblPr>
        <w:tblStyle w:val="TableGrid"/>
        <w:tblW w:w="0" w:type="auto"/>
        <w:jc w:val="center"/>
        <w:tblLook w:val="04A0" w:firstRow="1" w:lastRow="0" w:firstColumn="1" w:lastColumn="0" w:noHBand="0" w:noVBand="1"/>
      </w:tblPr>
      <w:tblGrid>
        <w:gridCol w:w="441"/>
        <w:gridCol w:w="6501"/>
        <w:gridCol w:w="6846"/>
      </w:tblGrid>
      <w:tr w:rsidR="00946521" w:rsidRPr="007130FA" w14:paraId="197E3F8A" w14:textId="77777777" w:rsidTr="00F06DD8">
        <w:trPr>
          <w:trHeight w:val="462"/>
          <w:jc w:val="center"/>
        </w:trPr>
        <w:tc>
          <w:tcPr>
            <w:tcW w:w="6904" w:type="dxa"/>
            <w:gridSpan w:val="2"/>
            <w:shd w:val="clear" w:color="auto" w:fill="F2F2F2"/>
            <w:vAlign w:val="center"/>
          </w:tcPr>
          <w:p w14:paraId="7369D47E" w14:textId="20FA89D6" w:rsidR="00946521" w:rsidRPr="007130FA" w:rsidRDefault="00946521" w:rsidP="00946521">
            <w:pPr>
              <w:jc w:val="center"/>
              <w:rPr>
                <w:rFonts w:ascii="Palatino Linotype" w:hAnsi="Palatino Linotype"/>
              </w:rPr>
            </w:pPr>
            <w:r w:rsidRPr="007130FA">
              <w:rPr>
                <w:rFonts w:ascii="Palatino Linotype" w:hAnsi="Palatino Linotype"/>
                <w:b/>
              </w:rPr>
              <w:t>Question / Requirement</w:t>
            </w:r>
          </w:p>
        </w:tc>
        <w:tc>
          <w:tcPr>
            <w:tcW w:w="6869" w:type="dxa"/>
            <w:shd w:val="clear" w:color="auto" w:fill="F2F2F2"/>
            <w:vAlign w:val="center"/>
          </w:tcPr>
          <w:p w14:paraId="3E09D006" w14:textId="77777777" w:rsidR="00946521" w:rsidRPr="007130FA" w:rsidRDefault="00946521" w:rsidP="00946521">
            <w:pPr>
              <w:jc w:val="center"/>
              <w:rPr>
                <w:rFonts w:ascii="Palatino Linotype" w:hAnsi="Palatino Linotype"/>
              </w:rPr>
            </w:pPr>
            <w:r w:rsidRPr="007130FA">
              <w:rPr>
                <w:rFonts w:ascii="Palatino Linotype" w:hAnsi="Palatino Linotype"/>
                <w:b/>
              </w:rPr>
              <w:t>Vendor Response</w:t>
            </w:r>
          </w:p>
        </w:tc>
      </w:tr>
      <w:tr w:rsidR="00946521" w:rsidRPr="007130FA" w14:paraId="5EB2C716" w14:textId="77777777" w:rsidTr="00EC5530">
        <w:trPr>
          <w:trHeight w:val="2787"/>
          <w:jc w:val="center"/>
        </w:trPr>
        <w:tc>
          <w:tcPr>
            <w:tcW w:w="385" w:type="dxa"/>
            <w:vAlign w:val="center"/>
          </w:tcPr>
          <w:p w14:paraId="26DD3E84" w14:textId="37A31AD8" w:rsidR="00946521" w:rsidRPr="00F06DD8" w:rsidRDefault="00946521" w:rsidP="00946521">
            <w:pPr>
              <w:jc w:val="center"/>
              <w:rPr>
                <w:rFonts w:ascii="Palatino Linotype" w:hAnsi="Palatino Linotype"/>
                <w:sz w:val="18"/>
                <w:szCs w:val="18"/>
              </w:rPr>
            </w:pPr>
            <w:r w:rsidRPr="00F06DD8">
              <w:rPr>
                <w:rFonts w:ascii="Palatino Linotype" w:hAnsi="Palatino Linotype"/>
                <w:sz w:val="18"/>
                <w:szCs w:val="18"/>
              </w:rPr>
              <w:t>6.1</w:t>
            </w:r>
          </w:p>
        </w:tc>
        <w:tc>
          <w:tcPr>
            <w:tcW w:w="6519" w:type="dxa"/>
            <w:vAlign w:val="center"/>
          </w:tcPr>
          <w:p w14:paraId="1B583DF1" w14:textId="3767DEDB" w:rsidR="00946521" w:rsidRPr="007130FA" w:rsidRDefault="00946521" w:rsidP="00946521">
            <w:pPr>
              <w:rPr>
                <w:rFonts w:ascii="Palatino Linotype" w:hAnsi="Palatino Linotype"/>
              </w:rPr>
            </w:pPr>
            <w:r w:rsidRPr="007130FA">
              <w:rPr>
                <w:rFonts w:ascii="Palatino Linotype" w:hAnsi="Palatino Linotype"/>
              </w:rPr>
              <w:t xml:space="preserve">Provide at least two customer references for similar </w:t>
            </w:r>
            <w:proofErr w:type="gramStart"/>
            <w:r w:rsidRPr="007130FA">
              <w:rPr>
                <w:rFonts w:ascii="Palatino Linotype" w:hAnsi="Palatino Linotype"/>
              </w:rPr>
              <w:t>scope</w:t>
            </w:r>
            <w:proofErr w:type="gramEnd"/>
            <w:r w:rsidRPr="007130FA">
              <w:rPr>
                <w:rFonts w:ascii="Palatino Linotype" w:hAnsi="Palatino Linotype"/>
              </w:rPr>
              <w:t xml:space="preserve"> (company, country, contact name &amp; email/phone, supplied products/services, period).</w:t>
            </w:r>
          </w:p>
        </w:tc>
        <w:tc>
          <w:tcPr>
            <w:tcW w:w="6869" w:type="dxa"/>
            <w:vAlign w:val="center"/>
          </w:tcPr>
          <w:p w14:paraId="234D11DB" w14:textId="77777777" w:rsidR="00946521" w:rsidRPr="007130FA" w:rsidRDefault="00946521" w:rsidP="00946521">
            <w:pPr>
              <w:rPr>
                <w:rFonts w:ascii="Palatino Linotype" w:hAnsi="Palatino Linotype"/>
              </w:rPr>
            </w:pPr>
          </w:p>
        </w:tc>
      </w:tr>
    </w:tbl>
    <w:p w14:paraId="42429A6F" w14:textId="77777777" w:rsidR="00301D83" w:rsidRPr="007130FA" w:rsidRDefault="00301D83">
      <w:pPr>
        <w:rPr>
          <w:rFonts w:ascii="Palatino Linotype" w:hAnsi="Palatino Linotype"/>
        </w:rPr>
      </w:pPr>
    </w:p>
    <w:p w14:paraId="2A943638" w14:textId="77777777" w:rsidR="00AC743A" w:rsidRPr="00AA0225" w:rsidRDefault="007704F9">
      <w:pPr>
        <w:pStyle w:val="Heading2"/>
        <w:rPr>
          <w:rFonts w:ascii="Palatino Linotype" w:hAnsi="Palatino Linotype"/>
          <w:color w:val="984806" w:themeColor="accent6" w:themeShade="80"/>
        </w:rPr>
      </w:pPr>
      <w:r w:rsidRPr="00AA0225">
        <w:rPr>
          <w:rFonts w:ascii="Palatino Linotype" w:hAnsi="Palatino Linotype"/>
          <w:color w:val="984806" w:themeColor="accent6" w:themeShade="80"/>
        </w:rPr>
        <w:lastRenderedPageBreak/>
        <w:t>7. Mandatory Attachments Checklist (CORE)</w:t>
      </w:r>
    </w:p>
    <w:p w14:paraId="12F0C6C2" w14:textId="77777777" w:rsidR="00AC743A" w:rsidRPr="007130FA" w:rsidRDefault="007704F9">
      <w:pPr>
        <w:rPr>
          <w:rFonts w:ascii="Palatino Linotype" w:hAnsi="Palatino Linotype"/>
        </w:rPr>
      </w:pPr>
      <w:r w:rsidRPr="007130FA">
        <w:rPr>
          <w:rFonts w:ascii="Palatino Linotype" w:hAnsi="Palatino Linotype"/>
          <w:b/>
        </w:rPr>
        <w:t>Attach the following documents to support the CORE section (as applicable):</w:t>
      </w:r>
    </w:p>
    <w:p w14:paraId="3C500D8F" w14:textId="77777777" w:rsidR="00C5066E" w:rsidRDefault="00C5066E">
      <w:pPr>
        <w:pStyle w:val="ListBullet"/>
        <w:rPr>
          <w:rFonts w:ascii="Segoe UI Symbol" w:hAnsi="Segoe UI Symbol" w:cs="Segoe UI Symbol"/>
        </w:rPr>
        <w:sectPr w:rsidR="00C5066E" w:rsidSect="00E4721D">
          <w:headerReference w:type="default" r:id="rId9"/>
          <w:pgSz w:w="15840" w:h="12240" w:orient="landscape"/>
          <w:pgMar w:top="1134" w:right="1134" w:bottom="1134" w:left="1134" w:header="720" w:footer="720" w:gutter="0"/>
          <w:cols w:space="720"/>
          <w:docGrid w:linePitch="360"/>
        </w:sectPr>
      </w:pPr>
    </w:p>
    <w:p w14:paraId="3A05ADBC" w14:textId="4CEE1752" w:rsidR="00AC743A" w:rsidRPr="007130FA" w:rsidRDefault="00B73390">
      <w:pPr>
        <w:pStyle w:val="ListBullet"/>
        <w:rPr>
          <w:rFonts w:ascii="Palatino Linotype" w:hAnsi="Palatino Linotype"/>
        </w:rPr>
      </w:pPr>
      <w:sdt>
        <w:sdtPr>
          <w:rPr>
            <w:rFonts w:ascii="Palatino Linotype" w:hAnsi="Palatino Linotype"/>
            <w:b/>
            <w:bCs/>
          </w:rPr>
          <w:id w:val="1649703464"/>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7130FA">
        <w:rPr>
          <w:rFonts w:ascii="Palatino Linotype" w:hAnsi="Palatino Linotype"/>
        </w:rPr>
        <w:t xml:space="preserve"> Company registration certificate / extract</w:t>
      </w:r>
    </w:p>
    <w:p w14:paraId="06E6D40D" w14:textId="64ED20B4" w:rsidR="00AC743A" w:rsidRDefault="00B73390">
      <w:pPr>
        <w:pStyle w:val="ListBullet"/>
        <w:rPr>
          <w:rFonts w:ascii="Palatino Linotype" w:hAnsi="Palatino Linotype"/>
        </w:rPr>
      </w:pPr>
      <w:sdt>
        <w:sdtPr>
          <w:rPr>
            <w:rFonts w:ascii="Palatino Linotype" w:hAnsi="Palatino Linotype"/>
            <w:b/>
            <w:bCs/>
          </w:rPr>
          <w:id w:val="1811677745"/>
          <w14:checkbox>
            <w14:checked w14:val="0"/>
            <w14:checkedState w14:val="2612" w14:font="MS Gothic"/>
            <w14:uncheckedState w14:val="2610" w14:font="MS Gothic"/>
          </w14:checkbox>
        </w:sdtPr>
        <w:sdtEndPr/>
        <w:sdtContent>
          <w:r w:rsidR="00406F97">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Tax/VAT certificate (if applicable)</w:t>
      </w:r>
    </w:p>
    <w:p w14:paraId="78169914" w14:textId="352905EF" w:rsidR="00406F97" w:rsidRDefault="00B73390" w:rsidP="00406F97">
      <w:pPr>
        <w:pStyle w:val="ListBullet"/>
        <w:rPr>
          <w:rFonts w:ascii="Palatino Linotype" w:hAnsi="Palatino Linotype"/>
        </w:rPr>
      </w:pPr>
      <w:sdt>
        <w:sdtPr>
          <w:rPr>
            <w:rFonts w:ascii="Palatino Linotype" w:hAnsi="Palatino Linotype"/>
            <w:b/>
            <w:bCs/>
          </w:rPr>
          <w:id w:val="-1395663761"/>
          <w14:checkbox>
            <w14:checked w14:val="0"/>
            <w14:checkedState w14:val="2612" w14:font="MS Gothic"/>
            <w14:uncheckedState w14:val="2610" w14:font="MS Gothic"/>
          </w14:checkbox>
        </w:sdtPr>
        <w:sdtEndPr/>
        <w:sdtContent>
          <w:r w:rsidR="00406F97">
            <w:rPr>
              <w:rFonts w:ascii="MS Gothic" w:eastAsia="MS Gothic" w:hAnsi="MS Gothic" w:hint="eastAsia"/>
              <w:b/>
              <w:bCs/>
            </w:rPr>
            <w:t>☐</w:t>
          </w:r>
        </w:sdtContent>
      </w:sdt>
      <w:r w:rsidR="00406F97" w:rsidRPr="00D8216A">
        <w:rPr>
          <w:rFonts w:ascii="Palatino Linotype" w:hAnsi="Palatino Linotype"/>
          <w:b/>
          <w:bCs/>
        </w:rPr>
        <w:t xml:space="preserve"> </w:t>
      </w:r>
      <w:r w:rsidR="00406F97">
        <w:rPr>
          <w:rFonts w:ascii="Palatino Linotype" w:hAnsi="Palatino Linotype"/>
        </w:rPr>
        <w:t>Certificate proving absence of tax debt</w:t>
      </w:r>
      <w:r w:rsidR="00406F97" w:rsidRPr="007130FA">
        <w:rPr>
          <w:rFonts w:ascii="Palatino Linotype" w:hAnsi="Palatino Linotype"/>
        </w:rPr>
        <w:t xml:space="preserve"> (if applicable)</w:t>
      </w:r>
    </w:p>
    <w:p w14:paraId="0D807ADA" w14:textId="6936BB94" w:rsidR="00406F97" w:rsidRPr="00406F97" w:rsidRDefault="00B73390" w:rsidP="00406F97">
      <w:pPr>
        <w:pStyle w:val="ListBullet"/>
        <w:rPr>
          <w:rFonts w:ascii="Palatino Linotype" w:hAnsi="Palatino Linotype"/>
        </w:rPr>
      </w:pPr>
      <w:sdt>
        <w:sdtPr>
          <w:rPr>
            <w:rFonts w:ascii="Palatino Linotype" w:hAnsi="Palatino Linotype"/>
            <w:b/>
            <w:bCs/>
          </w:rPr>
          <w:id w:val="737665551"/>
          <w14:checkbox>
            <w14:checked w14:val="0"/>
            <w14:checkedState w14:val="2612" w14:font="MS Gothic"/>
            <w14:uncheckedState w14:val="2610" w14:font="MS Gothic"/>
          </w14:checkbox>
        </w:sdtPr>
        <w:sdtEndPr/>
        <w:sdtContent>
          <w:r w:rsidR="00406F97">
            <w:rPr>
              <w:rFonts w:ascii="MS Gothic" w:eastAsia="MS Gothic" w:hAnsi="MS Gothic" w:hint="eastAsia"/>
              <w:b/>
              <w:bCs/>
            </w:rPr>
            <w:t>☐</w:t>
          </w:r>
        </w:sdtContent>
      </w:sdt>
      <w:r w:rsidR="00406F97" w:rsidRPr="00D8216A">
        <w:rPr>
          <w:rFonts w:ascii="Palatino Linotype" w:hAnsi="Palatino Linotype"/>
          <w:b/>
          <w:bCs/>
        </w:rPr>
        <w:t xml:space="preserve"> </w:t>
      </w:r>
      <w:r w:rsidR="00406F97">
        <w:rPr>
          <w:rFonts w:ascii="Palatino Linotype" w:hAnsi="Palatino Linotype"/>
        </w:rPr>
        <w:t xml:space="preserve">Financial reports (Balance sheet, P&amp;L, Income Statement) or detailed tax declarations covering the last 3 years of operation </w:t>
      </w:r>
    </w:p>
    <w:p w14:paraId="6061A686" w14:textId="2B257AE5" w:rsidR="00AC743A" w:rsidRPr="007130FA" w:rsidRDefault="00B73390">
      <w:pPr>
        <w:pStyle w:val="ListBullet"/>
        <w:rPr>
          <w:rFonts w:ascii="Palatino Linotype" w:hAnsi="Palatino Linotype"/>
        </w:rPr>
      </w:pPr>
      <w:sdt>
        <w:sdtPr>
          <w:rPr>
            <w:rFonts w:ascii="Palatino Linotype" w:hAnsi="Palatino Linotype"/>
            <w:b/>
            <w:bCs/>
          </w:rPr>
          <w:id w:val="-1241022274"/>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Organization chart (optional, for higher-risk scopes)</w:t>
      </w:r>
    </w:p>
    <w:p w14:paraId="1D3E5E8A" w14:textId="66431C58" w:rsidR="00AC743A" w:rsidRPr="007130FA" w:rsidRDefault="00B73390">
      <w:pPr>
        <w:pStyle w:val="ListBullet"/>
        <w:rPr>
          <w:rFonts w:ascii="Palatino Linotype" w:hAnsi="Palatino Linotype"/>
        </w:rPr>
      </w:pPr>
      <w:sdt>
        <w:sdtPr>
          <w:rPr>
            <w:rFonts w:ascii="Palatino Linotype" w:hAnsi="Palatino Linotype"/>
            <w:b/>
            <w:bCs/>
          </w:rPr>
          <w:id w:val="-714814696"/>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ISO certificates claimed in Section 4 (certificate + scope + expiry)</w:t>
      </w:r>
    </w:p>
    <w:p w14:paraId="2BFA89FA" w14:textId="271BB40B" w:rsidR="00C5066E" w:rsidRPr="00C5066E" w:rsidRDefault="00B73390" w:rsidP="00C5066E">
      <w:pPr>
        <w:pStyle w:val="ListBullet"/>
        <w:rPr>
          <w:rFonts w:ascii="Palatino Linotype" w:hAnsi="Palatino Linotype"/>
        </w:rPr>
      </w:pPr>
      <w:sdt>
        <w:sdtPr>
          <w:rPr>
            <w:rFonts w:ascii="Palatino Linotype" w:hAnsi="Palatino Linotype"/>
            <w:b/>
            <w:bCs/>
          </w:rPr>
          <w:id w:val="467783942"/>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Quality Policy (if not ISO 9001 certified)</w:t>
      </w:r>
    </w:p>
    <w:p w14:paraId="0F7B0CAA" w14:textId="57EB9AAE" w:rsidR="00AC743A" w:rsidRPr="007130FA" w:rsidRDefault="00B73390">
      <w:pPr>
        <w:pStyle w:val="ListBullet"/>
        <w:rPr>
          <w:rFonts w:ascii="Palatino Linotype" w:hAnsi="Palatino Linotype"/>
        </w:rPr>
      </w:pPr>
      <w:sdt>
        <w:sdtPr>
          <w:rPr>
            <w:rFonts w:ascii="Palatino Linotype" w:hAnsi="Palatino Linotype"/>
            <w:b/>
            <w:bCs/>
          </w:rPr>
          <w:id w:val="-1905528912"/>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Product/service catalogue or scope statement</w:t>
      </w:r>
    </w:p>
    <w:p w14:paraId="7EA18E53" w14:textId="1AD6BF7C" w:rsidR="00AC743A" w:rsidRPr="007130FA" w:rsidRDefault="00B73390">
      <w:pPr>
        <w:pStyle w:val="ListBullet"/>
        <w:rPr>
          <w:rFonts w:ascii="Palatino Linotype" w:hAnsi="Palatino Linotype"/>
        </w:rPr>
      </w:pPr>
      <w:sdt>
        <w:sdtPr>
          <w:rPr>
            <w:rFonts w:ascii="Palatino Linotype" w:hAnsi="Palatino Linotype"/>
            <w:b/>
            <w:bCs/>
          </w:rPr>
          <w:id w:val="562454675"/>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Sample certificate/document pack relevant to your scope (e.g., CoC/MTC, test report, calibration certificate)</w:t>
      </w:r>
    </w:p>
    <w:p w14:paraId="16DE0BAD" w14:textId="3FE50CBF" w:rsidR="00AC743A" w:rsidRDefault="00B73390">
      <w:pPr>
        <w:pStyle w:val="ListBullet"/>
        <w:rPr>
          <w:rFonts w:ascii="Palatino Linotype" w:hAnsi="Palatino Linotype"/>
        </w:rPr>
      </w:pPr>
      <w:sdt>
        <w:sdtPr>
          <w:rPr>
            <w:rFonts w:ascii="Palatino Linotype" w:hAnsi="Palatino Linotype"/>
            <w:b/>
            <w:bCs/>
          </w:rPr>
          <w:id w:val="-1758119870"/>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 xml:space="preserve">Anti-bribery / Code of Conduct policy </w:t>
      </w:r>
      <w:r w:rsidR="003205EE" w:rsidRPr="003D1C8A">
        <w:rPr>
          <w:rFonts w:ascii="Palatino Linotype" w:hAnsi="Palatino Linotype"/>
          <w:b/>
          <w:bCs/>
        </w:rPr>
        <w:t>OR</w:t>
      </w:r>
      <w:r w:rsidR="003205EE" w:rsidRPr="007130FA">
        <w:rPr>
          <w:rFonts w:ascii="Palatino Linotype" w:hAnsi="Palatino Linotype"/>
        </w:rPr>
        <w:t xml:space="preserve"> signed declaration (see Section 8)</w:t>
      </w:r>
    </w:p>
    <w:p w14:paraId="44B2B3A2" w14:textId="083BA70E" w:rsidR="00381651" w:rsidRPr="00381651" w:rsidRDefault="00B73390" w:rsidP="00381651">
      <w:pPr>
        <w:pStyle w:val="ListBullet"/>
        <w:rPr>
          <w:rFonts w:ascii="Palatino Linotype" w:hAnsi="Palatino Linotype"/>
        </w:rPr>
        <w:sectPr w:rsidR="00381651" w:rsidRPr="00381651" w:rsidSect="00381651">
          <w:type w:val="continuous"/>
          <w:pgSz w:w="15840" w:h="12240" w:orient="landscape"/>
          <w:pgMar w:top="1134" w:right="1134" w:bottom="1134" w:left="1134" w:header="720" w:footer="720" w:gutter="0"/>
          <w:cols w:space="36"/>
          <w:docGrid w:linePitch="360"/>
        </w:sectPr>
      </w:pPr>
      <w:sdt>
        <w:sdtPr>
          <w:rPr>
            <w:rFonts w:ascii="Palatino Linotype" w:hAnsi="Palatino Linotype"/>
            <w:b/>
            <w:bCs/>
          </w:rPr>
          <w:id w:val="-1626067492"/>
          <w14:checkbox>
            <w14:checked w14:val="0"/>
            <w14:checkedState w14:val="2612" w14:font="MS Gothic"/>
            <w14:uncheckedState w14:val="2610" w14:font="MS Gothic"/>
          </w14:checkbox>
        </w:sdtPr>
        <w:sdtEndPr/>
        <w:sdtContent>
          <w:r w:rsidR="00381651">
            <w:rPr>
              <w:rFonts w:ascii="MS Gothic" w:eastAsia="MS Gothic" w:hAnsi="MS Gothic" w:hint="eastAsia"/>
              <w:b/>
              <w:bCs/>
            </w:rPr>
            <w:t>☐</w:t>
          </w:r>
        </w:sdtContent>
      </w:sdt>
      <w:r w:rsidR="00381651" w:rsidRPr="00D8216A">
        <w:rPr>
          <w:rFonts w:ascii="Palatino Linotype" w:hAnsi="Palatino Linotype"/>
          <w:b/>
          <w:bCs/>
        </w:rPr>
        <w:t xml:space="preserve"> </w:t>
      </w:r>
      <w:r w:rsidR="00381651">
        <w:rPr>
          <w:rFonts w:ascii="Palatino Linotype" w:hAnsi="Palatino Linotype"/>
          <w:b/>
          <w:bCs/>
        </w:rPr>
        <w:t>P</w:t>
      </w:r>
      <w:r w:rsidR="00381651" w:rsidRPr="00865903">
        <w:rPr>
          <w:rFonts w:ascii="Palatino Linotype" w:hAnsi="Palatino Linotype"/>
        </w:rPr>
        <w:t>olicy prohibiting exploitation and child labor</w:t>
      </w:r>
      <w:r w:rsidR="00381651" w:rsidRPr="003D1C8A">
        <w:rPr>
          <w:rFonts w:ascii="Palatino Linotype" w:hAnsi="Palatino Linotype"/>
          <w:b/>
          <w:bCs/>
        </w:rPr>
        <w:t xml:space="preserve"> OR</w:t>
      </w:r>
      <w:r w:rsidR="00381651" w:rsidRPr="007130FA">
        <w:rPr>
          <w:rFonts w:ascii="Palatino Linotype" w:hAnsi="Palatino Linotype"/>
        </w:rPr>
        <w:t xml:space="preserve"> signed declaration (see Section 8)</w:t>
      </w:r>
    </w:p>
    <w:p w14:paraId="5E7E2B3A" w14:textId="77777777" w:rsidR="00381651" w:rsidRPr="007130FA" w:rsidRDefault="00381651" w:rsidP="00381651">
      <w:pPr>
        <w:pStyle w:val="ListBullet"/>
        <w:numPr>
          <w:ilvl w:val="0"/>
          <w:numId w:val="0"/>
        </w:numPr>
        <w:rPr>
          <w:rFonts w:ascii="Palatino Linotype" w:hAnsi="Palatino Linotype"/>
        </w:rPr>
      </w:pPr>
    </w:p>
    <w:p w14:paraId="038F3A05" w14:textId="3C72D564" w:rsidR="00301D83" w:rsidRPr="00301D83" w:rsidRDefault="007704F9">
      <w:pPr>
        <w:rPr>
          <w:rFonts w:ascii="Palatino Linotype" w:hAnsi="Palatino Linotype"/>
          <w:b/>
          <w:bCs/>
        </w:rPr>
      </w:pPr>
      <w:r w:rsidRPr="00C5066E">
        <w:rPr>
          <w:rFonts w:ascii="Palatino Linotype" w:hAnsi="Palatino Linotype"/>
          <w:b/>
          <w:bCs/>
        </w:rPr>
        <w:t>Additional attachments may be required based on your vendor type (see Annexes).</w:t>
      </w:r>
    </w:p>
    <w:p w14:paraId="0532858F" w14:textId="77777777" w:rsidR="00AC743A" w:rsidRPr="00AA0225" w:rsidRDefault="007704F9">
      <w:pPr>
        <w:pStyle w:val="Heading2"/>
        <w:rPr>
          <w:rFonts w:ascii="Palatino Linotype" w:hAnsi="Palatino Linotype"/>
          <w:color w:val="984806" w:themeColor="accent6" w:themeShade="80"/>
        </w:rPr>
      </w:pPr>
      <w:r w:rsidRPr="00AA0225">
        <w:rPr>
          <w:rFonts w:ascii="Palatino Linotype" w:hAnsi="Palatino Linotype"/>
          <w:color w:val="984806" w:themeColor="accent6" w:themeShade="80"/>
        </w:rPr>
        <w:t>8. Declaration</w:t>
      </w:r>
    </w:p>
    <w:p w14:paraId="240AE859" w14:textId="41A49EE6" w:rsidR="00AC743A" w:rsidRPr="007130FA" w:rsidRDefault="007704F9">
      <w:pPr>
        <w:rPr>
          <w:rFonts w:ascii="Palatino Linotype" w:hAnsi="Palatino Linotype"/>
        </w:rPr>
      </w:pPr>
      <w:r w:rsidRPr="007130FA">
        <w:rPr>
          <w:rFonts w:ascii="Palatino Linotype" w:hAnsi="Palatino Linotype"/>
          <w:b/>
        </w:rPr>
        <w:t xml:space="preserve">Declaration. </w:t>
      </w:r>
      <w:r w:rsidRPr="007130FA">
        <w:rPr>
          <w:rFonts w:ascii="Palatino Linotype" w:hAnsi="Palatino Linotype"/>
        </w:rPr>
        <w:t>We confirm that the information provided is true, complete, and current to the best of our knowledge. We agree to notify BSC of any material changes. We acknowledge that BSC may verify information and request evidence, and that pre-qualification does not guarantee approval or award of business.</w:t>
      </w:r>
    </w:p>
    <w:tbl>
      <w:tblPr>
        <w:tblStyle w:val="TableGrid"/>
        <w:tblW w:w="0" w:type="auto"/>
        <w:jc w:val="center"/>
        <w:tblLook w:val="04A0" w:firstRow="1" w:lastRow="0" w:firstColumn="1" w:lastColumn="0" w:noHBand="0" w:noVBand="1"/>
      </w:tblPr>
      <w:tblGrid>
        <w:gridCol w:w="4215"/>
        <w:gridCol w:w="4678"/>
        <w:gridCol w:w="2835"/>
        <w:gridCol w:w="2023"/>
      </w:tblGrid>
      <w:tr w:rsidR="00C9113C" w:rsidRPr="007130FA" w14:paraId="25D60B0A" w14:textId="1575B60A" w:rsidTr="00B36C64">
        <w:trPr>
          <w:trHeight w:val="625"/>
          <w:jc w:val="center"/>
        </w:trPr>
        <w:tc>
          <w:tcPr>
            <w:tcW w:w="4215" w:type="dxa"/>
            <w:shd w:val="clear" w:color="auto" w:fill="F2F2F2" w:themeFill="background1" w:themeFillShade="F2"/>
            <w:vAlign w:val="center"/>
          </w:tcPr>
          <w:p w14:paraId="518067FC" w14:textId="77777777" w:rsidR="00C9113C" w:rsidRPr="007130FA" w:rsidRDefault="00C9113C" w:rsidP="00C9113C">
            <w:pPr>
              <w:jc w:val="center"/>
              <w:rPr>
                <w:rFonts w:ascii="Palatino Linotype" w:hAnsi="Palatino Linotype"/>
              </w:rPr>
            </w:pPr>
            <w:r w:rsidRPr="007130FA">
              <w:rPr>
                <w:rFonts w:ascii="Palatino Linotype" w:hAnsi="Palatino Linotype"/>
                <w:b/>
              </w:rPr>
              <w:t>Company name</w:t>
            </w:r>
          </w:p>
        </w:tc>
        <w:tc>
          <w:tcPr>
            <w:tcW w:w="4678" w:type="dxa"/>
            <w:shd w:val="clear" w:color="auto" w:fill="F2F2F2" w:themeFill="background1" w:themeFillShade="F2"/>
            <w:vAlign w:val="center"/>
          </w:tcPr>
          <w:p w14:paraId="46221D97" w14:textId="5218FE15" w:rsidR="00C9113C" w:rsidRPr="007130FA" w:rsidRDefault="00C9113C" w:rsidP="00C9113C">
            <w:pPr>
              <w:jc w:val="center"/>
              <w:rPr>
                <w:rFonts w:ascii="Palatino Linotype" w:hAnsi="Palatino Linotype"/>
              </w:rPr>
            </w:pPr>
            <w:r w:rsidRPr="007130FA">
              <w:rPr>
                <w:rFonts w:ascii="Palatino Linotype" w:hAnsi="Palatino Linotype"/>
                <w:b/>
              </w:rPr>
              <w:t>Name &amp; title (authorized signatory)</w:t>
            </w:r>
          </w:p>
        </w:tc>
        <w:tc>
          <w:tcPr>
            <w:tcW w:w="2835" w:type="dxa"/>
            <w:shd w:val="clear" w:color="auto" w:fill="F2F2F2" w:themeFill="background1" w:themeFillShade="F2"/>
            <w:vAlign w:val="center"/>
          </w:tcPr>
          <w:p w14:paraId="3DD95DF8" w14:textId="67DCF138" w:rsidR="00C9113C" w:rsidRPr="007130FA" w:rsidRDefault="00C9113C" w:rsidP="00C9113C">
            <w:pPr>
              <w:jc w:val="center"/>
              <w:rPr>
                <w:rFonts w:ascii="Palatino Linotype" w:hAnsi="Palatino Linotype"/>
              </w:rPr>
            </w:pPr>
            <w:r w:rsidRPr="007130FA">
              <w:rPr>
                <w:rFonts w:ascii="Palatino Linotype" w:hAnsi="Palatino Linotype"/>
                <w:b/>
              </w:rPr>
              <w:t>Signature</w:t>
            </w:r>
          </w:p>
        </w:tc>
        <w:tc>
          <w:tcPr>
            <w:tcW w:w="2023" w:type="dxa"/>
            <w:shd w:val="clear" w:color="auto" w:fill="F2F2F2" w:themeFill="background1" w:themeFillShade="F2"/>
            <w:vAlign w:val="center"/>
          </w:tcPr>
          <w:p w14:paraId="5FD54784" w14:textId="7EC165F8" w:rsidR="00C9113C" w:rsidRPr="007130FA" w:rsidRDefault="00C9113C" w:rsidP="00C9113C">
            <w:pPr>
              <w:jc w:val="center"/>
              <w:rPr>
                <w:rFonts w:ascii="Palatino Linotype" w:hAnsi="Palatino Linotype"/>
              </w:rPr>
            </w:pPr>
            <w:r w:rsidRPr="007130FA">
              <w:rPr>
                <w:rFonts w:ascii="Palatino Linotype" w:hAnsi="Palatino Linotype"/>
                <w:b/>
              </w:rPr>
              <w:t>Date</w:t>
            </w:r>
          </w:p>
        </w:tc>
      </w:tr>
      <w:tr w:rsidR="00C9113C" w:rsidRPr="007130FA" w14:paraId="6D2B11F2" w14:textId="14258167" w:rsidTr="00B36C64">
        <w:trPr>
          <w:trHeight w:val="970"/>
          <w:jc w:val="center"/>
        </w:trPr>
        <w:tc>
          <w:tcPr>
            <w:tcW w:w="4215" w:type="dxa"/>
            <w:shd w:val="clear" w:color="auto" w:fill="FFFFFF" w:themeFill="background1"/>
            <w:vAlign w:val="center"/>
          </w:tcPr>
          <w:p w14:paraId="1F7248AA" w14:textId="77F237C9" w:rsidR="00C9113C" w:rsidRPr="007130FA" w:rsidRDefault="00C9113C" w:rsidP="00C9113C">
            <w:pPr>
              <w:jc w:val="center"/>
              <w:rPr>
                <w:rFonts w:ascii="Palatino Linotype" w:hAnsi="Palatino Linotype"/>
              </w:rPr>
            </w:pPr>
          </w:p>
        </w:tc>
        <w:tc>
          <w:tcPr>
            <w:tcW w:w="4678" w:type="dxa"/>
            <w:vAlign w:val="center"/>
          </w:tcPr>
          <w:p w14:paraId="7E5A66EA" w14:textId="77777777" w:rsidR="00C9113C" w:rsidRPr="007130FA" w:rsidRDefault="00C9113C" w:rsidP="00C9113C">
            <w:pPr>
              <w:rPr>
                <w:rFonts w:ascii="Palatino Linotype" w:hAnsi="Palatino Linotype"/>
              </w:rPr>
            </w:pPr>
          </w:p>
        </w:tc>
        <w:tc>
          <w:tcPr>
            <w:tcW w:w="2835" w:type="dxa"/>
          </w:tcPr>
          <w:p w14:paraId="555FFBA6" w14:textId="77777777" w:rsidR="00C9113C" w:rsidRPr="007130FA" w:rsidRDefault="00C9113C" w:rsidP="00C9113C">
            <w:pPr>
              <w:rPr>
                <w:rFonts w:ascii="Palatino Linotype" w:hAnsi="Palatino Linotype"/>
              </w:rPr>
            </w:pPr>
          </w:p>
        </w:tc>
        <w:tc>
          <w:tcPr>
            <w:tcW w:w="2023" w:type="dxa"/>
          </w:tcPr>
          <w:p w14:paraId="7DE1F5DA" w14:textId="77777777" w:rsidR="00C9113C" w:rsidRPr="007130FA" w:rsidRDefault="00C9113C" w:rsidP="00C9113C">
            <w:pPr>
              <w:rPr>
                <w:rFonts w:ascii="Palatino Linotype" w:hAnsi="Palatino Linotype"/>
              </w:rPr>
            </w:pPr>
          </w:p>
        </w:tc>
      </w:tr>
    </w:tbl>
    <w:p w14:paraId="24C7F778" w14:textId="77777777" w:rsidR="00AC743A" w:rsidRPr="00680F5D" w:rsidRDefault="007704F9" w:rsidP="00680F5D">
      <w:pPr>
        <w:pStyle w:val="Heading1"/>
        <w:jc w:val="center"/>
        <w:rPr>
          <w:rFonts w:ascii="Palatino Linotype" w:hAnsi="Palatino Linotype"/>
          <w:color w:val="002060"/>
        </w:rPr>
      </w:pPr>
      <w:r w:rsidRPr="00680F5D">
        <w:rPr>
          <w:rFonts w:ascii="Palatino Linotype" w:hAnsi="Palatino Linotype"/>
          <w:color w:val="002060"/>
        </w:rPr>
        <w:lastRenderedPageBreak/>
        <w:t>ANNEXES (Complete only those applicable)</w:t>
      </w:r>
    </w:p>
    <w:p w14:paraId="266D7BC1" w14:textId="77777777" w:rsidR="00AC743A" w:rsidRPr="00680F5D" w:rsidRDefault="007704F9">
      <w:pPr>
        <w:pStyle w:val="Heading2"/>
        <w:rPr>
          <w:rFonts w:ascii="Palatino Linotype" w:hAnsi="Palatino Linotype"/>
          <w:color w:val="984806" w:themeColor="accent6" w:themeShade="80"/>
        </w:rPr>
      </w:pPr>
      <w:r w:rsidRPr="00680F5D">
        <w:rPr>
          <w:rFonts w:ascii="Palatino Linotype" w:hAnsi="Palatino Linotype"/>
          <w:color w:val="984806" w:themeColor="accent6" w:themeShade="80"/>
        </w:rPr>
        <w:t>Annex A - Manufacturers / OEMs</w:t>
      </w:r>
    </w:p>
    <w:p w14:paraId="513167B0" w14:textId="77777777" w:rsidR="00AC743A" w:rsidRPr="00680F5D" w:rsidRDefault="007704F9">
      <w:pPr>
        <w:rPr>
          <w:rFonts w:ascii="Palatino Linotype" w:hAnsi="Palatino Linotype"/>
          <w:b/>
          <w:bCs/>
        </w:rPr>
      </w:pPr>
      <w:r w:rsidRPr="00680F5D">
        <w:rPr>
          <w:rFonts w:ascii="Palatino Linotype" w:hAnsi="Palatino Linotype"/>
          <w:b/>
          <w:bCs/>
        </w:rPr>
        <w:t>Complete this annex if you manufacture the products supplied to BSC.</w:t>
      </w:r>
    </w:p>
    <w:tbl>
      <w:tblPr>
        <w:tblStyle w:val="TableGrid"/>
        <w:tblW w:w="0" w:type="auto"/>
        <w:jc w:val="center"/>
        <w:tblLook w:val="04A0" w:firstRow="1" w:lastRow="0" w:firstColumn="1" w:lastColumn="0" w:noHBand="0" w:noVBand="1"/>
      </w:tblPr>
      <w:tblGrid>
        <w:gridCol w:w="7102"/>
        <w:gridCol w:w="6497"/>
      </w:tblGrid>
      <w:tr w:rsidR="00AC743A" w:rsidRPr="007130FA" w14:paraId="1CDBB07B" w14:textId="77777777" w:rsidTr="00413DA3">
        <w:trPr>
          <w:trHeight w:val="486"/>
          <w:jc w:val="center"/>
        </w:trPr>
        <w:tc>
          <w:tcPr>
            <w:tcW w:w="7102" w:type="dxa"/>
            <w:shd w:val="clear" w:color="auto" w:fill="F2F2F2"/>
            <w:vAlign w:val="center"/>
          </w:tcPr>
          <w:p w14:paraId="6F63BD33" w14:textId="77777777" w:rsidR="00AC743A" w:rsidRPr="007130FA" w:rsidRDefault="007704F9" w:rsidP="00680F5D">
            <w:pPr>
              <w:jc w:val="center"/>
              <w:rPr>
                <w:rFonts w:ascii="Palatino Linotype" w:hAnsi="Palatino Linotype"/>
              </w:rPr>
            </w:pPr>
            <w:r w:rsidRPr="007130FA">
              <w:rPr>
                <w:rFonts w:ascii="Palatino Linotype" w:hAnsi="Palatino Linotype"/>
                <w:b/>
              </w:rPr>
              <w:t>Question / Requirement</w:t>
            </w:r>
          </w:p>
        </w:tc>
        <w:tc>
          <w:tcPr>
            <w:tcW w:w="6497" w:type="dxa"/>
            <w:shd w:val="clear" w:color="auto" w:fill="F2F2F2"/>
            <w:vAlign w:val="center"/>
          </w:tcPr>
          <w:p w14:paraId="605E4DCE" w14:textId="77777777" w:rsidR="00AC743A" w:rsidRPr="007130FA" w:rsidRDefault="007704F9" w:rsidP="00680F5D">
            <w:pPr>
              <w:jc w:val="center"/>
              <w:rPr>
                <w:rFonts w:ascii="Palatino Linotype" w:hAnsi="Palatino Linotype"/>
              </w:rPr>
            </w:pPr>
            <w:r w:rsidRPr="007130FA">
              <w:rPr>
                <w:rFonts w:ascii="Palatino Linotype" w:hAnsi="Palatino Linotype"/>
                <w:b/>
              </w:rPr>
              <w:t>Vendor Response</w:t>
            </w:r>
          </w:p>
        </w:tc>
      </w:tr>
      <w:tr w:rsidR="00AC743A" w:rsidRPr="007130FA" w14:paraId="6218D8BC" w14:textId="77777777" w:rsidTr="00413DA3">
        <w:trPr>
          <w:trHeight w:val="567"/>
          <w:jc w:val="center"/>
        </w:trPr>
        <w:tc>
          <w:tcPr>
            <w:tcW w:w="7102" w:type="dxa"/>
            <w:vAlign w:val="center"/>
          </w:tcPr>
          <w:p w14:paraId="40AF408E" w14:textId="77777777" w:rsidR="00B4247A" w:rsidRDefault="007704F9" w:rsidP="00680F5D">
            <w:pPr>
              <w:rPr>
                <w:rFonts w:ascii="Palatino Linotype" w:hAnsi="Palatino Linotype"/>
              </w:rPr>
            </w:pPr>
            <w:r w:rsidRPr="00680F5D">
              <w:rPr>
                <w:rFonts w:ascii="Palatino Linotype" w:hAnsi="Palatino Linotype"/>
                <w:b/>
                <w:bCs/>
              </w:rPr>
              <w:t>Manufacturing site(s):</w:t>
            </w:r>
            <w:r w:rsidRPr="007130FA">
              <w:rPr>
                <w:rFonts w:ascii="Palatino Linotype" w:hAnsi="Palatino Linotype"/>
              </w:rPr>
              <w:t xml:space="preserve"> </w:t>
            </w:r>
          </w:p>
          <w:p w14:paraId="330E0D97" w14:textId="71F0DF31" w:rsidR="00AC743A" w:rsidRPr="007130FA" w:rsidRDefault="007704F9" w:rsidP="00680F5D">
            <w:pPr>
              <w:rPr>
                <w:rFonts w:ascii="Palatino Linotype" w:hAnsi="Palatino Linotype"/>
              </w:rPr>
            </w:pPr>
            <w:r w:rsidRPr="007130FA">
              <w:rPr>
                <w:rFonts w:ascii="Palatino Linotype" w:hAnsi="Palatino Linotype"/>
              </w:rPr>
              <w:t>address, country, and scope at each site</w:t>
            </w:r>
          </w:p>
        </w:tc>
        <w:tc>
          <w:tcPr>
            <w:tcW w:w="6497" w:type="dxa"/>
            <w:vAlign w:val="center"/>
          </w:tcPr>
          <w:p w14:paraId="3D2C2875" w14:textId="77777777" w:rsidR="00AC743A" w:rsidRPr="007130FA" w:rsidRDefault="00AC743A" w:rsidP="00680F5D">
            <w:pPr>
              <w:rPr>
                <w:rFonts w:ascii="Palatino Linotype" w:hAnsi="Palatino Linotype"/>
              </w:rPr>
            </w:pPr>
          </w:p>
        </w:tc>
      </w:tr>
      <w:tr w:rsidR="00AC743A" w:rsidRPr="007130FA" w14:paraId="7738EFD1" w14:textId="77777777" w:rsidTr="00413DA3">
        <w:trPr>
          <w:trHeight w:val="567"/>
          <w:jc w:val="center"/>
        </w:trPr>
        <w:tc>
          <w:tcPr>
            <w:tcW w:w="7102" w:type="dxa"/>
            <w:vAlign w:val="center"/>
          </w:tcPr>
          <w:p w14:paraId="715F79FE" w14:textId="77777777" w:rsidR="00B4247A" w:rsidRDefault="007704F9" w:rsidP="00680F5D">
            <w:pPr>
              <w:rPr>
                <w:rFonts w:ascii="Palatino Linotype" w:hAnsi="Palatino Linotype"/>
                <w:b/>
                <w:bCs/>
              </w:rPr>
            </w:pPr>
            <w:r w:rsidRPr="00680F5D">
              <w:rPr>
                <w:rFonts w:ascii="Palatino Linotype" w:hAnsi="Palatino Linotype"/>
                <w:b/>
                <w:bCs/>
              </w:rPr>
              <w:t>Key manufacturing processes</w:t>
            </w:r>
            <w:r w:rsidR="00680F5D">
              <w:rPr>
                <w:rFonts w:ascii="Palatino Linotype" w:hAnsi="Palatino Linotype"/>
                <w:b/>
                <w:bCs/>
              </w:rPr>
              <w:t xml:space="preserve"> </w:t>
            </w:r>
          </w:p>
          <w:p w14:paraId="6E3F8208" w14:textId="1E4C54D7" w:rsidR="00AC743A" w:rsidRPr="007130FA" w:rsidRDefault="007704F9" w:rsidP="00680F5D">
            <w:pPr>
              <w:rPr>
                <w:rFonts w:ascii="Palatino Linotype" w:hAnsi="Palatino Linotype"/>
              </w:rPr>
            </w:pPr>
            <w:r w:rsidRPr="007130FA">
              <w:rPr>
                <w:rFonts w:ascii="Palatino Linotype" w:hAnsi="Palatino Linotype"/>
              </w:rPr>
              <w:t>(e.g., machining, heat treatment, coating, fabrication)</w:t>
            </w:r>
          </w:p>
        </w:tc>
        <w:tc>
          <w:tcPr>
            <w:tcW w:w="6497" w:type="dxa"/>
            <w:vAlign w:val="center"/>
          </w:tcPr>
          <w:p w14:paraId="156C4FAA" w14:textId="77777777" w:rsidR="00AC743A" w:rsidRPr="007130FA" w:rsidRDefault="00AC743A" w:rsidP="00680F5D">
            <w:pPr>
              <w:rPr>
                <w:rFonts w:ascii="Palatino Linotype" w:hAnsi="Palatino Linotype"/>
              </w:rPr>
            </w:pPr>
          </w:p>
        </w:tc>
      </w:tr>
      <w:tr w:rsidR="00AC743A" w:rsidRPr="007130FA" w14:paraId="68F366B0" w14:textId="77777777" w:rsidTr="00413DA3">
        <w:trPr>
          <w:trHeight w:val="567"/>
          <w:jc w:val="center"/>
        </w:trPr>
        <w:tc>
          <w:tcPr>
            <w:tcW w:w="7102" w:type="dxa"/>
            <w:vAlign w:val="center"/>
          </w:tcPr>
          <w:p w14:paraId="5E551491" w14:textId="77777777" w:rsidR="00AC743A" w:rsidRPr="00B4247A" w:rsidRDefault="007704F9" w:rsidP="00680F5D">
            <w:pPr>
              <w:rPr>
                <w:rFonts w:ascii="Palatino Linotype" w:hAnsi="Palatino Linotype"/>
              </w:rPr>
            </w:pPr>
            <w:r w:rsidRPr="00B4247A">
              <w:rPr>
                <w:rFonts w:ascii="Palatino Linotype" w:hAnsi="Palatino Linotype"/>
              </w:rPr>
              <w:t>Critical subcontracted processes (if any) and how they are controlled</w:t>
            </w:r>
          </w:p>
        </w:tc>
        <w:tc>
          <w:tcPr>
            <w:tcW w:w="6497" w:type="dxa"/>
            <w:vAlign w:val="center"/>
          </w:tcPr>
          <w:p w14:paraId="0102F165" w14:textId="77777777" w:rsidR="00AC743A" w:rsidRPr="007130FA" w:rsidRDefault="00AC743A" w:rsidP="00680F5D">
            <w:pPr>
              <w:rPr>
                <w:rFonts w:ascii="Palatino Linotype" w:hAnsi="Palatino Linotype"/>
              </w:rPr>
            </w:pPr>
          </w:p>
        </w:tc>
      </w:tr>
      <w:tr w:rsidR="00AC743A" w:rsidRPr="007130FA" w14:paraId="6593492E" w14:textId="77777777" w:rsidTr="00413DA3">
        <w:trPr>
          <w:trHeight w:val="567"/>
          <w:jc w:val="center"/>
        </w:trPr>
        <w:tc>
          <w:tcPr>
            <w:tcW w:w="7102" w:type="dxa"/>
            <w:vAlign w:val="center"/>
          </w:tcPr>
          <w:p w14:paraId="5CB75437" w14:textId="77777777" w:rsidR="00AC743A" w:rsidRPr="00B4247A" w:rsidRDefault="007704F9" w:rsidP="00680F5D">
            <w:pPr>
              <w:rPr>
                <w:rFonts w:ascii="Palatino Linotype" w:hAnsi="Palatino Linotype"/>
              </w:rPr>
            </w:pPr>
            <w:r w:rsidRPr="00B4247A">
              <w:rPr>
                <w:rFonts w:ascii="Palatino Linotype" w:hAnsi="Palatino Linotype"/>
              </w:rPr>
              <w:t>Incoming inspection, in-process control, and final inspection/testing (summary)</w:t>
            </w:r>
          </w:p>
        </w:tc>
        <w:tc>
          <w:tcPr>
            <w:tcW w:w="6497" w:type="dxa"/>
            <w:vAlign w:val="center"/>
          </w:tcPr>
          <w:p w14:paraId="0026A4F7" w14:textId="77777777" w:rsidR="00AC743A" w:rsidRPr="007130FA" w:rsidRDefault="00AC743A" w:rsidP="00680F5D">
            <w:pPr>
              <w:rPr>
                <w:rFonts w:ascii="Palatino Linotype" w:hAnsi="Palatino Linotype"/>
              </w:rPr>
            </w:pPr>
          </w:p>
        </w:tc>
      </w:tr>
      <w:tr w:rsidR="00AC743A" w:rsidRPr="007130FA" w14:paraId="06998D55" w14:textId="77777777" w:rsidTr="00413DA3">
        <w:trPr>
          <w:trHeight w:val="567"/>
          <w:jc w:val="center"/>
        </w:trPr>
        <w:tc>
          <w:tcPr>
            <w:tcW w:w="7102" w:type="dxa"/>
            <w:vAlign w:val="center"/>
          </w:tcPr>
          <w:p w14:paraId="588AA8BD" w14:textId="77777777" w:rsidR="00B4247A" w:rsidRDefault="007704F9" w:rsidP="00680F5D">
            <w:pPr>
              <w:rPr>
                <w:rFonts w:ascii="Palatino Linotype" w:hAnsi="Palatino Linotype"/>
                <w:b/>
                <w:bCs/>
              </w:rPr>
            </w:pPr>
            <w:r w:rsidRPr="00680F5D">
              <w:rPr>
                <w:rFonts w:ascii="Palatino Linotype" w:hAnsi="Palatino Linotype"/>
                <w:b/>
                <w:bCs/>
              </w:rPr>
              <w:t>Traceability:</w:t>
            </w:r>
            <w:r w:rsidR="00680F5D">
              <w:rPr>
                <w:rFonts w:ascii="Palatino Linotype" w:hAnsi="Palatino Linotype"/>
                <w:b/>
                <w:bCs/>
              </w:rPr>
              <w:t xml:space="preserve"> </w:t>
            </w:r>
          </w:p>
          <w:p w14:paraId="5E6B656B" w14:textId="76D806D2" w:rsidR="00AC743A" w:rsidRPr="00680F5D" w:rsidRDefault="007704F9" w:rsidP="00680F5D">
            <w:pPr>
              <w:rPr>
                <w:rFonts w:ascii="Palatino Linotype" w:hAnsi="Palatino Linotype"/>
                <w:b/>
                <w:bCs/>
              </w:rPr>
            </w:pPr>
            <w:r w:rsidRPr="007130FA">
              <w:rPr>
                <w:rFonts w:ascii="Palatino Linotype" w:hAnsi="Palatino Linotype"/>
              </w:rPr>
              <w:t>Describe how you ensure batch/lot/heat traceability (where applicable)</w:t>
            </w:r>
          </w:p>
        </w:tc>
        <w:tc>
          <w:tcPr>
            <w:tcW w:w="6497" w:type="dxa"/>
            <w:vAlign w:val="center"/>
          </w:tcPr>
          <w:p w14:paraId="591E9DD3" w14:textId="77777777" w:rsidR="00AC743A" w:rsidRPr="007130FA" w:rsidRDefault="00AC743A" w:rsidP="00680F5D">
            <w:pPr>
              <w:rPr>
                <w:rFonts w:ascii="Palatino Linotype" w:hAnsi="Palatino Linotype"/>
              </w:rPr>
            </w:pPr>
          </w:p>
        </w:tc>
      </w:tr>
      <w:tr w:rsidR="00AC743A" w:rsidRPr="007130FA" w14:paraId="104AB31A" w14:textId="77777777" w:rsidTr="00413DA3">
        <w:trPr>
          <w:trHeight w:val="997"/>
          <w:jc w:val="center"/>
        </w:trPr>
        <w:tc>
          <w:tcPr>
            <w:tcW w:w="7102" w:type="dxa"/>
            <w:vAlign w:val="center"/>
          </w:tcPr>
          <w:p w14:paraId="51E19465" w14:textId="77777777" w:rsidR="00B4247A" w:rsidRDefault="007704F9" w:rsidP="00680F5D">
            <w:pPr>
              <w:rPr>
                <w:rFonts w:ascii="Palatino Linotype" w:hAnsi="Palatino Linotype"/>
                <w:b/>
                <w:bCs/>
              </w:rPr>
            </w:pPr>
            <w:r w:rsidRPr="00680F5D">
              <w:rPr>
                <w:rFonts w:ascii="Palatino Linotype" w:hAnsi="Palatino Linotype"/>
                <w:b/>
                <w:bCs/>
              </w:rPr>
              <w:t>Change management:</w:t>
            </w:r>
            <w:r w:rsidR="00680F5D">
              <w:rPr>
                <w:rFonts w:ascii="Palatino Linotype" w:hAnsi="Palatino Linotype"/>
                <w:b/>
                <w:bCs/>
              </w:rPr>
              <w:t xml:space="preserve"> </w:t>
            </w:r>
          </w:p>
          <w:p w14:paraId="4BCFBC03" w14:textId="5A783DA4" w:rsidR="00AC743A" w:rsidRPr="00680F5D" w:rsidRDefault="007704F9" w:rsidP="00680F5D">
            <w:pPr>
              <w:rPr>
                <w:rFonts w:ascii="Palatino Linotype" w:hAnsi="Palatino Linotype"/>
                <w:b/>
                <w:bCs/>
              </w:rPr>
            </w:pPr>
            <w:r w:rsidRPr="007130FA">
              <w:rPr>
                <w:rFonts w:ascii="Palatino Linotype" w:hAnsi="Palatino Linotype"/>
              </w:rPr>
              <w:t>Describe how you control changes to process/material/specification affecting supplied product</w:t>
            </w:r>
          </w:p>
        </w:tc>
        <w:tc>
          <w:tcPr>
            <w:tcW w:w="6497" w:type="dxa"/>
            <w:vAlign w:val="center"/>
          </w:tcPr>
          <w:p w14:paraId="7B6C9986" w14:textId="77777777" w:rsidR="00AC743A" w:rsidRPr="007130FA" w:rsidRDefault="00AC743A" w:rsidP="00680F5D">
            <w:pPr>
              <w:rPr>
                <w:rFonts w:ascii="Palatino Linotype" w:hAnsi="Palatino Linotype"/>
              </w:rPr>
            </w:pPr>
          </w:p>
        </w:tc>
      </w:tr>
      <w:tr w:rsidR="00AC743A" w:rsidRPr="007130FA" w14:paraId="0BD879BD" w14:textId="77777777" w:rsidTr="00413DA3">
        <w:trPr>
          <w:trHeight w:val="567"/>
          <w:jc w:val="center"/>
        </w:trPr>
        <w:tc>
          <w:tcPr>
            <w:tcW w:w="7102" w:type="dxa"/>
            <w:vAlign w:val="center"/>
          </w:tcPr>
          <w:p w14:paraId="1CC5A505" w14:textId="77777777" w:rsidR="00AC743A" w:rsidRPr="00440C52" w:rsidRDefault="007704F9" w:rsidP="00680F5D">
            <w:pPr>
              <w:rPr>
                <w:rFonts w:ascii="Palatino Linotype" w:hAnsi="Palatino Linotype"/>
              </w:rPr>
            </w:pPr>
            <w:r w:rsidRPr="00440C52">
              <w:rPr>
                <w:rFonts w:ascii="Palatino Linotype" w:hAnsi="Palatino Linotype"/>
              </w:rPr>
              <w:t>Packaging, preservation, and identification marking controls</w:t>
            </w:r>
          </w:p>
        </w:tc>
        <w:tc>
          <w:tcPr>
            <w:tcW w:w="6497" w:type="dxa"/>
            <w:vAlign w:val="center"/>
          </w:tcPr>
          <w:p w14:paraId="6558699C" w14:textId="77777777" w:rsidR="00AC743A" w:rsidRPr="007130FA" w:rsidRDefault="00AC743A" w:rsidP="00680F5D">
            <w:pPr>
              <w:rPr>
                <w:rFonts w:ascii="Palatino Linotype" w:hAnsi="Palatino Linotype"/>
              </w:rPr>
            </w:pPr>
          </w:p>
        </w:tc>
      </w:tr>
    </w:tbl>
    <w:p w14:paraId="0AC30900" w14:textId="77777777" w:rsidR="00AC743A" w:rsidRPr="009D025D" w:rsidRDefault="00AC743A">
      <w:pPr>
        <w:rPr>
          <w:rFonts w:ascii="Palatino Linotype" w:hAnsi="Palatino Linotype"/>
          <w:lang w:val="az-Latn-AZ"/>
        </w:rPr>
      </w:pPr>
    </w:p>
    <w:p w14:paraId="773D0775" w14:textId="77777777" w:rsidR="00AC743A" w:rsidRPr="007130FA" w:rsidRDefault="007704F9">
      <w:pPr>
        <w:rPr>
          <w:rFonts w:ascii="Palatino Linotype" w:hAnsi="Palatino Linotype"/>
        </w:rPr>
      </w:pPr>
      <w:r w:rsidRPr="007130FA">
        <w:rPr>
          <w:rFonts w:ascii="Palatino Linotype" w:hAnsi="Palatino Linotype"/>
          <w:b/>
        </w:rPr>
        <w:t>Mandatory attachments (Annex A):</w:t>
      </w:r>
    </w:p>
    <w:p w14:paraId="7B541820" w14:textId="0BFB4AA2" w:rsidR="00AC743A" w:rsidRPr="007130FA" w:rsidRDefault="00B73390" w:rsidP="000C0045">
      <w:pPr>
        <w:pStyle w:val="ListBullet"/>
        <w:spacing w:line="240" w:lineRule="auto"/>
        <w:rPr>
          <w:rFonts w:ascii="Palatino Linotype" w:hAnsi="Palatino Linotype"/>
        </w:rPr>
      </w:pPr>
      <w:sdt>
        <w:sdtPr>
          <w:rPr>
            <w:rFonts w:ascii="Palatino Linotype" w:hAnsi="Palatino Linotype"/>
            <w:b/>
            <w:bCs/>
          </w:rPr>
          <w:id w:val="-821964973"/>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Manufacturing site list (addresses)</w:t>
      </w:r>
    </w:p>
    <w:p w14:paraId="642E70F2" w14:textId="25211C6D" w:rsidR="00AC743A" w:rsidRPr="007130FA" w:rsidRDefault="00B73390" w:rsidP="000C0045">
      <w:pPr>
        <w:pStyle w:val="ListBullet"/>
        <w:spacing w:line="240" w:lineRule="auto"/>
        <w:rPr>
          <w:rFonts w:ascii="Palatino Linotype" w:hAnsi="Palatino Linotype"/>
        </w:rPr>
      </w:pPr>
      <w:sdt>
        <w:sdtPr>
          <w:rPr>
            <w:rFonts w:ascii="Palatino Linotype" w:hAnsi="Palatino Linotype"/>
            <w:b/>
            <w:bCs/>
          </w:rPr>
          <w:id w:val="1003324015"/>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Process flow / brief description of key processes (1 page max)</w:t>
      </w:r>
    </w:p>
    <w:p w14:paraId="64AFCE5A" w14:textId="521F737B" w:rsidR="00AC743A" w:rsidRPr="007130FA" w:rsidRDefault="00B73390" w:rsidP="000C0045">
      <w:pPr>
        <w:pStyle w:val="ListBullet"/>
        <w:spacing w:line="240" w:lineRule="auto"/>
        <w:rPr>
          <w:rFonts w:ascii="Palatino Linotype" w:hAnsi="Palatino Linotype"/>
        </w:rPr>
      </w:pPr>
      <w:sdt>
        <w:sdtPr>
          <w:rPr>
            <w:rFonts w:ascii="Palatino Linotype" w:hAnsi="Palatino Linotype"/>
            <w:b/>
            <w:bCs/>
          </w:rPr>
          <w:id w:val="1599752960"/>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Sample inspection/test report relevant to scope (if applicable)</w:t>
      </w:r>
    </w:p>
    <w:p w14:paraId="478C35C0" w14:textId="6949B43D" w:rsidR="00AC743A" w:rsidRPr="007130FA" w:rsidRDefault="00B73390" w:rsidP="000C0045">
      <w:pPr>
        <w:pStyle w:val="ListBullet"/>
        <w:spacing w:line="240" w:lineRule="auto"/>
        <w:rPr>
          <w:rFonts w:ascii="Palatino Linotype" w:hAnsi="Palatino Linotype"/>
        </w:rPr>
      </w:pPr>
      <w:sdt>
        <w:sdtPr>
          <w:rPr>
            <w:rFonts w:ascii="Palatino Linotype" w:hAnsi="Palatino Linotype"/>
            <w:b/>
            <w:bCs/>
          </w:rPr>
          <w:id w:val="629752157"/>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List of critical subcontractors (if used)</w:t>
      </w:r>
    </w:p>
    <w:p w14:paraId="62D089FD" w14:textId="26E506CB" w:rsidR="00AC743A" w:rsidRPr="00E76ACC" w:rsidRDefault="007704F9">
      <w:pPr>
        <w:pStyle w:val="Heading2"/>
        <w:rPr>
          <w:rFonts w:ascii="Palatino Linotype" w:hAnsi="Palatino Linotype"/>
          <w:color w:val="984806" w:themeColor="accent6" w:themeShade="80"/>
        </w:rPr>
      </w:pPr>
      <w:r w:rsidRPr="00E76ACC">
        <w:rPr>
          <w:rFonts w:ascii="Palatino Linotype" w:hAnsi="Palatino Linotype"/>
          <w:color w:val="984806" w:themeColor="accent6" w:themeShade="80"/>
        </w:rPr>
        <w:lastRenderedPageBreak/>
        <w:t>Annex B - Distributors / Traders</w:t>
      </w:r>
      <w:r w:rsidR="005E34E8">
        <w:rPr>
          <w:rFonts w:ascii="Palatino Linotype" w:hAnsi="Palatino Linotype"/>
          <w:color w:val="984806" w:themeColor="accent6" w:themeShade="80"/>
        </w:rPr>
        <w:t xml:space="preserve"> </w:t>
      </w:r>
    </w:p>
    <w:p w14:paraId="754AAB37" w14:textId="1B2DEF1C" w:rsidR="00AC743A" w:rsidRPr="00E76ACC" w:rsidRDefault="007704F9">
      <w:pPr>
        <w:rPr>
          <w:rFonts w:ascii="Palatino Linotype" w:hAnsi="Palatino Linotype"/>
          <w:b/>
          <w:bCs/>
        </w:rPr>
      </w:pPr>
      <w:r w:rsidRPr="00E76ACC">
        <w:rPr>
          <w:rFonts w:ascii="Palatino Linotype" w:hAnsi="Palatino Linotype"/>
          <w:b/>
          <w:bCs/>
        </w:rPr>
        <w:t xml:space="preserve">Complete this annex if you supply </w:t>
      </w:r>
      <w:r w:rsidR="00E76ACC" w:rsidRPr="00E76ACC">
        <w:rPr>
          <w:rFonts w:ascii="Palatino Linotype" w:hAnsi="Palatino Linotype"/>
          <w:b/>
          <w:bCs/>
        </w:rPr>
        <w:t>products,</w:t>
      </w:r>
      <w:r w:rsidRPr="00E76ACC">
        <w:rPr>
          <w:rFonts w:ascii="Palatino Linotype" w:hAnsi="Palatino Linotype"/>
          <w:b/>
          <w:bCs/>
        </w:rPr>
        <w:t xml:space="preserve"> you do not manufacture (distribution, trading, resale).</w:t>
      </w:r>
    </w:p>
    <w:tbl>
      <w:tblPr>
        <w:tblStyle w:val="TableGrid"/>
        <w:tblW w:w="0" w:type="auto"/>
        <w:jc w:val="center"/>
        <w:tblLook w:val="04A0" w:firstRow="1" w:lastRow="0" w:firstColumn="1" w:lastColumn="0" w:noHBand="0" w:noVBand="1"/>
      </w:tblPr>
      <w:tblGrid>
        <w:gridCol w:w="8737"/>
        <w:gridCol w:w="5051"/>
      </w:tblGrid>
      <w:tr w:rsidR="00AC743A" w:rsidRPr="007130FA" w14:paraId="7EDDC45C" w14:textId="77777777" w:rsidTr="00413DA3">
        <w:trPr>
          <w:trHeight w:val="366"/>
          <w:jc w:val="center"/>
        </w:trPr>
        <w:tc>
          <w:tcPr>
            <w:tcW w:w="8771" w:type="dxa"/>
            <w:shd w:val="clear" w:color="auto" w:fill="F2F2F2"/>
            <w:vAlign w:val="center"/>
          </w:tcPr>
          <w:p w14:paraId="4C9743EE" w14:textId="77777777" w:rsidR="00AC743A" w:rsidRPr="007130FA" w:rsidRDefault="007704F9" w:rsidP="000D05E8">
            <w:pPr>
              <w:jc w:val="center"/>
              <w:rPr>
                <w:rFonts w:ascii="Palatino Linotype" w:hAnsi="Palatino Linotype"/>
              </w:rPr>
            </w:pPr>
            <w:r w:rsidRPr="007130FA">
              <w:rPr>
                <w:rFonts w:ascii="Palatino Linotype" w:hAnsi="Palatino Linotype"/>
                <w:b/>
              </w:rPr>
              <w:t>Question / Requirement</w:t>
            </w:r>
          </w:p>
        </w:tc>
        <w:tc>
          <w:tcPr>
            <w:tcW w:w="5072" w:type="dxa"/>
            <w:shd w:val="clear" w:color="auto" w:fill="F2F2F2"/>
            <w:vAlign w:val="center"/>
          </w:tcPr>
          <w:p w14:paraId="6215F17A" w14:textId="77777777" w:rsidR="00AC743A" w:rsidRPr="007130FA" w:rsidRDefault="007704F9" w:rsidP="000D05E8">
            <w:pPr>
              <w:jc w:val="center"/>
              <w:rPr>
                <w:rFonts w:ascii="Palatino Linotype" w:hAnsi="Palatino Linotype"/>
              </w:rPr>
            </w:pPr>
            <w:r w:rsidRPr="007130FA">
              <w:rPr>
                <w:rFonts w:ascii="Palatino Linotype" w:hAnsi="Palatino Linotype"/>
                <w:b/>
              </w:rPr>
              <w:t>Vendor Response</w:t>
            </w:r>
          </w:p>
        </w:tc>
      </w:tr>
      <w:tr w:rsidR="00AC743A" w:rsidRPr="007130FA" w14:paraId="718438A7" w14:textId="77777777" w:rsidTr="00413DA3">
        <w:trPr>
          <w:trHeight w:val="750"/>
          <w:jc w:val="center"/>
        </w:trPr>
        <w:tc>
          <w:tcPr>
            <w:tcW w:w="8771" w:type="dxa"/>
            <w:vAlign w:val="center"/>
          </w:tcPr>
          <w:p w14:paraId="675EA889" w14:textId="77777777" w:rsidR="000D05E8" w:rsidRDefault="007704F9" w:rsidP="000D05E8">
            <w:pPr>
              <w:rPr>
                <w:rFonts w:ascii="Palatino Linotype" w:hAnsi="Palatino Linotype"/>
              </w:rPr>
            </w:pPr>
            <w:r w:rsidRPr="000D05E8">
              <w:rPr>
                <w:rFonts w:ascii="Palatino Linotype" w:hAnsi="Palatino Linotype"/>
                <w:b/>
                <w:bCs/>
              </w:rPr>
              <w:t>If authorized</w:t>
            </w:r>
            <w:r w:rsidRPr="007130FA">
              <w:rPr>
                <w:rFonts w:ascii="Palatino Linotype" w:hAnsi="Palatino Linotype"/>
              </w:rPr>
              <w:t>:</w:t>
            </w:r>
          </w:p>
          <w:p w14:paraId="1CC304F8" w14:textId="77A3F0ED" w:rsidR="00AC743A" w:rsidRPr="007130FA" w:rsidRDefault="007704F9" w:rsidP="000D05E8">
            <w:pPr>
              <w:rPr>
                <w:rFonts w:ascii="Palatino Linotype" w:hAnsi="Palatino Linotype"/>
              </w:rPr>
            </w:pPr>
            <w:r w:rsidRPr="007130FA">
              <w:rPr>
                <w:rFonts w:ascii="Palatino Linotype" w:hAnsi="Palatino Linotype"/>
              </w:rPr>
              <w:t>Provide OEM authorization letter and scope of authorization (brand/product/country).</w:t>
            </w:r>
          </w:p>
        </w:tc>
        <w:tc>
          <w:tcPr>
            <w:tcW w:w="5072" w:type="dxa"/>
            <w:vAlign w:val="center"/>
          </w:tcPr>
          <w:p w14:paraId="00A26834" w14:textId="77777777" w:rsidR="00AC743A" w:rsidRPr="007130FA" w:rsidRDefault="00AC743A" w:rsidP="000D05E8">
            <w:pPr>
              <w:rPr>
                <w:rFonts w:ascii="Palatino Linotype" w:hAnsi="Palatino Linotype"/>
              </w:rPr>
            </w:pPr>
          </w:p>
        </w:tc>
      </w:tr>
      <w:tr w:rsidR="00AC743A" w:rsidRPr="007130FA" w14:paraId="7266425B" w14:textId="77777777" w:rsidTr="00413DA3">
        <w:trPr>
          <w:trHeight w:val="750"/>
          <w:jc w:val="center"/>
        </w:trPr>
        <w:tc>
          <w:tcPr>
            <w:tcW w:w="8771" w:type="dxa"/>
            <w:vAlign w:val="center"/>
          </w:tcPr>
          <w:p w14:paraId="66198D0D" w14:textId="77777777" w:rsidR="000D05E8" w:rsidRPr="000D05E8" w:rsidRDefault="007704F9" w:rsidP="000D05E8">
            <w:pPr>
              <w:rPr>
                <w:rFonts w:ascii="Palatino Linotype" w:hAnsi="Palatino Linotype"/>
                <w:b/>
                <w:bCs/>
              </w:rPr>
            </w:pPr>
            <w:r w:rsidRPr="000D05E8">
              <w:rPr>
                <w:rFonts w:ascii="Palatino Linotype" w:hAnsi="Palatino Linotype"/>
                <w:b/>
                <w:bCs/>
              </w:rPr>
              <w:t>Supply chain traceability:</w:t>
            </w:r>
          </w:p>
          <w:p w14:paraId="787E4D7C" w14:textId="1B8A44F3" w:rsidR="00AC743A" w:rsidRPr="007130FA" w:rsidRDefault="007704F9" w:rsidP="000D05E8">
            <w:pPr>
              <w:rPr>
                <w:rFonts w:ascii="Palatino Linotype" w:hAnsi="Palatino Linotype"/>
              </w:rPr>
            </w:pPr>
            <w:r w:rsidRPr="007130FA">
              <w:rPr>
                <w:rFonts w:ascii="Palatino Linotype" w:hAnsi="Palatino Linotype"/>
              </w:rPr>
              <w:t>Can you trace products to OEM and provide original certificates/documents?</w:t>
            </w:r>
          </w:p>
        </w:tc>
        <w:tc>
          <w:tcPr>
            <w:tcW w:w="5072" w:type="dxa"/>
            <w:vAlign w:val="center"/>
          </w:tcPr>
          <w:p w14:paraId="38653AF5" w14:textId="78565014" w:rsidR="002A6F2D" w:rsidRDefault="00B73390" w:rsidP="000D05E8">
            <w:pPr>
              <w:rPr>
                <w:rFonts w:ascii="Palatino Linotype" w:hAnsi="Palatino Linotype"/>
                <w:b/>
                <w:bCs/>
              </w:rPr>
            </w:pPr>
            <w:sdt>
              <w:sdtPr>
                <w:rPr>
                  <w:rFonts w:ascii="Palatino Linotype" w:hAnsi="Palatino Linotype"/>
                  <w:b/>
                  <w:bCs/>
                </w:rPr>
                <w:id w:val="526848404"/>
                <w14:checkbox>
                  <w14:checked w14:val="0"/>
                  <w14:checkedState w14:val="2612" w14:font="MS Gothic"/>
                  <w14:uncheckedState w14:val="2610" w14:font="MS Gothic"/>
                </w14:checkbox>
              </w:sdtPr>
              <w:sdtEndPr/>
              <w:sdtContent>
                <w:r w:rsidR="000D08D3">
                  <w:rPr>
                    <w:rFonts w:ascii="MS Gothic" w:eastAsia="MS Gothic" w:hAnsi="MS Gothic" w:hint="eastAsia"/>
                    <w:b/>
                    <w:bCs/>
                  </w:rPr>
                  <w:t>☐</w:t>
                </w:r>
              </w:sdtContent>
            </w:sdt>
            <w:r w:rsidR="000D05E8" w:rsidRPr="000D05E8">
              <w:rPr>
                <w:rFonts w:ascii="Palatino Linotype" w:hAnsi="Palatino Linotype"/>
                <w:b/>
                <w:bCs/>
              </w:rPr>
              <w:t xml:space="preserve"> Yes</w:t>
            </w:r>
          </w:p>
          <w:p w14:paraId="206F8C4E" w14:textId="005807F3" w:rsidR="00AC743A" w:rsidRPr="000D05E8" w:rsidRDefault="00B73390" w:rsidP="000D05E8">
            <w:pPr>
              <w:rPr>
                <w:rFonts w:ascii="Palatino Linotype" w:hAnsi="Palatino Linotype"/>
                <w:b/>
                <w:bCs/>
              </w:rPr>
            </w:pPr>
            <w:sdt>
              <w:sdtPr>
                <w:rPr>
                  <w:rFonts w:ascii="Palatino Linotype" w:hAnsi="Palatino Linotype"/>
                  <w:b/>
                  <w:bCs/>
                </w:rPr>
                <w:id w:val="405575685"/>
                <w14:checkbox>
                  <w14:checked w14:val="0"/>
                  <w14:checkedState w14:val="2612" w14:font="MS Gothic"/>
                  <w14:uncheckedState w14:val="2610" w14:font="MS Gothic"/>
                </w14:checkbox>
              </w:sdtPr>
              <w:sdtEndPr/>
              <w:sdtContent>
                <w:r w:rsidR="000D08D3">
                  <w:rPr>
                    <w:rFonts w:ascii="MS Gothic" w:eastAsia="MS Gothic" w:hAnsi="MS Gothic" w:hint="eastAsia"/>
                    <w:b/>
                    <w:bCs/>
                  </w:rPr>
                  <w:t>☐</w:t>
                </w:r>
              </w:sdtContent>
            </w:sdt>
            <w:r w:rsidR="008F4270" w:rsidRPr="000528E8">
              <w:rPr>
                <w:rFonts w:ascii="Palatino Linotype" w:hAnsi="Palatino Linotype"/>
                <w:b/>
                <w:bCs/>
              </w:rPr>
              <w:t xml:space="preserve"> </w:t>
            </w:r>
            <w:proofErr w:type="gramStart"/>
            <w:r w:rsidR="000D05E8" w:rsidRPr="000D05E8">
              <w:rPr>
                <w:rFonts w:ascii="Palatino Linotype" w:hAnsi="Palatino Linotype"/>
                <w:b/>
                <w:bCs/>
              </w:rPr>
              <w:t xml:space="preserve">No  </w:t>
            </w:r>
            <w:r w:rsidR="000D05E8" w:rsidRPr="000D05E8">
              <w:rPr>
                <w:rFonts w:ascii="Palatino Linotype" w:hAnsi="Palatino Linotype"/>
                <w:b/>
                <w:bCs/>
                <w:color w:val="C00000"/>
              </w:rPr>
              <w:t>If</w:t>
            </w:r>
            <w:proofErr w:type="gramEnd"/>
            <w:r w:rsidR="000D05E8" w:rsidRPr="000D05E8">
              <w:rPr>
                <w:rFonts w:ascii="Palatino Linotype" w:hAnsi="Palatino Linotype"/>
                <w:b/>
                <w:bCs/>
                <w:color w:val="C00000"/>
              </w:rPr>
              <w:t xml:space="preserve"> no Explain.</w:t>
            </w:r>
          </w:p>
        </w:tc>
      </w:tr>
      <w:tr w:rsidR="00AC743A" w:rsidRPr="007130FA" w14:paraId="3C99A18F" w14:textId="77777777" w:rsidTr="00413DA3">
        <w:trPr>
          <w:trHeight w:val="750"/>
          <w:jc w:val="center"/>
        </w:trPr>
        <w:tc>
          <w:tcPr>
            <w:tcW w:w="8771" w:type="dxa"/>
            <w:vAlign w:val="center"/>
          </w:tcPr>
          <w:p w14:paraId="53A4E167" w14:textId="77777777" w:rsidR="000D05E8" w:rsidRPr="000D05E8" w:rsidRDefault="007704F9" w:rsidP="000D05E8">
            <w:pPr>
              <w:rPr>
                <w:rFonts w:ascii="Palatino Linotype" w:hAnsi="Palatino Linotype"/>
                <w:b/>
                <w:bCs/>
              </w:rPr>
            </w:pPr>
            <w:r w:rsidRPr="000D05E8">
              <w:rPr>
                <w:rFonts w:ascii="Palatino Linotype" w:hAnsi="Palatino Linotype"/>
                <w:b/>
                <w:bCs/>
              </w:rPr>
              <w:t>Counterfeit prevention:</w:t>
            </w:r>
          </w:p>
          <w:p w14:paraId="580C9BD6" w14:textId="5C5212B7" w:rsidR="00AC743A" w:rsidRPr="007130FA" w:rsidRDefault="007704F9" w:rsidP="000D05E8">
            <w:pPr>
              <w:rPr>
                <w:rFonts w:ascii="Palatino Linotype" w:hAnsi="Palatino Linotype"/>
              </w:rPr>
            </w:pPr>
            <w:r w:rsidRPr="007130FA">
              <w:rPr>
                <w:rFonts w:ascii="Palatino Linotype" w:hAnsi="Palatino Linotype"/>
              </w:rPr>
              <w:t>Describe controls to prevent counterfeit/suspect parts/materials.</w:t>
            </w:r>
          </w:p>
        </w:tc>
        <w:tc>
          <w:tcPr>
            <w:tcW w:w="5072" w:type="dxa"/>
            <w:vAlign w:val="center"/>
          </w:tcPr>
          <w:p w14:paraId="76C34777" w14:textId="77777777" w:rsidR="00AC743A" w:rsidRPr="007130FA" w:rsidRDefault="00AC743A" w:rsidP="000D05E8">
            <w:pPr>
              <w:rPr>
                <w:rFonts w:ascii="Palatino Linotype" w:hAnsi="Palatino Linotype"/>
              </w:rPr>
            </w:pPr>
          </w:p>
        </w:tc>
      </w:tr>
      <w:tr w:rsidR="00AC743A" w:rsidRPr="007130FA" w14:paraId="08069CBF" w14:textId="77777777" w:rsidTr="00413DA3">
        <w:trPr>
          <w:trHeight w:val="750"/>
          <w:jc w:val="center"/>
        </w:trPr>
        <w:tc>
          <w:tcPr>
            <w:tcW w:w="8771" w:type="dxa"/>
            <w:vAlign w:val="center"/>
          </w:tcPr>
          <w:p w14:paraId="36B2CB82" w14:textId="77777777" w:rsidR="000D05E8" w:rsidRPr="000D05E8" w:rsidRDefault="007704F9" w:rsidP="000D05E8">
            <w:pPr>
              <w:rPr>
                <w:rFonts w:ascii="Palatino Linotype" w:hAnsi="Palatino Linotype"/>
                <w:b/>
                <w:bCs/>
              </w:rPr>
            </w:pPr>
            <w:r w:rsidRPr="000D05E8">
              <w:rPr>
                <w:rFonts w:ascii="Palatino Linotype" w:hAnsi="Palatino Linotype"/>
                <w:b/>
                <w:bCs/>
              </w:rPr>
              <w:t>Storage conditions:</w:t>
            </w:r>
          </w:p>
          <w:p w14:paraId="6CD7B234" w14:textId="448B978C" w:rsidR="00AC743A" w:rsidRPr="007130FA" w:rsidRDefault="007704F9" w:rsidP="000D05E8">
            <w:pPr>
              <w:rPr>
                <w:rFonts w:ascii="Palatino Linotype" w:hAnsi="Palatino Linotype"/>
              </w:rPr>
            </w:pPr>
            <w:r w:rsidRPr="007130FA">
              <w:rPr>
                <w:rFonts w:ascii="Palatino Linotype" w:hAnsi="Palatino Linotype"/>
              </w:rPr>
              <w:t>Describe warehousing conditions and controls</w:t>
            </w:r>
            <w:r w:rsidR="00413DA3">
              <w:rPr>
                <w:rFonts w:ascii="Palatino Linotype" w:hAnsi="Palatino Linotype"/>
              </w:rPr>
              <w:t>.</w:t>
            </w:r>
          </w:p>
        </w:tc>
        <w:tc>
          <w:tcPr>
            <w:tcW w:w="5072" w:type="dxa"/>
            <w:vAlign w:val="center"/>
          </w:tcPr>
          <w:p w14:paraId="29DC6B21" w14:textId="77777777" w:rsidR="00AC743A" w:rsidRPr="007130FA" w:rsidRDefault="00AC743A" w:rsidP="000D05E8">
            <w:pPr>
              <w:rPr>
                <w:rFonts w:ascii="Palatino Linotype" w:hAnsi="Palatino Linotype"/>
              </w:rPr>
            </w:pPr>
          </w:p>
        </w:tc>
      </w:tr>
      <w:tr w:rsidR="00AC743A" w:rsidRPr="007130FA" w14:paraId="04754BA0" w14:textId="77777777" w:rsidTr="00413DA3">
        <w:trPr>
          <w:trHeight w:val="750"/>
          <w:jc w:val="center"/>
        </w:trPr>
        <w:tc>
          <w:tcPr>
            <w:tcW w:w="8771" w:type="dxa"/>
            <w:vAlign w:val="center"/>
          </w:tcPr>
          <w:p w14:paraId="62D5DD90" w14:textId="77777777" w:rsidR="000D05E8" w:rsidRPr="000D05E8" w:rsidRDefault="007704F9" w:rsidP="000D05E8">
            <w:pPr>
              <w:rPr>
                <w:rFonts w:ascii="Palatino Linotype" w:hAnsi="Palatino Linotype"/>
                <w:b/>
                <w:bCs/>
              </w:rPr>
            </w:pPr>
            <w:r w:rsidRPr="000D05E8">
              <w:rPr>
                <w:rFonts w:ascii="Palatino Linotype" w:hAnsi="Palatino Linotype"/>
                <w:b/>
                <w:bCs/>
              </w:rPr>
              <w:t>Returns/recalls:</w:t>
            </w:r>
          </w:p>
          <w:p w14:paraId="00B7F101" w14:textId="2905E95A" w:rsidR="00AC743A" w:rsidRPr="007130FA" w:rsidRDefault="007704F9" w:rsidP="000D05E8">
            <w:pPr>
              <w:rPr>
                <w:rFonts w:ascii="Palatino Linotype" w:hAnsi="Palatino Linotype"/>
              </w:rPr>
            </w:pPr>
            <w:r w:rsidRPr="007130FA">
              <w:rPr>
                <w:rFonts w:ascii="Palatino Linotype" w:hAnsi="Palatino Linotype"/>
              </w:rPr>
              <w:t>Describe process to manage returns, quarantines, and product recalls.</w:t>
            </w:r>
          </w:p>
        </w:tc>
        <w:tc>
          <w:tcPr>
            <w:tcW w:w="5072" w:type="dxa"/>
            <w:vAlign w:val="center"/>
          </w:tcPr>
          <w:p w14:paraId="2BA56DE2" w14:textId="77777777" w:rsidR="00AC743A" w:rsidRPr="007130FA" w:rsidRDefault="00AC743A" w:rsidP="000D05E8">
            <w:pPr>
              <w:rPr>
                <w:rFonts w:ascii="Palatino Linotype" w:hAnsi="Palatino Linotype"/>
              </w:rPr>
            </w:pPr>
          </w:p>
        </w:tc>
      </w:tr>
    </w:tbl>
    <w:p w14:paraId="22E2F3E9" w14:textId="77777777" w:rsidR="00AC743A" w:rsidRPr="007130FA" w:rsidRDefault="00AC743A">
      <w:pPr>
        <w:rPr>
          <w:rFonts w:ascii="Palatino Linotype" w:hAnsi="Palatino Linotype"/>
        </w:rPr>
      </w:pPr>
    </w:p>
    <w:p w14:paraId="77B3E501" w14:textId="77777777" w:rsidR="00AC743A" w:rsidRPr="007130FA" w:rsidRDefault="007704F9">
      <w:pPr>
        <w:rPr>
          <w:rFonts w:ascii="Palatino Linotype" w:hAnsi="Palatino Linotype"/>
        </w:rPr>
      </w:pPr>
      <w:r w:rsidRPr="007130FA">
        <w:rPr>
          <w:rFonts w:ascii="Palatino Linotype" w:hAnsi="Palatino Linotype"/>
          <w:b/>
        </w:rPr>
        <w:t>Mandatory attachments (Annex B):</w:t>
      </w:r>
    </w:p>
    <w:p w14:paraId="4B655821" w14:textId="2C9118A6" w:rsidR="00AC743A" w:rsidRPr="007130FA" w:rsidRDefault="00B73390">
      <w:pPr>
        <w:pStyle w:val="ListBullet"/>
        <w:rPr>
          <w:rFonts w:ascii="Palatino Linotype" w:hAnsi="Palatino Linotype"/>
        </w:rPr>
      </w:pPr>
      <w:sdt>
        <w:sdtPr>
          <w:rPr>
            <w:rFonts w:ascii="Palatino Linotype" w:hAnsi="Palatino Linotype"/>
            <w:b/>
            <w:bCs/>
          </w:rPr>
          <w:id w:val="678625496"/>
          <w14:checkbox>
            <w14:checked w14:val="0"/>
            <w14:checkedState w14:val="2612" w14:font="MS Gothic"/>
            <w14:uncheckedState w14:val="2610" w14:font="MS Gothic"/>
          </w14:checkbox>
        </w:sdtPr>
        <w:sdtEndPr/>
        <w:sdtContent>
          <w:r w:rsidR="005C6641">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OEM authorization letter (if authorized distributor)</w:t>
      </w:r>
    </w:p>
    <w:p w14:paraId="09F2B67E" w14:textId="540B9289" w:rsidR="00AC743A" w:rsidRPr="007130FA" w:rsidRDefault="00B73390">
      <w:pPr>
        <w:pStyle w:val="ListBullet"/>
        <w:rPr>
          <w:rFonts w:ascii="Palatino Linotype" w:hAnsi="Palatino Linotype"/>
        </w:rPr>
      </w:pPr>
      <w:sdt>
        <w:sdtPr>
          <w:rPr>
            <w:rFonts w:ascii="Palatino Linotype" w:hAnsi="Palatino Linotype"/>
            <w:b/>
            <w:bCs/>
          </w:rPr>
          <w:id w:val="-1655448847"/>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List of key OEMs/brands supplied</w:t>
      </w:r>
    </w:p>
    <w:p w14:paraId="3F4FC4B5" w14:textId="64D9C06F" w:rsidR="00AC743A" w:rsidRPr="007130FA" w:rsidRDefault="00B73390">
      <w:pPr>
        <w:pStyle w:val="ListBullet"/>
        <w:rPr>
          <w:rFonts w:ascii="Palatino Linotype" w:hAnsi="Palatino Linotype"/>
        </w:rPr>
      </w:pPr>
      <w:sdt>
        <w:sdtPr>
          <w:rPr>
            <w:rFonts w:ascii="Palatino Linotype" w:hAnsi="Palatino Linotype"/>
            <w:b/>
            <w:bCs/>
          </w:rPr>
          <w:id w:val="-1835992673"/>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Sample OEM certificate pack / CoC/MTC (where applicable)</w:t>
      </w:r>
    </w:p>
    <w:p w14:paraId="723A31C9" w14:textId="5A3550B9" w:rsidR="00AC743A" w:rsidRPr="007130FA" w:rsidRDefault="00B73390">
      <w:pPr>
        <w:pStyle w:val="ListBullet"/>
        <w:rPr>
          <w:rFonts w:ascii="Palatino Linotype" w:hAnsi="Palatino Linotype"/>
        </w:rPr>
      </w:pPr>
      <w:sdt>
        <w:sdtPr>
          <w:rPr>
            <w:rFonts w:ascii="Palatino Linotype" w:hAnsi="Palatino Linotype"/>
            <w:b/>
            <w:bCs/>
          </w:rPr>
          <w:id w:val="-1383782134"/>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Description of storage facilities (photos optional)</w:t>
      </w:r>
    </w:p>
    <w:p w14:paraId="3D94EAA6" w14:textId="77777777" w:rsidR="00AC743A" w:rsidRPr="007130FA" w:rsidRDefault="007704F9">
      <w:pPr>
        <w:rPr>
          <w:rFonts w:ascii="Palatino Linotype" w:hAnsi="Palatino Linotype"/>
        </w:rPr>
      </w:pPr>
      <w:r w:rsidRPr="007130FA">
        <w:rPr>
          <w:rFonts w:ascii="Palatino Linotype" w:hAnsi="Palatino Linotype"/>
        </w:rPr>
        <w:br w:type="page"/>
      </w:r>
    </w:p>
    <w:p w14:paraId="14FABB3F" w14:textId="77777777" w:rsidR="00AC743A" w:rsidRPr="002A6F2D" w:rsidRDefault="007704F9">
      <w:pPr>
        <w:pStyle w:val="Heading2"/>
        <w:rPr>
          <w:rFonts w:ascii="Palatino Linotype" w:hAnsi="Palatino Linotype"/>
          <w:color w:val="984806" w:themeColor="accent6" w:themeShade="80"/>
        </w:rPr>
      </w:pPr>
      <w:r w:rsidRPr="002A6F2D">
        <w:rPr>
          <w:rFonts w:ascii="Palatino Linotype" w:hAnsi="Palatino Linotype"/>
          <w:color w:val="984806" w:themeColor="accent6" w:themeShade="80"/>
        </w:rPr>
        <w:lastRenderedPageBreak/>
        <w:t>Annex C - Service Providers / Contractors</w:t>
      </w:r>
    </w:p>
    <w:p w14:paraId="71EE2AAA" w14:textId="77777777" w:rsidR="00AC743A" w:rsidRPr="002A6F2D" w:rsidRDefault="007704F9">
      <w:pPr>
        <w:rPr>
          <w:rFonts w:ascii="Palatino Linotype" w:hAnsi="Palatino Linotype"/>
          <w:b/>
          <w:bCs/>
        </w:rPr>
      </w:pPr>
      <w:r w:rsidRPr="002A6F2D">
        <w:rPr>
          <w:rFonts w:ascii="Palatino Linotype" w:hAnsi="Palatino Linotype"/>
          <w:b/>
          <w:bCs/>
        </w:rPr>
        <w:t>Complete this annex if you provide services on-site or perform contracted works/services for BSC.</w:t>
      </w:r>
    </w:p>
    <w:tbl>
      <w:tblPr>
        <w:tblStyle w:val="TableGrid"/>
        <w:tblW w:w="0" w:type="auto"/>
        <w:jc w:val="center"/>
        <w:tblLook w:val="04A0" w:firstRow="1" w:lastRow="0" w:firstColumn="1" w:lastColumn="0" w:noHBand="0" w:noVBand="1"/>
      </w:tblPr>
      <w:tblGrid>
        <w:gridCol w:w="8771"/>
        <w:gridCol w:w="4986"/>
      </w:tblGrid>
      <w:tr w:rsidR="00AC743A" w:rsidRPr="007130FA" w14:paraId="62539359" w14:textId="77777777" w:rsidTr="002A6F2D">
        <w:trPr>
          <w:jc w:val="center"/>
        </w:trPr>
        <w:tc>
          <w:tcPr>
            <w:tcW w:w="8771" w:type="dxa"/>
            <w:shd w:val="clear" w:color="auto" w:fill="F2F2F2"/>
            <w:vAlign w:val="center"/>
          </w:tcPr>
          <w:p w14:paraId="58E7A03C" w14:textId="77777777" w:rsidR="00AC743A" w:rsidRPr="007130FA" w:rsidRDefault="007704F9" w:rsidP="002A6F2D">
            <w:pPr>
              <w:jc w:val="center"/>
              <w:rPr>
                <w:rFonts w:ascii="Palatino Linotype" w:hAnsi="Palatino Linotype"/>
              </w:rPr>
            </w:pPr>
            <w:r w:rsidRPr="007130FA">
              <w:rPr>
                <w:rFonts w:ascii="Palatino Linotype" w:hAnsi="Palatino Linotype"/>
                <w:b/>
              </w:rPr>
              <w:t>Question / Requirement</w:t>
            </w:r>
          </w:p>
        </w:tc>
        <w:tc>
          <w:tcPr>
            <w:tcW w:w="4986" w:type="dxa"/>
            <w:shd w:val="clear" w:color="auto" w:fill="F2F2F2"/>
            <w:vAlign w:val="center"/>
          </w:tcPr>
          <w:p w14:paraId="48FB0DF7" w14:textId="77777777" w:rsidR="00AC743A" w:rsidRPr="007130FA" w:rsidRDefault="007704F9" w:rsidP="002A6F2D">
            <w:pPr>
              <w:jc w:val="center"/>
              <w:rPr>
                <w:rFonts w:ascii="Palatino Linotype" w:hAnsi="Palatino Linotype"/>
              </w:rPr>
            </w:pPr>
            <w:r w:rsidRPr="007130FA">
              <w:rPr>
                <w:rFonts w:ascii="Palatino Linotype" w:hAnsi="Palatino Linotype"/>
                <w:b/>
              </w:rPr>
              <w:t>Vendor Response</w:t>
            </w:r>
          </w:p>
        </w:tc>
      </w:tr>
      <w:tr w:rsidR="00AC743A" w:rsidRPr="007130FA" w14:paraId="73F5C3BB" w14:textId="77777777" w:rsidTr="002A6F2D">
        <w:trPr>
          <w:jc w:val="center"/>
        </w:trPr>
        <w:tc>
          <w:tcPr>
            <w:tcW w:w="8771" w:type="dxa"/>
            <w:vAlign w:val="center"/>
          </w:tcPr>
          <w:p w14:paraId="7FCEAAC7" w14:textId="77777777" w:rsidR="002A6F2D" w:rsidRDefault="007704F9" w:rsidP="002A6F2D">
            <w:pPr>
              <w:rPr>
                <w:rFonts w:ascii="Palatino Linotype" w:hAnsi="Palatino Linotype"/>
                <w:b/>
                <w:bCs/>
              </w:rPr>
            </w:pPr>
            <w:r w:rsidRPr="002A6F2D">
              <w:rPr>
                <w:rFonts w:ascii="Palatino Linotype" w:hAnsi="Palatino Linotype"/>
                <w:b/>
                <w:bCs/>
              </w:rPr>
              <w:t>HSE management:</w:t>
            </w:r>
          </w:p>
          <w:p w14:paraId="3B489646" w14:textId="57A390A4" w:rsidR="00AC743A" w:rsidRPr="007130FA" w:rsidRDefault="007704F9" w:rsidP="002A6F2D">
            <w:pPr>
              <w:rPr>
                <w:rFonts w:ascii="Palatino Linotype" w:hAnsi="Palatino Linotype"/>
              </w:rPr>
            </w:pPr>
            <w:r w:rsidRPr="007130FA">
              <w:rPr>
                <w:rFonts w:ascii="Palatino Linotype" w:hAnsi="Palatino Linotype"/>
              </w:rPr>
              <w:t>Do you have an HSE policy and risk assessment process for your activities?</w:t>
            </w:r>
          </w:p>
        </w:tc>
        <w:tc>
          <w:tcPr>
            <w:tcW w:w="4986" w:type="dxa"/>
            <w:vAlign w:val="center"/>
          </w:tcPr>
          <w:p w14:paraId="6012F9C0" w14:textId="1DF7306A" w:rsidR="002A6F2D" w:rsidRPr="002A6F2D" w:rsidRDefault="00B73390" w:rsidP="002A6F2D">
            <w:pPr>
              <w:rPr>
                <w:rFonts w:ascii="Palatino Linotype" w:hAnsi="Palatino Linotype"/>
                <w:b/>
                <w:bCs/>
              </w:rPr>
            </w:pPr>
            <w:sdt>
              <w:sdtPr>
                <w:rPr>
                  <w:rFonts w:ascii="Palatino Linotype" w:hAnsi="Palatino Linotype"/>
                  <w:b/>
                  <w:bCs/>
                </w:rPr>
                <w:id w:val="2100356076"/>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2A6F2D" w:rsidRPr="002A6F2D">
              <w:rPr>
                <w:rFonts w:ascii="Palatino Linotype" w:hAnsi="Palatino Linotype"/>
                <w:b/>
                <w:bCs/>
              </w:rPr>
              <w:t>Yes (attach)</w:t>
            </w:r>
          </w:p>
          <w:p w14:paraId="6AB9C635" w14:textId="27538AB3" w:rsidR="00AC743A" w:rsidRPr="007130FA" w:rsidRDefault="00B73390" w:rsidP="002A6F2D">
            <w:pPr>
              <w:rPr>
                <w:rFonts w:ascii="Palatino Linotype" w:hAnsi="Palatino Linotype"/>
              </w:rPr>
            </w:pPr>
            <w:sdt>
              <w:sdtPr>
                <w:rPr>
                  <w:rFonts w:ascii="Palatino Linotype" w:hAnsi="Palatino Linotype"/>
                  <w:b/>
                  <w:bCs/>
                </w:rPr>
                <w:id w:val="492220222"/>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2A6F2D" w:rsidRPr="002A6F2D">
              <w:rPr>
                <w:rFonts w:ascii="Palatino Linotype" w:hAnsi="Palatino Linotype"/>
                <w:b/>
                <w:bCs/>
              </w:rPr>
              <w:t>No</w:t>
            </w:r>
          </w:p>
        </w:tc>
      </w:tr>
      <w:tr w:rsidR="00AC743A" w:rsidRPr="007130FA" w14:paraId="15B115DD" w14:textId="77777777" w:rsidTr="002A6F2D">
        <w:trPr>
          <w:jc w:val="center"/>
        </w:trPr>
        <w:tc>
          <w:tcPr>
            <w:tcW w:w="8771" w:type="dxa"/>
            <w:vAlign w:val="center"/>
          </w:tcPr>
          <w:p w14:paraId="14903B4E" w14:textId="77777777" w:rsidR="002A6F2D" w:rsidRPr="002A6F2D" w:rsidRDefault="007704F9" w:rsidP="002A6F2D">
            <w:pPr>
              <w:rPr>
                <w:rFonts w:ascii="Palatino Linotype" w:hAnsi="Palatino Linotype"/>
                <w:b/>
                <w:bCs/>
              </w:rPr>
            </w:pPr>
            <w:r w:rsidRPr="002A6F2D">
              <w:rPr>
                <w:rFonts w:ascii="Palatino Linotype" w:hAnsi="Palatino Linotype"/>
                <w:b/>
                <w:bCs/>
              </w:rPr>
              <w:t>Training &amp; competence:</w:t>
            </w:r>
          </w:p>
          <w:p w14:paraId="3662CD07" w14:textId="1DB06E9D" w:rsidR="00AC743A" w:rsidRPr="007130FA" w:rsidRDefault="007704F9" w:rsidP="002A6F2D">
            <w:pPr>
              <w:rPr>
                <w:rFonts w:ascii="Palatino Linotype" w:hAnsi="Palatino Linotype"/>
              </w:rPr>
            </w:pPr>
            <w:r w:rsidRPr="007130FA">
              <w:rPr>
                <w:rFonts w:ascii="Palatino Linotype" w:hAnsi="Palatino Linotype"/>
              </w:rPr>
              <w:t>Describe how you ensure workers are trained/competent for assigned tasks.</w:t>
            </w:r>
          </w:p>
        </w:tc>
        <w:tc>
          <w:tcPr>
            <w:tcW w:w="4986" w:type="dxa"/>
            <w:vAlign w:val="center"/>
          </w:tcPr>
          <w:p w14:paraId="07605532" w14:textId="77777777" w:rsidR="00AC743A" w:rsidRPr="007130FA" w:rsidRDefault="00AC743A" w:rsidP="002A6F2D">
            <w:pPr>
              <w:rPr>
                <w:rFonts w:ascii="Palatino Linotype" w:hAnsi="Palatino Linotype"/>
              </w:rPr>
            </w:pPr>
          </w:p>
        </w:tc>
      </w:tr>
      <w:tr w:rsidR="00AC743A" w:rsidRPr="007130FA" w14:paraId="34303186" w14:textId="77777777" w:rsidTr="002A6F2D">
        <w:trPr>
          <w:jc w:val="center"/>
        </w:trPr>
        <w:tc>
          <w:tcPr>
            <w:tcW w:w="8771" w:type="dxa"/>
            <w:vAlign w:val="center"/>
          </w:tcPr>
          <w:p w14:paraId="5DCAA36E" w14:textId="77777777" w:rsidR="002A6F2D" w:rsidRPr="002A6F2D" w:rsidRDefault="007704F9" w:rsidP="002A6F2D">
            <w:pPr>
              <w:rPr>
                <w:rFonts w:ascii="Palatino Linotype" w:hAnsi="Palatino Linotype"/>
                <w:b/>
                <w:bCs/>
              </w:rPr>
            </w:pPr>
            <w:r w:rsidRPr="002A6F2D">
              <w:rPr>
                <w:rFonts w:ascii="Palatino Linotype" w:hAnsi="Palatino Linotype"/>
                <w:b/>
                <w:bCs/>
              </w:rPr>
              <w:t>Permit-to-work / safe work practices:</w:t>
            </w:r>
          </w:p>
          <w:p w14:paraId="45A089B0" w14:textId="04AEB174" w:rsidR="00AC743A" w:rsidRPr="007130FA" w:rsidRDefault="007704F9" w:rsidP="002A6F2D">
            <w:pPr>
              <w:rPr>
                <w:rFonts w:ascii="Palatino Linotype" w:hAnsi="Palatino Linotype"/>
              </w:rPr>
            </w:pPr>
            <w:r w:rsidRPr="007130FA">
              <w:rPr>
                <w:rFonts w:ascii="Palatino Linotype" w:hAnsi="Palatino Linotype"/>
              </w:rPr>
              <w:t>Confirm ability to comply with BSC site rules (PTW, LOTO, hot works, confined space, etc. as applicable).</w:t>
            </w:r>
          </w:p>
        </w:tc>
        <w:tc>
          <w:tcPr>
            <w:tcW w:w="4986" w:type="dxa"/>
            <w:vAlign w:val="center"/>
          </w:tcPr>
          <w:p w14:paraId="478F11C3" w14:textId="774D01A6" w:rsidR="002A6F2D" w:rsidRPr="002A6F2D" w:rsidRDefault="00B73390" w:rsidP="002A6F2D">
            <w:pPr>
              <w:rPr>
                <w:rFonts w:ascii="Palatino Linotype" w:hAnsi="Palatino Linotype"/>
                <w:b/>
                <w:bCs/>
              </w:rPr>
            </w:pPr>
            <w:sdt>
              <w:sdtPr>
                <w:rPr>
                  <w:rFonts w:ascii="Palatino Linotype" w:hAnsi="Palatino Linotype"/>
                  <w:b/>
                  <w:bCs/>
                </w:rPr>
                <w:id w:val="-694534469"/>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2A6F2D" w:rsidRPr="002A6F2D">
              <w:rPr>
                <w:rFonts w:ascii="Palatino Linotype" w:hAnsi="Palatino Linotype"/>
                <w:b/>
                <w:bCs/>
              </w:rPr>
              <w:t>Yes</w:t>
            </w:r>
          </w:p>
          <w:p w14:paraId="3ACF0CF0" w14:textId="457125FA" w:rsidR="00AC743A" w:rsidRPr="007130FA" w:rsidRDefault="00B73390" w:rsidP="002A6F2D">
            <w:pPr>
              <w:rPr>
                <w:rFonts w:ascii="Palatino Linotype" w:hAnsi="Palatino Linotype"/>
              </w:rPr>
            </w:pPr>
            <w:sdt>
              <w:sdtPr>
                <w:rPr>
                  <w:rFonts w:ascii="Palatino Linotype" w:hAnsi="Palatino Linotype"/>
                  <w:b/>
                  <w:bCs/>
                </w:rPr>
                <w:id w:val="826474030"/>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2A6F2D" w:rsidRPr="002A6F2D">
              <w:rPr>
                <w:rFonts w:ascii="Palatino Linotype" w:hAnsi="Palatino Linotype"/>
                <w:b/>
                <w:bCs/>
              </w:rPr>
              <w:t>No</w:t>
            </w:r>
          </w:p>
        </w:tc>
      </w:tr>
      <w:tr w:rsidR="00AC743A" w:rsidRPr="007130FA" w14:paraId="34F360E7" w14:textId="77777777" w:rsidTr="002A6F2D">
        <w:trPr>
          <w:jc w:val="center"/>
        </w:trPr>
        <w:tc>
          <w:tcPr>
            <w:tcW w:w="8771" w:type="dxa"/>
            <w:vAlign w:val="center"/>
          </w:tcPr>
          <w:p w14:paraId="76686FD6" w14:textId="77777777" w:rsidR="002A6F2D" w:rsidRPr="002A6F2D" w:rsidRDefault="007704F9" w:rsidP="002A6F2D">
            <w:pPr>
              <w:rPr>
                <w:rFonts w:ascii="Palatino Linotype" w:hAnsi="Palatino Linotype"/>
                <w:b/>
                <w:bCs/>
              </w:rPr>
            </w:pPr>
            <w:r w:rsidRPr="002A6F2D">
              <w:rPr>
                <w:rFonts w:ascii="Palatino Linotype" w:hAnsi="Palatino Linotype"/>
                <w:b/>
                <w:bCs/>
              </w:rPr>
              <w:t>Incident reporting:</w:t>
            </w:r>
          </w:p>
          <w:p w14:paraId="37E8AF75" w14:textId="377DF68E" w:rsidR="00AC743A" w:rsidRPr="007130FA" w:rsidRDefault="007704F9" w:rsidP="002A6F2D">
            <w:pPr>
              <w:rPr>
                <w:rFonts w:ascii="Palatino Linotype" w:hAnsi="Palatino Linotype"/>
              </w:rPr>
            </w:pPr>
            <w:r w:rsidRPr="007130FA">
              <w:rPr>
                <w:rFonts w:ascii="Palatino Linotype" w:hAnsi="Palatino Linotype"/>
              </w:rPr>
              <w:t>Describe how incidents/near-misses are reported and investigated.</w:t>
            </w:r>
          </w:p>
        </w:tc>
        <w:tc>
          <w:tcPr>
            <w:tcW w:w="4986" w:type="dxa"/>
            <w:vAlign w:val="center"/>
          </w:tcPr>
          <w:p w14:paraId="749FE3CF" w14:textId="77777777" w:rsidR="00AC743A" w:rsidRPr="007130FA" w:rsidRDefault="00AC743A" w:rsidP="002A6F2D">
            <w:pPr>
              <w:rPr>
                <w:rFonts w:ascii="Palatino Linotype" w:hAnsi="Palatino Linotype"/>
              </w:rPr>
            </w:pPr>
          </w:p>
        </w:tc>
      </w:tr>
      <w:tr w:rsidR="00AC743A" w:rsidRPr="007130FA" w14:paraId="3A9D2759" w14:textId="77777777" w:rsidTr="002A6F2D">
        <w:trPr>
          <w:jc w:val="center"/>
        </w:trPr>
        <w:tc>
          <w:tcPr>
            <w:tcW w:w="8771" w:type="dxa"/>
            <w:vAlign w:val="center"/>
          </w:tcPr>
          <w:p w14:paraId="3EA0764C" w14:textId="77777777" w:rsidR="002A6F2D" w:rsidRPr="002A6F2D" w:rsidRDefault="007704F9" w:rsidP="002A6F2D">
            <w:pPr>
              <w:rPr>
                <w:rFonts w:ascii="Palatino Linotype" w:hAnsi="Palatino Linotype"/>
                <w:b/>
                <w:bCs/>
              </w:rPr>
            </w:pPr>
            <w:r w:rsidRPr="002A6F2D">
              <w:rPr>
                <w:rFonts w:ascii="Palatino Linotype" w:hAnsi="Palatino Linotype"/>
                <w:b/>
                <w:bCs/>
              </w:rPr>
              <w:t>Insurance:</w:t>
            </w:r>
          </w:p>
          <w:p w14:paraId="77D95C8D" w14:textId="0F654A28" w:rsidR="00AC743A" w:rsidRPr="007130FA" w:rsidRDefault="007704F9" w:rsidP="002A6F2D">
            <w:pPr>
              <w:rPr>
                <w:rFonts w:ascii="Palatino Linotype" w:hAnsi="Palatino Linotype"/>
              </w:rPr>
            </w:pPr>
            <w:r w:rsidRPr="007130FA">
              <w:rPr>
                <w:rFonts w:ascii="Palatino Linotype" w:hAnsi="Palatino Linotype"/>
              </w:rPr>
              <w:t>Do you hold liability insurance appropriate for the scope?</w:t>
            </w:r>
          </w:p>
        </w:tc>
        <w:tc>
          <w:tcPr>
            <w:tcW w:w="4986" w:type="dxa"/>
            <w:vAlign w:val="center"/>
          </w:tcPr>
          <w:p w14:paraId="57CEA64A" w14:textId="074C7CDE" w:rsidR="002A6F2D" w:rsidRPr="002A6F2D" w:rsidRDefault="00B73390" w:rsidP="002A6F2D">
            <w:pPr>
              <w:rPr>
                <w:rFonts w:ascii="Palatino Linotype" w:hAnsi="Palatino Linotype"/>
                <w:b/>
                <w:bCs/>
              </w:rPr>
            </w:pPr>
            <w:sdt>
              <w:sdtPr>
                <w:rPr>
                  <w:rFonts w:ascii="Palatino Linotype" w:hAnsi="Palatino Linotype"/>
                  <w:b/>
                  <w:bCs/>
                </w:rPr>
                <w:id w:val="-1902967712"/>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2A6F2D" w:rsidRPr="002A6F2D">
              <w:rPr>
                <w:rFonts w:ascii="Palatino Linotype" w:hAnsi="Palatino Linotype"/>
                <w:b/>
                <w:bCs/>
              </w:rPr>
              <w:t>Yes (provide details)</w:t>
            </w:r>
          </w:p>
          <w:p w14:paraId="68C076DF" w14:textId="7C883571" w:rsidR="00AC743A" w:rsidRPr="007130FA" w:rsidRDefault="00B73390" w:rsidP="002A6F2D">
            <w:pPr>
              <w:rPr>
                <w:rFonts w:ascii="Palatino Linotype" w:hAnsi="Palatino Linotype"/>
              </w:rPr>
            </w:pPr>
            <w:sdt>
              <w:sdtPr>
                <w:rPr>
                  <w:rFonts w:ascii="Palatino Linotype" w:hAnsi="Palatino Linotype"/>
                  <w:b/>
                  <w:bCs/>
                </w:rPr>
                <w:id w:val="1185096067"/>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2A6F2D" w:rsidRPr="002A6F2D">
              <w:rPr>
                <w:rFonts w:ascii="Palatino Linotype" w:hAnsi="Palatino Linotype"/>
                <w:b/>
                <w:bCs/>
              </w:rPr>
              <w:t>No</w:t>
            </w:r>
          </w:p>
        </w:tc>
      </w:tr>
      <w:tr w:rsidR="00AC743A" w:rsidRPr="007130FA" w14:paraId="760A0605" w14:textId="77777777" w:rsidTr="002A6F2D">
        <w:trPr>
          <w:jc w:val="center"/>
        </w:trPr>
        <w:tc>
          <w:tcPr>
            <w:tcW w:w="8771" w:type="dxa"/>
            <w:vAlign w:val="center"/>
          </w:tcPr>
          <w:p w14:paraId="05D7DD5D" w14:textId="77777777" w:rsidR="00C76E1C" w:rsidRPr="00270E44" w:rsidRDefault="007704F9" w:rsidP="002A6F2D">
            <w:pPr>
              <w:rPr>
                <w:rFonts w:ascii="Palatino Linotype" w:hAnsi="Palatino Linotype"/>
                <w:b/>
                <w:bCs/>
              </w:rPr>
            </w:pPr>
            <w:r w:rsidRPr="00270E44">
              <w:rPr>
                <w:rFonts w:ascii="Palatino Linotype" w:hAnsi="Palatino Linotype"/>
                <w:b/>
                <w:bCs/>
              </w:rPr>
              <w:t>Subcontractors:</w:t>
            </w:r>
          </w:p>
          <w:p w14:paraId="39FB4F1C" w14:textId="7E629F10" w:rsidR="00AC743A" w:rsidRPr="007130FA" w:rsidRDefault="007704F9" w:rsidP="002A6F2D">
            <w:pPr>
              <w:rPr>
                <w:rFonts w:ascii="Palatino Linotype" w:hAnsi="Palatino Linotype"/>
              </w:rPr>
            </w:pPr>
            <w:r w:rsidRPr="007130FA">
              <w:rPr>
                <w:rFonts w:ascii="Palatino Linotype" w:hAnsi="Palatino Linotype"/>
              </w:rPr>
              <w:t>Will you use subcontractors? If yes, describe selection and control.</w:t>
            </w:r>
          </w:p>
        </w:tc>
        <w:tc>
          <w:tcPr>
            <w:tcW w:w="4986" w:type="dxa"/>
            <w:vAlign w:val="center"/>
          </w:tcPr>
          <w:p w14:paraId="3AD334A1" w14:textId="02F29345" w:rsidR="00C76E1C" w:rsidRPr="00C76E1C" w:rsidRDefault="00B73390" w:rsidP="002A6F2D">
            <w:pPr>
              <w:rPr>
                <w:rFonts w:ascii="Palatino Linotype" w:hAnsi="Palatino Linotype"/>
                <w:b/>
                <w:bCs/>
              </w:rPr>
            </w:pPr>
            <w:sdt>
              <w:sdtPr>
                <w:rPr>
                  <w:rFonts w:ascii="Palatino Linotype" w:hAnsi="Palatino Linotype"/>
                  <w:b/>
                  <w:bCs/>
                </w:rPr>
                <w:id w:val="-12544037"/>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C76E1C" w:rsidRPr="00C76E1C">
              <w:rPr>
                <w:rFonts w:ascii="Palatino Linotype" w:hAnsi="Palatino Linotype"/>
                <w:b/>
                <w:bCs/>
              </w:rPr>
              <w:t>No</w:t>
            </w:r>
          </w:p>
          <w:p w14:paraId="7916AD79" w14:textId="23ED5565" w:rsidR="00AC743A" w:rsidRPr="007130FA" w:rsidRDefault="00B73390" w:rsidP="002A6F2D">
            <w:pPr>
              <w:rPr>
                <w:rFonts w:ascii="Palatino Linotype" w:hAnsi="Palatino Linotype"/>
              </w:rPr>
            </w:pPr>
            <w:sdt>
              <w:sdtPr>
                <w:rPr>
                  <w:rFonts w:ascii="Palatino Linotype" w:hAnsi="Palatino Linotype"/>
                  <w:b/>
                  <w:bCs/>
                </w:rPr>
                <w:id w:val="-450403517"/>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C76E1C" w:rsidRPr="00C76E1C">
              <w:rPr>
                <w:rFonts w:ascii="Palatino Linotype" w:hAnsi="Palatino Linotype"/>
                <w:b/>
                <w:bCs/>
              </w:rPr>
              <w:t>Yes (describe)</w:t>
            </w:r>
          </w:p>
        </w:tc>
      </w:tr>
    </w:tbl>
    <w:p w14:paraId="7995F2D0" w14:textId="77777777" w:rsidR="00AC743A" w:rsidRPr="007130FA" w:rsidRDefault="00AC743A">
      <w:pPr>
        <w:rPr>
          <w:rFonts w:ascii="Palatino Linotype" w:hAnsi="Palatino Linotype"/>
        </w:rPr>
      </w:pPr>
    </w:p>
    <w:p w14:paraId="0890FF4A" w14:textId="77777777" w:rsidR="00AC743A" w:rsidRPr="007130FA" w:rsidRDefault="007704F9">
      <w:pPr>
        <w:rPr>
          <w:rFonts w:ascii="Palatino Linotype" w:hAnsi="Palatino Linotype"/>
        </w:rPr>
      </w:pPr>
      <w:r w:rsidRPr="007130FA">
        <w:rPr>
          <w:rFonts w:ascii="Palatino Linotype" w:hAnsi="Palatino Linotype"/>
          <w:b/>
        </w:rPr>
        <w:t>Mandatory attachments (Annex C):</w:t>
      </w:r>
    </w:p>
    <w:p w14:paraId="3D9E78C0" w14:textId="3C0EC33A" w:rsidR="00AC743A" w:rsidRPr="007130FA" w:rsidRDefault="00B73390">
      <w:pPr>
        <w:pStyle w:val="ListBullet"/>
        <w:rPr>
          <w:rFonts w:ascii="Palatino Linotype" w:hAnsi="Palatino Linotype"/>
        </w:rPr>
      </w:pPr>
      <w:sdt>
        <w:sdtPr>
          <w:rPr>
            <w:rFonts w:ascii="Palatino Linotype" w:hAnsi="Palatino Linotype"/>
            <w:b/>
            <w:bCs/>
          </w:rPr>
          <w:id w:val="-2054072219"/>
          <w14:checkbox>
            <w14:checked w14:val="0"/>
            <w14:checkedState w14:val="2612" w14:font="MS Gothic"/>
            <w14:uncheckedState w14:val="2610" w14:font="MS Gothic"/>
          </w14:checkbox>
        </w:sdtPr>
        <w:sdtEndPr/>
        <w:sdtContent>
          <w:r w:rsidR="005C6641">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HSE policy</w:t>
      </w:r>
    </w:p>
    <w:p w14:paraId="038B2071" w14:textId="2C6896E2" w:rsidR="00AC743A" w:rsidRPr="007130FA" w:rsidRDefault="00B73390">
      <w:pPr>
        <w:pStyle w:val="ListBullet"/>
        <w:rPr>
          <w:rFonts w:ascii="Palatino Linotype" w:hAnsi="Palatino Linotype"/>
        </w:rPr>
      </w:pPr>
      <w:sdt>
        <w:sdtPr>
          <w:rPr>
            <w:rFonts w:ascii="Palatino Linotype" w:hAnsi="Palatino Linotype"/>
            <w:b/>
            <w:bCs/>
          </w:rPr>
          <w:id w:val="-889565732"/>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Risk assessment / method statement template (or 1 sample)</w:t>
      </w:r>
    </w:p>
    <w:p w14:paraId="0B68357E" w14:textId="517DC11E" w:rsidR="00AC743A" w:rsidRPr="007130FA" w:rsidRDefault="00B73390">
      <w:pPr>
        <w:pStyle w:val="ListBullet"/>
        <w:rPr>
          <w:rFonts w:ascii="Palatino Linotype" w:hAnsi="Palatino Linotype"/>
        </w:rPr>
      </w:pPr>
      <w:sdt>
        <w:sdtPr>
          <w:rPr>
            <w:rFonts w:ascii="Palatino Linotype" w:hAnsi="Palatino Linotype"/>
            <w:b/>
            <w:bCs/>
          </w:rPr>
          <w:id w:val="-2058617438"/>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Insurance certificate (if applicable)</w:t>
      </w:r>
    </w:p>
    <w:p w14:paraId="37D8DD38" w14:textId="5E1E3D68" w:rsidR="00AC743A" w:rsidRPr="007130FA" w:rsidRDefault="00B73390">
      <w:pPr>
        <w:pStyle w:val="ListBullet"/>
        <w:rPr>
          <w:rFonts w:ascii="Palatino Linotype" w:hAnsi="Palatino Linotype"/>
        </w:rPr>
      </w:pPr>
      <w:sdt>
        <w:sdtPr>
          <w:rPr>
            <w:rFonts w:ascii="Palatino Linotype" w:hAnsi="Palatino Linotype"/>
            <w:b/>
            <w:bCs/>
          </w:rPr>
          <w:id w:val="937184602"/>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List of planned subcontractors (if applicable)</w:t>
      </w:r>
    </w:p>
    <w:p w14:paraId="15AB7AE6" w14:textId="77777777" w:rsidR="00AC743A" w:rsidRPr="007130FA" w:rsidRDefault="007704F9">
      <w:pPr>
        <w:rPr>
          <w:rFonts w:ascii="Palatino Linotype" w:hAnsi="Palatino Linotype"/>
        </w:rPr>
      </w:pPr>
      <w:r w:rsidRPr="007130FA">
        <w:rPr>
          <w:rFonts w:ascii="Palatino Linotype" w:hAnsi="Palatino Linotype"/>
        </w:rPr>
        <w:br w:type="page"/>
      </w:r>
    </w:p>
    <w:p w14:paraId="6E967CF4" w14:textId="77777777" w:rsidR="00AC743A" w:rsidRPr="000038EC" w:rsidRDefault="007704F9">
      <w:pPr>
        <w:pStyle w:val="Heading2"/>
        <w:rPr>
          <w:rFonts w:ascii="Palatino Linotype" w:hAnsi="Palatino Linotype"/>
          <w:color w:val="984806" w:themeColor="accent6" w:themeShade="80"/>
        </w:rPr>
      </w:pPr>
      <w:r w:rsidRPr="000038EC">
        <w:rPr>
          <w:rFonts w:ascii="Palatino Linotype" w:hAnsi="Palatino Linotype"/>
          <w:color w:val="984806" w:themeColor="accent6" w:themeShade="80"/>
        </w:rPr>
        <w:lastRenderedPageBreak/>
        <w:t>Annex D - IT / Automation / Software Vendors (if applicable)</w:t>
      </w:r>
    </w:p>
    <w:p w14:paraId="1E448DB6" w14:textId="77777777" w:rsidR="00AC743A" w:rsidRPr="000038EC" w:rsidRDefault="007704F9">
      <w:pPr>
        <w:rPr>
          <w:rFonts w:ascii="Palatino Linotype" w:hAnsi="Palatino Linotype"/>
          <w:b/>
          <w:bCs/>
        </w:rPr>
      </w:pPr>
      <w:r w:rsidRPr="000038EC">
        <w:rPr>
          <w:rFonts w:ascii="Palatino Linotype" w:hAnsi="Palatino Linotype"/>
          <w:b/>
          <w:bCs/>
        </w:rPr>
        <w:t>Complete this annex only if your scope includes access to BSC IT systems, OT/automation networks, or processing BSC data.</w:t>
      </w:r>
    </w:p>
    <w:tbl>
      <w:tblPr>
        <w:tblStyle w:val="TableGrid"/>
        <w:tblW w:w="0" w:type="auto"/>
        <w:jc w:val="center"/>
        <w:tblLook w:val="04A0" w:firstRow="1" w:lastRow="0" w:firstColumn="1" w:lastColumn="0" w:noHBand="0" w:noVBand="1"/>
      </w:tblPr>
      <w:tblGrid>
        <w:gridCol w:w="8725"/>
        <w:gridCol w:w="4959"/>
      </w:tblGrid>
      <w:tr w:rsidR="00AC743A" w:rsidRPr="007130FA" w14:paraId="42242CC0" w14:textId="77777777" w:rsidTr="002269FA">
        <w:trPr>
          <w:trHeight w:val="332"/>
          <w:jc w:val="center"/>
        </w:trPr>
        <w:tc>
          <w:tcPr>
            <w:tcW w:w="8725" w:type="dxa"/>
            <w:shd w:val="clear" w:color="auto" w:fill="F2F2F2"/>
            <w:vAlign w:val="center"/>
          </w:tcPr>
          <w:p w14:paraId="46FD3657" w14:textId="77777777" w:rsidR="00AC743A" w:rsidRPr="007130FA" w:rsidRDefault="007704F9" w:rsidP="000038EC">
            <w:pPr>
              <w:jc w:val="center"/>
              <w:rPr>
                <w:rFonts w:ascii="Palatino Linotype" w:hAnsi="Palatino Linotype"/>
              </w:rPr>
            </w:pPr>
            <w:r w:rsidRPr="007130FA">
              <w:rPr>
                <w:rFonts w:ascii="Palatino Linotype" w:hAnsi="Palatino Linotype"/>
                <w:b/>
              </w:rPr>
              <w:t>Question / Requirement</w:t>
            </w:r>
          </w:p>
        </w:tc>
        <w:tc>
          <w:tcPr>
            <w:tcW w:w="4959" w:type="dxa"/>
            <w:shd w:val="clear" w:color="auto" w:fill="F2F2F2"/>
            <w:vAlign w:val="center"/>
          </w:tcPr>
          <w:p w14:paraId="7B1A7C6C" w14:textId="77777777" w:rsidR="00AC743A" w:rsidRPr="007130FA" w:rsidRDefault="007704F9" w:rsidP="000038EC">
            <w:pPr>
              <w:jc w:val="center"/>
              <w:rPr>
                <w:rFonts w:ascii="Palatino Linotype" w:hAnsi="Palatino Linotype"/>
              </w:rPr>
            </w:pPr>
            <w:r w:rsidRPr="007130FA">
              <w:rPr>
                <w:rFonts w:ascii="Palatino Linotype" w:hAnsi="Palatino Linotype"/>
                <w:b/>
              </w:rPr>
              <w:t>Vendor Response</w:t>
            </w:r>
          </w:p>
        </w:tc>
      </w:tr>
      <w:tr w:rsidR="00AC743A" w:rsidRPr="007130FA" w14:paraId="147AE6F1" w14:textId="77777777" w:rsidTr="002269FA">
        <w:trPr>
          <w:trHeight w:val="567"/>
          <w:jc w:val="center"/>
        </w:trPr>
        <w:tc>
          <w:tcPr>
            <w:tcW w:w="8725" w:type="dxa"/>
            <w:vAlign w:val="center"/>
          </w:tcPr>
          <w:p w14:paraId="3B9E25B2" w14:textId="77777777" w:rsidR="000038EC" w:rsidRPr="000038EC" w:rsidRDefault="007704F9" w:rsidP="000038EC">
            <w:pPr>
              <w:rPr>
                <w:rFonts w:ascii="Palatino Linotype" w:hAnsi="Palatino Linotype"/>
                <w:b/>
                <w:bCs/>
              </w:rPr>
            </w:pPr>
            <w:r w:rsidRPr="000038EC">
              <w:rPr>
                <w:rFonts w:ascii="Palatino Linotype" w:hAnsi="Palatino Linotype"/>
                <w:b/>
                <w:bCs/>
              </w:rPr>
              <w:t>Information security program:</w:t>
            </w:r>
          </w:p>
          <w:p w14:paraId="00D5A2C9" w14:textId="60D545B1" w:rsidR="00AC743A" w:rsidRPr="007130FA" w:rsidRDefault="007704F9" w:rsidP="000038EC">
            <w:pPr>
              <w:rPr>
                <w:rFonts w:ascii="Palatino Linotype" w:hAnsi="Palatino Linotype"/>
              </w:rPr>
            </w:pPr>
            <w:r w:rsidRPr="007130FA">
              <w:rPr>
                <w:rFonts w:ascii="Palatino Linotype" w:hAnsi="Palatino Linotype"/>
              </w:rPr>
              <w:t>Do you maintain security policies and controls (e.g., ISO 27001 or equivalent)?</w:t>
            </w:r>
          </w:p>
        </w:tc>
        <w:tc>
          <w:tcPr>
            <w:tcW w:w="4959" w:type="dxa"/>
            <w:vAlign w:val="center"/>
          </w:tcPr>
          <w:p w14:paraId="5E149C30" w14:textId="27B79E11" w:rsidR="000038EC" w:rsidRPr="00785C9E" w:rsidRDefault="00B73390" w:rsidP="000038EC">
            <w:pPr>
              <w:rPr>
                <w:rFonts w:ascii="Palatino Linotype" w:hAnsi="Palatino Linotype"/>
                <w:b/>
                <w:bCs/>
              </w:rPr>
            </w:pPr>
            <w:sdt>
              <w:sdtPr>
                <w:rPr>
                  <w:rFonts w:ascii="Palatino Linotype" w:hAnsi="Palatino Linotype"/>
                  <w:b/>
                  <w:bCs/>
                </w:rPr>
                <w:id w:val="-559636395"/>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0038EC" w:rsidRPr="00785C9E">
              <w:rPr>
                <w:rFonts w:ascii="Palatino Linotype" w:hAnsi="Palatino Linotype"/>
                <w:b/>
                <w:bCs/>
              </w:rPr>
              <w:t>Yes (attach summary/cert)</w:t>
            </w:r>
          </w:p>
          <w:p w14:paraId="1ED2B51D" w14:textId="4E498C6E" w:rsidR="00AC743A" w:rsidRPr="00785C9E" w:rsidRDefault="00B73390" w:rsidP="000038EC">
            <w:pPr>
              <w:rPr>
                <w:rFonts w:ascii="Palatino Linotype" w:hAnsi="Palatino Linotype"/>
                <w:b/>
                <w:bCs/>
              </w:rPr>
            </w:pPr>
            <w:sdt>
              <w:sdtPr>
                <w:rPr>
                  <w:rFonts w:ascii="Palatino Linotype" w:hAnsi="Palatino Linotype"/>
                  <w:b/>
                  <w:bCs/>
                </w:rPr>
                <w:id w:val="-1337376794"/>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0038EC" w:rsidRPr="00785C9E">
              <w:rPr>
                <w:rFonts w:ascii="Palatino Linotype" w:hAnsi="Palatino Linotype"/>
                <w:b/>
                <w:bCs/>
              </w:rPr>
              <w:t>No</w:t>
            </w:r>
          </w:p>
        </w:tc>
      </w:tr>
      <w:tr w:rsidR="00AC743A" w:rsidRPr="007130FA" w14:paraId="5E937912" w14:textId="77777777" w:rsidTr="002269FA">
        <w:trPr>
          <w:trHeight w:val="567"/>
          <w:jc w:val="center"/>
        </w:trPr>
        <w:tc>
          <w:tcPr>
            <w:tcW w:w="8725" w:type="dxa"/>
            <w:vAlign w:val="center"/>
          </w:tcPr>
          <w:p w14:paraId="668AEFF7" w14:textId="77777777" w:rsidR="000038EC" w:rsidRPr="000038EC" w:rsidRDefault="007704F9" w:rsidP="000038EC">
            <w:pPr>
              <w:rPr>
                <w:rFonts w:ascii="Palatino Linotype" w:hAnsi="Palatino Linotype"/>
                <w:b/>
                <w:bCs/>
              </w:rPr>
            </w:pPr>
            <w:r w:rsidRPr="000038EC">
              <w:rPr>
                <w:rFonts w:ascii="Palatino Linotype" w:hAnsi="Palatino Linotype"/>
                <w:b/>
                <w:bCs/>
              </w:rPr>
              <w:t>Access management:</w:t>
            </w:r>
          </w:p>
          <w:p w14:paraId="49FA5C84" w14:textId="695B16EA" w:rsidR="00AC743A" w:rsidRPr="007130FA" w:rsidRDefault="007704F9" w:rsidP="000038EC">
            <w:pPr>
              <w:rPr>
                <w:rFonts w:ascii="Palatino Linotype" w:hAnsi="Palatino Linotype"/>
              </w:rPr>
            </w:pPr>
            <w:r w:rsidRPr="007130FA">
              <w:rPr>
                <w:rFonts w:ascii="Palatino Linotype" w:hAnsi="Palatino Linotype"/>
              </w:rPr>
              <w:t>Describe how user/admin access is provisioned, reviewed, and revoked.</w:t>
            </w:r>
          </w:p>
        </w:tc>
        <w:tc>
          <w:tcPr>
            <w:tcW w:w="4959" w:type="dxa"/>
            <w:vAlign w:val="center"/>
          </w:tcPr>
          <w:p w14:paraId="24BC158D" w14:textId="77777777" w:rsidR="00AC743A" w:rsidRPr="00785C9E" w:rsidRDefault="00AC743A" w:rsidP="000038EC">
            <w:pPr>
              <w:rPr>
                <w:rFonts w:ascii="Palatino Linotype" w:hAnsi="Palatino Linotype"/>
                <w:b/>
                <w:bCs/>
              </w:rPr>
            </w:pPr>
          </w:p>
        </w:tc>
      </w:tr>
      <w:tr w:rsidR="00AC743A" w:rsidRPr="007130FA" w14:paraId="5DF57938" w14:textId="77777777" w:rsidTr="002269FA">
        <w:trPr>
          <w:trHeight w:val="567"/>
          <w:jc w:val="center"/>
        </w:trPr>
        <w:tc>
          <w:tcPr>
            <w:tcW w:w="8725" w:type="dxa"/>
            <w:vAlign w:val="center"/>
          </w:tcPr>
          <w:p w14:paraId="2CFA131A" w14:textId="77777777" w:rsidR="000038EC" w:rsidRPr="000038EC" w:rsidRDefault="007704F9" w:rsidP="000038EC">
            <w:pPr>
              <w:rPr>
                <w:rFonts w:ascii="Palatino Linotype" w:hAnsi="Palatino Linotype"/>
                <w:b/>
                <w:bCs/>
              </w:rPr>
            </w:pPr>
            <w:r w:rsidRPr="000038EC">
              <w:rPr>
                <w:rFonts w:ascii="Palatino Linotype" w:hAnsi="Palatino Linotype"/>
                <w:b/>
                <w:bCs/>
              </w:rPr>
              <w:t>Incident notification:</w:t>
            </w:r>
          </w:p>
          <w:p w14:paraId="5A987FE1" w14:textId="298169E7" w:rsidR="00AC743A" w:rsidRPr="007130FA" w:rsidRDefault="007704F9" w:rsidP="000038EC">
            <w:pPr>
              <w:rPr>
                <w:rFonts w:ascii="Palatino Linotype" w:hAnsi="Palatino Linotype"/>
              </w:rPr>
            </w:pPr>
            <w:r w:rsidRPr="007130FA">
              <w:rPr>
                <w:rFonts w:ascii="Palatino Linotype" w:hAnsi="Palatino Linotype"/>
              </w:rPr>
              <w:t>Can you notify BSC of security incidents affecting BSC within agreed timelines?</w:t>
            </w:r>
          </w:p>
        </w:tc>
        <w:tc>
          <w:tcPr>
            <w:tcW w:w="4959" w:type="dxa"/>
            <w:vAlign w:val="center"/>
          </w:tcPr>
          <w:p w14:paraId="26688B6F" w14:textId="768E85C2" w:rsidR="000038EC" w:rsidRPr="00785C9E" w:rsidRDefault="00B73390" w:rsidP="000038EC">
            <w:pPr>
              <w:rPr>
                <w:rFonts w:ascii="Palatino Linotype" w:hAnsi="Palatino Linotype"/>
                <w:b/>
                <w:bCs/>
              </w:rPr>
            </w:pPr>
            <w:sdt>
              <w:sdtPr>
                <w:rPr>
                  <w:rFonts w:ascii="Palatino Linotype" w:hAnsi="Palatino Linotype"/>
                  <w:b/>
                  <w:bCs/>
                </w:rPr>
                <w:id w:val="1023748617"/>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 xml:space="preserve"> </w:t>
            </w:r>
            <w:r w:rsidR="000038EC" w:rsidRPr="00785C9E">
              <w:rPr>
                <w:rFonts w:ascii="Palatino Linotype" w:hAnsi="Palatino Linotype"/>
                <w:b/>
                <w:bCs/>
              </w:rPr>
              <w:t>Yes</w:t>
            </w:r>
          </w:p>
          <w:p w14:paraId="276EBA80" w14:textId="49E29CAA" w:rsidR="00AC743A" w:rsidRPr="00785C9E" w:rsidRDefault="00B73390" w:rsidP="000038EC">
            <w:pPr>
              <w:rPr>
                <w:rFonts w:ascii="Palatino Linotype" w:hAnsi="Palatino Linotype"/>
                <w:b/>
                <w:bCs/>
              </w:rPr>
            </w:pPr>
            <w:sdt>
              <w:sdtPr>
                <w:rPr>
                  <w:rFonts w:ascii="Palatino Linotype" w:hAnsi="Palatino Linotype"/>
                  <w:b/>
                  <w:bCs/>
                </w:rPr>
                <w:id w:val="-32733771"/>
                <w14:checkbox>
                  <w14:checked w14:val="0"/>
                  <w14:checkedState w14:val="2612" w14:font="MS Gothic"/>
                  <w14:uncheckedState w14:val="2610" w14:font="MS Gothic"/>
                </w14:checkbox>
              </w:sdtPr>
              <w:sdtEndPr/>
              <w:sdtContent>
                <w:r w:rsidR="00690238">
                  <w:rPr>
                    <w:rFonts w:ascii="MS Gothic" w:eastAsia="MS Gothic" w:hAnsi="MS Gothic" w:hint="eastAsia"/>
                    <w:b/>
                    <w:bCs/>
                  </w:rPr>
                  <w:t>☐</w:t>
                </w:r>
              </w:sdtContent>
            </w:sdt>
            <w:r w:rsidR="008F4270" w:rsidRPr="000528E8">
              <w:rPr>
                <w:rFonts w:ascii="Palatino Linotype" w:hAnsi="Palatino Linotype"/>
                <w:b/>
                <w:bCs/>
              </w:rPr>
              <w:t xml:space="preserve"> </w:t>
            </w:r>
            <w:r w:rsidR="000038EC" w:rsidRPr="00785C9E">
              <w:rPr>
                <w:rFonts w:ascii="Palatino Linotype" w:hAnsi="Palatino Linotype"/>
                <w:b/>
                <w:bCs/>
              </w:rPr>
              <w:t>No</w:t>
            </w:r>
          </w:p>
        </w:tc>
      </w:tr>
      <w:tr w:rsidR="00AC743A" w:rsidRPr="007130FA" w14:paraId="247FBDAE" w14:textId="77777777" w:rsidTr="002269FA">
        <w:trPr>
          <w:trHeight w:val="567"/>
          <w:jc w:val="center"/>
        </w:trPr>
        <w:tc>
          <w:tcPr>
            <w:tcW w:w="8725" w:type="dxa"/>
            <w:vAlign w:val="center"/>
          </w:tcPr>
          <w:p w14:paraId="7F5C2B9F" w14:textId="77777777" w:rsidR="000038EC" w:rsidRPr="000038EC" w:rsidRDefault="007704F9" w:rsidP="000038EC">
            <w:pPr>
              <w:rPr>
                <w:rFonts w:ascii="Palatino Linotype" w:hAnsi="Palatino Linotype"/>
                <w:b/>
                <w:bCs/>
              </w:rPr>
            </w:pPr>
            <w:r w:rsidRPr="000038EC">
              <w:rPr>
                <w:rFonts w:ascii="Palatino Linotype" w:hAnsi="Palatino Linotype"/>
                <w:b/>
                <w:bCs/>
              </w:rPr>
              <w:t>Data handling:</w:t>
            </w:r>
          </w:p>
          <w:p w14:paraId="2D384671" w14:textId="5EC32480" w:rsidR="00AC743A" w:rsidRPr="007130FA" w:rsidRDefault="007704F9" w:rsidP="000038EC">
            <w:pPr>
              <w:rPr>
                <w:rFonts w:ascii="Palatino Linotype" w:hAnsi="Palatino Linotype"/>
              </w:rPr>
            </w:pPr>
            <w:r w:rsidRPr="007130FA">
              <w:rPr>
                <w:rFonts w:ascii="Palatino Linotype" w:hAnsi="Palatino Linotype"/>
              </w:rPr>
              <w:t>Where will BSC data be stored/processed (country/region)?</w:t>
            </w:r>
          </w:p>
        </w:tc>
        <w:tc>
          <w:tcPr>
            <w:tcW w:w="4959" w:type="dxa"/>
            <w:vAlign w:val="center"/>
          </w:tcPr>
          <w:p w14:paraId="62F32282" w14:textId="77777777" w:rsidR="00AC743A" w:rsidRPr="007130FA" w:rsidRDefault="00AC743A" w:rsidP="000038EC">
            <w:pPr>
              <w:rPr>
                <w:rFonts w:ascii="Palatino Linotype" w:hAnsi="Palatino Linotype"/>
              </w:rPr>
            </w:pPr>
          </w:p>
        </w:tc>
      </w:tr>
      <w:tr w:rsidR="00AC743A" w:rsidRPr="007130FA" w14:paraId="67950678" w14:textId="77777777" w:rsidTr="002269FA">
        <w:trPr>
          <w:trHeight w:val="567"/>
          <w:jc w:val="center"/>
        </w:trPr>
        <w:tc>
          <w:tcPr>
            <w:tcW w:w="8725" w:type="dxa"/>
            <w:vAlign w:val="center"/>
          </w:tcPr>
          <w:p w14:paraId="59A86A67" w14:textId="77777777" w:rsidR="000038EC" w:rsidRPr="000038EC" w:rsidRDefault="007704F9" w:rsidP="000038EC">
            <w:pPr>
              <w:rPr>
                <w:rFonts w:ascii="Palatino Linotype" w:hAnsi="Palatino Linotype"/>
                <w:b/>
                <w:bCs/>
              </w:rPr>
            </w:pPr>
            <w:r w:rsidRPr="000038EC">
              <w:rPr>
                <w:rFonts w:ascii="Palatino Linotype" w:hAnsi="Palatino Linotype"/>
                <w:b/>
                <w:bCs/>
              </w:rPr>
              <w:t>Business continuity:</w:t>
            </w:r>
          </w:p>
          <w:p w14:paraId="539C77A1" w14:textId="0E186A08" w:rsidR="00AC743A" w:rsidRPr="007130FA" w:rsidRDefault="007704F9" w:rsidP="000038EC">
            <w:pPr>
              <w:rPr>
                <w:rFonts w:ascii="Palatino Linotype" w:hAnsi="Palatino Linotype"/>
              </w:rPr>
            </w:pPr>
            <w:r w:rsidRPr="007130FA">
              <w:rPr>
                <w:rFonts w:ascii="Palatino Linotype" w:hAnsi="Palatino Linotype"/>
              </w:rPr>
              <w:t>Describe backup and recovery approach relevant to the service.</w:t>
            </w:r>
          </w:p>
        </w:tc>
        <w:tc>
          <w:tcPr>
            <w:tcW w:w="4959" w:type="dxa"/>
            <w:vAlign w:val="center"/>
          </w:tcPr>
          <w:p w14:paraId="34A636E7" w14:textId="77777777" w:rsidR="00AC743A" w:rsidRPr="007130FA" w:rsidRDefault="00AC743A" w:rsidP="000038EC">
            <w:pPr>
              <w:rPr>
                <w:rFonts w:ascii="Palatino Linotype" w:hAnsi="Palatino Linotype"/>
              </w:rPr>
            </w:pPr>
          </w:p>
        </w:tc>
      </w:tr>
    </w:tbl>
    <w:p w14:paraId="5B261F88" w14:textId="77777777" w:rsidR="00AC743A" w:rsidRPr="007130FA" w:rsidRDefault="00AC743A">
      <w:pPr>
        <w:rPr>
          <w:rFonts w:ascii="Palatino Linotype" w:hAnsi="Palatino Linotype"/>
        </w:rPr>
      </w:pPr>
    </w:p>
    <w:p w14:paraId="60947A7F" w14:textId="77777777" w:rsidR="00AC743A" w:rsidRPr="007130FA" w:rsidRDefault="007704F9">
      <w:pPr>
        <w:rPr>
          <w:rFonts w:ascii="Palatino Linotype" w:hAnsi="Palatino Linotype"/>
        </w:rPr>
      </w:pPr>
      <w:r w:rsidRPr="007130FA">
        <w:rPr>
          <w:rFonts w:ascii="Palatino Linotype" w:hAnsi="Palatino Linotype"/>
          <w:b/>
        </w:rPr>
        <w:t>Mandatory attachments (Annex D):</w:t>
      </w:r>
    </w:p>
    <w:p w14:paraId="3B2C4F07" w14:textId="38FBB0E6" w:rsidR="00AC743A" w:rsidRPr="007130FA" w:rsidRDefault="00B73390">
      <w:pPr>
        <w:pStyle w:val="ListBullet"/>
        <w:rPr>
          <w:rFonts w:ascii="Palatino Linotype" w:hAnsi="Palatino Linotype"/>
        </w:rPr>
      </w:pPr>
      <w:sdt>
        <w:sdtPr>
          <w:rPr>
            <w:rFonts w:ascii="Palatino Linotype" w:hAnsi="Palatino Linotype"/>
            <w:b/>
            <w:bCs/>
          </w:rPr>
          <w:id w:val="452518814"/>
          <w14:checkbox>
            <w14:checked w14:val="0"/>
            <w14:checkedState w14:val="2612" w14:font="MS Gothic"/>
            <w14:uncheckedState w14:val="2610" w14:font="MS Gothic"/>
          </w14:checkbox>
        </w:sdtPr>
        <w:sdtEndPr/>
        <w:sdtContent>
          <w:r w:rsidR="005C6641">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Information Security Policy summary (or certificate, if available)</w:t>
      </w:r>
    </w:p>
    <w:p w14:paraId="3C50A8AF" w14:textId="1F021936" w:rsidR="00AC743A" w:rsidRPr="002269FA" w:rsidRDefault="00B73390" w:rsidP="002269FA">
      <w:pPr>
        <w:pStyle w:val="ListBullet"/>
        <w:rPr>
          <w:rFonts w:ascii="Palatino Linotype" w:hAnsi="Palatino Linotype"/>
        </w:rPr>
      </w:pPr>
      <w:sdt>
        <w:sdtPr>
          <w:rPr>
            <w:rFonts w:ascii="Palatino Linotype" w:hAnsi="Palatino Linotype"/>
            <w:b/>
            <w:bCs/>
          </w:rPr>
          <w:id w:val="1542474554"/>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Description of incident response and notification procedure</w:t>
      </w:r>
      <w:r w:rsidR="003205EE" w:rsidRPr="002269FA">
        <w:rPr>
          <w:rFonts w:ascii="Palatino Linotype" w:hAnsi="Palatino Linotype"/>
          <w:i/>
        </w:rPr>
        <w:t>.</w:t>
      </w:r>
    </w:p>
    <w:sectPr w:rsidR="00AC743A" w:rsidRPr="002269FA" w:rsidSect="00C5066E">
      <w:type w:val="continuous"/>
      <w:pgSz w:w="15840" w:h="12240" w:orient="landscape"/>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A4345" w14:textId="77777777" w:rsidR="00B73390" w:rsidRDefault="00B73390" w:rsidP="003054C6">
      <w:pPr>
        <w:spacing w:after="0" w:line="240" w:lineRule="auto"/>
      </w:pPr>
      <w:r>
        <w:separator/>
      </w:r>
    </w:p>
  </w:endnote>
  <w:endnote w:type="continuationSeparator" w:id="0">
    <w:p w14:paraId="7415DF54" w14:textId="77777777" w:rsidR="00B73390" w:rsidRDefault="00B73390" w:rsidP="00305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AFF56" w14:textId="77777777" w:rsidR="00B73390" w:rsidRDefault="00B73390" w:rsidP="003054C6">
      <w:pPr>
        <w:spacing w:after="0" w:line="240" w:lineRule="auto"/>
      </w:pPr>
      <w:r>
        <w:separator/>
      </w:r>
    </w:p>
  </w:footnote>
  <w:footnote w:type="continuationSeparator" w:id="0">
    <w:p w14:paraId="22BDAEF4" w14:textId="77777777" w:rsidR="00B73390" w:rsidRDefault="00B73390" w:rsidP="003054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16" w:type="dxa"/>
      <w:tblLook w:val="04A0" w:firstRow="1" w:lastRow="0" w:firstColumn="1" w:lastColumn="0" w:noHBand="0" w:noVBand="1"/>
    </w:tblPr>
    <w:tblGrid>
      <w:gridCol w:w="1101"/>
      <w:gridCol w:w="9780"/>
      <w:gridCol w:w="1418"/>
      <w:gridCol w:w="1417"/>
    </w:tblGrid>
    <w:tr w:rsidR="003054C6" w14:paraId="355ED12D" w14:textId="77777777" w:rsidTr="00D072AD">
      <w:trPr>
        <w:trHeight w:val="292"/>
      </w:trPr>
      <w:tc>
        <w:tcPr>
          <w:tcW w:w="1101" w:type="dxa"/>
          <w:vMerge w:val="restart"/>
        </w:tcPr>
        <w:p w14:paraId="5BED18E7" w14:textId="77777777" w:rsidR="003054C6" w:rsidRDefault="003054C6" w:rsidP="003054C6">
          <w:pPr>
            <w:pStyle w:val="Header"/>
          </w:pPr>
          <w:r>
            <w:rPr>
              <w:i/>
              <w:noProof/>
              <w:lang w:val="az-Latn-AZ"/>
            </w:rPr>
            <w:drawing>
              <wp:anchor distT="0" distB="0" distL="114300" distR="114300" simplePos="0" relativeHeight="251658240" behindDoc="0" locked="0" layoutInCell="1" allowOverlap="1" wp14:anchorId="6F64A975" wp14:editId="3B455BB2">
                <wp:simplePos x="0" y="0"/>
                <wp:positionH relativeFrom="column">
                  <wp:posOffset>-78105</wp:posOffset>
                </wp:positionH>
                <wp:positionV relativeFrom="paragraph">
                  <wp:posOffset>-18415</wp:posOffset>
                </wp:positionV>
                <wp:extent cx="694023" cy="602095"/>
                <wp:effectExtent l="0" t="0" r="0" b="762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6569" r="17151"/>
                        <a:stretch/>
                      </pic:blipFill>
                      <pic:spPr bwMode="auto">
                        <a:xfrm>
                          <a:off x="0" y="0"/>
                          <a:ext cx="694023" cy="6020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9780" w:type="dxa"/>
          <w:vMerge w:val="restart"/>
          <w:vAlign w:val="center"/>
        </w:tcPr>
        <w:p w14:paraId="31E14FD4" w14:textId="0EA9C1CF" w:rsidR="003054C6" w:rsidRPr="00287A56" w:rsidRDefault="003054C6" w:rsidP="003054C6">
          <w:pPr>
            <w:tabs>
              <w:tab w:val="left" w:pos="5040"/>
              <w:tab w:val="left" w:pos="5130"/>
            </w:tabs>
            <w:spacing w:before="120" w:after="120"/>
            <w:jc w:val="center"/>
            <w:rPr>
              <w:rFonts w:ascii="Palatino Linotype" w:hAnsi="Palatino Linotype"/>
              <w:b/>
              <w:sz w:val="28"/>
              <w:lang w:val="az-Latn-AZ"/>
            </w:rPr>
          </w:pPr>
          <w:r w:rsidRPr="00287A56">
            <w:rPr>
              <w:rFonts w:ascii="Palatino Linotype" w:hAnsi="Palatino Linotype"/>
              <w:b/>
              <w:sz w:val="28"/>
            </w:rPr>
            <w:t>VENDOR PRE-QUALIFICATION QUESTIONNAIRE</w:t>
          </w:r>
        </w:p>
      </w:tc>
      <w:tc>
        <w:tcPr>
          <w:tcW w:w="1418" w:type="dxa"/>
          <w:vAlign w:val="center"/>
        </w:tcPr>
        <w:p w14:paraId="2BC03FCC" w14:textId="77777777" w:rsidR="003054C6" w:rsidRPr="000A3B5E" w:rsidRDefault="003054C6" w:rsidP="003054C6">
          <w:pPr>
            <w:pStyle w:val="Header"/>
            <w:tabs>
              <w:tab w:val="left" w:pos="1185"/>
            </w:tabs>
            <w:rPr>
              <w:sz w:val="20"/>
              <w:lang w:val="ru-RU"/>
            </w:rPr>
          </w:pPr>
          <w:r w:rsidRPr="000A3B5E">
            <w:rPr>
              <w:sz w:val="20"/>
              <w:lang w:val="az-Latn-AZ"/>
            </w:rPr>
            <w:t>Form</w:t>
          </w:r>
          <w:r>
            <w:rPr>
              <w:sz w:val="20"/>
              <w:lang w:val="az-Latn-AZ"/>
            </w:rPr>
            <w:t xml:space="preserve"> </w:t>
          </w:r>
          <w:r>
            <w:rPr>
              <w:sz w:val="20"/>
              <w:lang w:val="ru-RU"/>
            </w:rPr>
            <w:t>№:</w:t>
          </w:r>
        </w:p>
      </w:tc>
      <w:tc>
        <w:tcPr>
          <w:tcW w:w="1417" w:type="dxa"/>
          <w:vAlign w:val="center"/>
        </w:tcPr>
        <w:p w14:paraId="095C4F67" w14:textId="77777777" w:rsidR="003054C6" w:rsidRPr="000A3B5E" w:rsidRDefault="003054C6" w:rsidP="003054C6">
          <w:pPr>
            <w:pStyle w:val="Header"/>
            <w:rPr>
              <w:sz w:val="20"/>
            </w:rPr>
          </w:pPr>
          <w:r>
            <w:rPr>
              <w:sz w:val="20"/>
            </w:rPr>
            <w:t>BSC-PRC-F-01</w:t>
          </w:r>
        </w:p>
      </w:tc>
    </w:tr>
    <w:tr w:rsidR="003054C6" w14:paraId="20B7AEE8" w14:textId="77777777" w:rsidTr="00D072AD">
      <w:trPr>
        <w:trHeight w:val="292"/>
      </w:trPr>
      <w:tc>
        <w:tcPr>
          <w:tcW w:w="1101" w:type="dxa"/>
          <w:vMerge/>
        </w:tcPr>
        <w:p w14:paraId="118B6C04" w14:textId="77777777" w:rsidR="003054C6" w:rsidRDefault="003054C6" w:rsidP="003054C6">
          <w:pPr>
            <w:pStyle w:val="Header"/>
            <w:rPr>
              <w:i/>
              <w:noProof/>
              <w:lang w:val="az-Latn-AZ"/>
            </w:rPr>
          </w:pPr>
        </w:p>
      </w:tc>
      <w:tc>
        <w:tcPr>
          <w:tcW w:w="9780" w:type="dxa"/>
          <w:vMerge/>
          <w:vAlign w:val="center"/>
        </w:tcPr>
        <w:p w14:paraId="2CBB7F90" w14:textId="77777777" w:rsidR="003054C6" w:rsidRDefault="003054C6" w:rsidP="003054C6">
          <w:pPr>
            <w:tabs>
              <w:tab w:val="left" w:pos="5040"/>
              <w:tab w:val="left" w:pos="5130"/>
            </w:tabs>
            <w:spacing w:before="120" w:after="120" w:line="276" w:lineRule="auto"/>
            <w:jc w:val="center"/>
            <w:rPr>
              <w:b/>
              <w:lang w:val="az-Latn-AZ"/>
            </w:rPr>
          </w:pPr>
        </w:p>
      </w:tc>
      <w:tc>
        <w:tcPr>
          <w:tcW w:w="1418" w:type="dxa"/>
          <w:vAlign w:val="center"/>
        </w:tcPr>
        <w:p w14:paraId="3019944D" w14:textId="77777777" w:rsidR="003054C6" w:rsidRPr="000A3B5E" w:rsidRDefault="003054C6" w:rsidP="003054C6">
          <w:pPr>
            <w:pStyle w:val="Header"/>
            <w:rPr>
              <w:sz w:val="20"/>
              <w:lang w:val="ru-RU"/>
            </w:rPr>
          </w:pPr>
          <w:r>
            <w:rPr>
              <w:sz w:val="20"/>
              <w:lang w:val="az-Latn-AZ"/>
            </w:rPr>
            <w:t xml:space="preserve">Revision </w:t>
          </w:r>
          <w:r>
            <w:rPr>
              <w:sz w:val="20"/>
              <w:lang w:val="ru-RU"/>
            </w:rPr>
            <w:t>№:</w:t>
          </w:r>
        </w:p>
      </w:tc>
      <w:tc>
        <w:tcPr>
          <w:tcW w:w="1417" w:type="dxa"/>
          <w:vAlign w:val="center"/>
        </w:tcPr>
        <w:p w14:paraId="605B1168" w14:textId="7B80B441" w:rsidR="003054C6" w:rsidRPr="000A3B5E" w:rsidRDefault="00B2547A" w:rsidP="003054C6">
          <w:pPr>
            <w:pStyle w:val="Header"/>
            <w:rPr>
              <w:sz w:val="20"/>
            </w:rPr>
          </w:pPr>
          <w:r>
            <w:rPr>
              <w:sz w:val="20"/>
            </w:rPr>
            <w:t>1</w:t>
          </w:r>
        </w:p>
      </w:tc>
    </w:tr>
    <w:tr w:rsidR="003054C6" w14:paraId="52E67D60" w14:textId="77777777" w:rsidTr="00D072AD">
      <w:trPr>
        <w:trHeight w:val="292"/>
      </w:trPr>
      <w:tc>
        <w:tcPr>
          <w:tcW w:w="1101" w:type="dxa"/>
          <w:vMerge/>
        </w:tcPr>
        <w:p w14:paraId="41BDB1E1" w14:textId="77777777" w:rsidR="003054C6" w:rsidRDefault="003054C6" w:rsidP="003054C6">
          <w:pPr>
            <w:pStyle w:val="Header"/>
            <w:rPr>
              <w:i/>
              <w:noProof/>
              <w:lang w:val="az-Latn-AZ"/>
            </w:rPr>
          </w:pPr>
        </w:p>
      </w:tc>
      <w:tc>
        <w:tcPr>
          <w:tcW w:w="9780" w:type="dxa"/>
          <w:vMerge/>
          <w:vAlign w:val="center"/>
        </w:tcPr>
        <w:p w14:paraId="255DD60A" w14:textId="77777777" w:rsidR="003054C6" w:rsidRDefault="003054C6" w:rsidP="003054C6">
          <w:pPr>
            <w:tabs>
              <w:tab w:val="left" w:pos="5040"/>
              <w:tab w:val="left" w:pos="5130"/>
            </w:tabs>
            <w:spacing w:before="120" w:after="120" w:line="276" w:lineRule="auto"/>
            <w:jc w:val="center"/>
            <w:rPr>
              <w:b/>
              <w:lang w:val="az-Latn-AZ"/>
            </w:rPr>
          </w:pPr>
        </w:p>
      </w:tc>
      <w:tc>
        <w:tcPr>
          <w:tcW w:w="1418" w:type="dxa"/>
          <w:vAlign w:val="center"/>
        </w:tcPr>
        <w:p w14:paraId="1BE8F42F" w14:textId="77777777" w:rsidR="003054C6" w:rsidRPr="000A3B5E" w:rsidRDefault="003054C6" w:rsidP="003054C6">
          <w:pPr>
            <w:pStyle w:val="Header"/>
            <w:rPr>
              <w:sz w:val="20"/>
            </w:rPr>
          </w:pPr>
          <w:r>
            <w:rPr>
              <w:sz w:val="20"/>
            </w:rPr>
            <w:t>Revision date:</w:t>
          </w:r>
        </w:p>
      </w:tc>
      <w:tc>
        <w:tcPr>
          <w:tcW w:w="1417" w:type="dxa"/>
          <w:vAlign w:val="center"/>
        </w:tcPr>
        <w:p w14:paraId="52EC6B8A" w14:textId="5197AFBE" w:rsidR="003054C6" w:rsidRPr="000A3B5E" w:rsidRDefault="00B2547A" w:rsidP="003054C6">
          <w:pPr>
            <w:pStyle w:val="Header"/>
            <w:rPr>
              <w:sz w:val="20"/>
            </w:rPr>
          </w:pPr>
          <w:r>
            <w:rPr>
              <w:sz w:val="20"/>
            </w:rPr>
            <w:t>26.02.2026</w:t>
          </w:r>
        </w:p>
      </w:tc>
    </w:tr>
  </w:tbl>
  <w:p w14:paraId="6C691434" w14:textId="77777777" w:rsidR="003054C6" w:rsidRDefault="003054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44710744">
    <w:abstractNumId w:val="8"/>
  </w:num>
  <w:num w:numId="2" w16cid:durableId="1067142684">
    <w:abstractNumId w:val="6"/>
  </w:num>
  <w:num w:numId="3" w16cid:durableId="839125401">
    <w:abstractNumId w:val="5"/>
  </w:num>
  <w:num w:numId="4" w16cid:durableId="1804540412">
    <w:abstractNumId w:val="4"/>
  </w:num>
  <w:num w:numId="5" w16cid:durableId="824205813">
    <w:abstractNumId w:val="7"/>
  </w:num>
  <w:num w:numId="6" w16cid:durableId="564225435">
    <w:abstractNumId w:val="3"/>
  </w:num>
  <w:num w:numId="7" w16cid:durableId="915476951">
    <w:abstractNumId w:val="2"/>
  </w:num>
  <w:num w:numId="8" w16cid:durableId="482430701">
    <w:abstractNumId w:val="1"/>
  </w:num>
  <w:num w:numId="9" w16cid:durableId="560166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8EC"/>
    <w:rsid w:val="00034616"/>
    <w:rsid w:val="00046884"/>
    <w:rsid w:val="000528E8"/>
    <w:rsid w:val="0006063C"/>
    <w:rsid w:val="000C0045"/>
    <w:rsid w:val="000C282D"/>
    <w:rsid w:val="000C6B61"/>
    <w:rsid w:val="000D05E8"/>
    <w:rsid w:val="000D08D3"/>
    <w:rsid w:val="000D7B80"/>
    <w:rsid w:val="000F36E0"/>
    <w:rsid w:val="0010179C"/>
    <w:rsid w:val="001244F6"/>
    <w:rsid w:val="00136C86"/>
    <w:rsid w:val="0015074B"/>
    <w:rsid w:val="00173266"/>
    <w:rsid w:val="00174986"/>
    <w:rsid w:val="001B16C4"/>
    <w:rsid w:val="00200E76"/>
    <w:rsid w:val="002269FA"/>
    <w:rsid w:val="00233019"/>
    <w:rsid w:val="002436FF"/>
    <w:rsid w:val="00254C64"/>
    <w:rsid w:val="00270E44"/>
    <w:rsid w:val="002913FD"/>
    <w:rsid w:val="0029639D"/>
    <w:rsid w:val="00297100"/>
    <w:rsid w:val="002A6F2D"/>
    <w:rsid w:val="002D7074"/>
    <w:rsid w:val="00301D83"/>
    <w:rsid w:val="003031C4"/>
    <w:rsid w:val="003054C6"/>
    <w:rsid w:val="003205EE"/>
    <w:rsid w:val="00326F90"/>
    <w:rsid w:val="0037553A"/>
    <w:rsid w:val="00381651"/>
    <w:rsid w:val="00382FE8"/>
    <w:rsid w:val="003D1C8A"/>
    <w:rsid w:val="003D42FB"/>
    <w:rsid w:val="004010F2"/>
    <w:rsid w:val="00406F97"/>
    <w:rsid w:val="0041139C"/>
    <w:rsid w:val="00413DA3"/>
    <w:rsid w:val="004218B5"/>
    <w:rsid w:val="00440C52"/>
    <w:rsid w:val="0046109E"/>
    <w:rsid w:val="00490E6C"/>
    <w:rsid w:val="004A39DD"/>
    <w:rsid w:val="004C1307"/>
    <w:rsid w:val="004E379C"/>
    <w:rsid w:val="004E7E12"/>
    <w:rsid w:val="005019C3"/>
    <w:rsid w:val="0051105A"/>
    <w:rsid w:val="00511BC7"/>
    <w:rsid w:val="00520900"/>
    <w:rsid w:val="00542B8A"/>
    <w:rsid w:val="005528F9"/>
    <w:rsid w:val="00596049"/>
    <w:rsid w:val="005C6641"/>
    <w:rsid w:val="005C6DBE"/>
    <w:rsid w:val="005E34E8"/>
    <w:rsid w:val="005E3D29"/>
    <w:rsid w:val="00613A4A"/>
    <w:rsid w:val="006437B9"/>
    <w:rsid w:val="00651885"/>
    <w:rsid w:val="0065442B"/>
    <w:rsid w:val="006571B6"/>
    <w:rsid w:val="006759FE"/>
    <w:rsid w:val="0067648E"/>
    <w:rsid w:val="00680F5D"/>
    <w:rsid w:val="00690238"/>
    <w:rsid w:val="006F47D6"/>
    <w:rsid w:val="007130FA"/>
    <w:rsid w:val="00747F35"/>
    <w:rsid w:val="007704F9"/>
    <w:rsid w:val="00785C9E"/>
    <w:rsid w:val="0079197D"/>
    <w:rsid w:val="007922DB"/>
    <w:rsid w:val="007A26A0"/>
    <w:rsid w:val="007A4534"/>
    <w:rsid w:val="007C0A1A"/>
    <w:rsid w:val="007C0D54"/>
    <w:rsid w:val="007D4A55"/>
    <w:rsid w:val="00810D54"/>
    <w:rsid w:val="00825D75"/>
    <w:rsid w:val="00865903"/>
    <w:rsid w:val="00880C0C"/>
    <w:rsid w:val="008A0788"/>
    <w:rsid w:val="008D75BE"/>
    <w:rsid w:val="008E7EEB"/>
    <w:rsid w:val="008F4270"/>
    <w:rsid w:val="0090017B"/>
    <w:rsid w:val="00915FF7"/>
    <w:rsid w:val="00922A0F"/>
    <w:rsid w:val="00930DEB"/>
    <w:rsid w:val="00946521"/>
    <w:rsid w:val="00952B1A"/>
    <w:rsid w:val="00985A93"/>
    <w:rsid w:val="009C1CFA"/>
    <w:rsid w:val="009D025D"/>
    <w:rsid w:val="009D5BEF"/>
    <w:rsid w:val="00A152E8"/>
    <w:rsid w:val="00AA0225"/>
    <w:rsid w:val="00AA1D8D"/>
    <w:rsid w:val="00AC5BEC"/>
    <w:rsid w:val="00AC743A"/>
    <w:rsid w:val="00AD39DF"/>
    <w:rsid w:val="00AD79AA"/>
    <w:rsid w:val="00AF49F8"/>
    <w:rsid w:val="00B048AB"/>
    <w:rsid w:val="00B20218"/>
    <w:rsid w:val="00B2547A"/>
    <w:rsid w:val="00B36C64"/>
    <w:rsid w:val="00B4247A"/>
    <w:rsid w:val="00B47730"/>
    <w:rsid w:val="00B73390"/>
    <w:rsid w:val="00B75ED3"/>
    <w:rsid w:val="00B76BBC"/>
    <w:rsid w:val="00B91F20"/>
    <w:rsid w:val="00BA6795"/>
    <w:rsid w:val="00BB4AF3"/>
    <w:rsid w:val="00BC7EC6"/>
    <w:rsid w:val="00BD4879"/>
    <w:rsid w:val="00C3136E"/>
    <w:rsid w:val="00C5066E"/>
    <w:rsid w:val="00C60BF8"/>
    <w:rsid w:val="00C619B7"/>
    <w:rsid w:val="00C6251D"/>
    <w:rsid w:val="00C73102"/>
    <w:rsid w:val="00C76E1C"/>
    <w:rsid w:val="00C850A8"/>
    <w:rsid w:val="00C9113C"/>
    <w:rsid w:val="00CB0664"/>
    <w:rsid w:val="00CC6D9C"/>
    <w:rsid w:val="00CD340E"/>
    <w:rsid w:val="00CD5A00"/>
    <w:rsid w:val="00CF5113"/>
    <w:rsid w:val="00D072AD"/>
    <w:rsid w:val="00D66B1B"/>
    <w:rsid w:val="00D8216A"/>
    <w:rsid w:val="00D9227A"/>
    <w:rsid w:val="00E45AD4"/>
    <w:rsid w:val="00E4721D"/>
    <w:rsid w:val="00E76ACC"/>
    <w:rsid w:val="00E9344A"/>
    <w:rsid w:val="00EC5530"/>
    <w:rsid w:val="00EC64BD"/>
    <w:rsid w:val="00F06DD8"/>
    <w:rsid w:val="00F07256"/>
    <w:rsid w:val="00F26999"/>
    <w:rsid w:val="00F35EA7"/>
    <w:rsid w:val="00F478C4"/>
    <w:rsid w:val="00F94A6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B85007"/>
  <w14:defaultImageDpi w14:val="330"/>
  <w15:docId w15:val="{DBC6A3F8-E158-48FF-ADD1-413E59E3B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054C6"/>
    <w:rPr>
      <w:color w:val="0000FF" w:themeColor="hyperlink"/>
      <w:u w:val="single"/>
    </w:rPr>
  </w:style>
  <w:style w:type="character" w:styleId="UnresolvedMention">
    <w:name w:val="Unresolved Mention"/>
    <w:basedOn w:val="DefaultParagraphFont"/>
    <w:uiPriority w:val="99"/>
    <w:semiHidden/>
    <w:unhideWhenUsed/>
    <w:rsid w:val="00E4721D"/>
    <w:rPr>
      <w:color w:val="605E5C"/>
      <w:shd w:val="clear" w:color="auto" w:fill="E1DFDD"/>
    </w:rPr>
  </w:style>
  <w:style w:type="character" w:styleId="PlaceholderText">
    <w:name w:val="Placeholder Text"/>
    <w:basedOn w:val="DefaultParagraphFont"/>
    <w:uiPriority w:val="99"/>
    <w:semiHidden/>
    <w:rsid w:val="00825D75"/>
    <w:rPr>
      <w:color w:val="666666"/>
    </w:rPr>
  </w:style>
  <w:style w:type="paragraph" w:styleId="Revision">
    <w:name w:val="Revision"/>
    <w:hidden/>
    <w:uiPriority w:val="99"/>
    <w:semiHidden/>
    <w:rsid w:val="001244F6"/>
    <w:pPr>
      <w:spacing w:after="0" w:line="240" w:lineRule="auto"/>
    </w:pPr>
    <w:rPr>
      <w:rFonts w:ascii="Calibri" w:hAnsi="Calibri"/>
    </w:rPr>
  </w:style>
  <w:style w:type="character" w:styleId="CommentReference">
    <w:name w:val="annotation reference"/>
    <w:basedOn w:val="DefaultParagraphFont"/>
    <w:uiPriority w:val="99"/>
    <w:semiHidden/>
    <w:unhideWhenUsed/>
    <w:rsid w:val="0090017B"/>
    <w:rPr>
      <w:sz w:val="16"/>
      <w:szCs w:val="16"/>
    </w:rPr>
  </w:style>
  <w:style w:type="paragraph" w:styleId="CommentText">
    <w:name w:val="annotation text"/>
    <w:basedOn w:val="Normal"/>
    <w:link w:val="CommentTextChar"/>
    <w:uiPriority w:val="99"/>
    <w:unhideWhenUsed/>
    <w:rsid w:val="0090017B"/>
    <w:pPr>
      <w:spacing w:line="240" w:lineRule="auto"/>
    </w:pPr>
    <w:rPr>
      <w:sz w:val="20"/>
      <w:szCs w:val="20"/>
    </w:rPr>
  </w:style>
  <w:style w:type="character" w:customStyle="1" w:styleId="CommentTextChar">
    <w:name w:val="Comment Text Char"/>
    <w:basedOn w:val="DefaultParagraphFont"/>
    <w:link w:val="CommentText"/>
    <w:uiPriority w:val="99"/>
    <w:rsid w:val="0090017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90017B"/>
    <w:rPr>
      <w:b/>
      <w:bCs/>
    </w:rPr>
  </w:style>
  <w:style w:type="character" w:customStyle="1" w:styleId="CommentSubjectChar">
    <w:name w:val="Comment Subject Char"/>
    <w:basedOn w:val="CommentTextChar"/>
    <w:link w:val="CommentSubject"/>
    <w:uiPriority w:val="99"/>
    <w:semiHidden/>
    <w:rsid w:val="0090017B"/>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kustee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9</Pages>
  <Words>1479</Words>
  <Characters>8792</Characters>
  <Application>Microsoft Office Word</Application>
  <DocSecurity>0</DocSecurity>
  <Lines>325</Lines>
  <Paragraphs>293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Manager/>
  <Company/>
  <LinksUpToDate>false</LinksUpToDate>
  <CharactersWithSpaces>9978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Reyhan Talibova</cp:lastModifiedBy>
  <cp:revision>126</cp:revision>
  <dcterms:created xsi:type="dcterms:W3CDTF">2013-12-23T23:15:00Z</dcterms:created>
  <dcterms:modified xsi:type="dcterms:W3CDTF">2026-03-16T05:43:00Z</dcterms:modified>
  <cp:category/>
</cp:coreProperties>
</file>